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0"/>
        </w:rPr>
        <w:t>CHECK-LIST — OPÉRATIONS (PRÉ / EXÉCUTION / CLÔTURE)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550"/>
        <w:gridCol w:w="2550"/>
        <w:gridCol w:w="2550"/>
        <w:gridCol w:w="2550"/>
      </w:tblGrid>
      <w:tr>
        <w:tc>
          <w:tcPr>
            <w:tcW w:type="dxa" w:w="2550"/>
          </w:tcPr>
          <w:p>
            <w:r>
              <w:rPr>
                <w:sz w:val="20"/>
              </w:rPr>
              <w:t>Organisation / Client</w:t>
            </w:r>
          </w:p>
        </w:tc>
        <w:tc>
          <w:tcPr>
            <w:tcW w:type="dxa" w:w="2550"/>
          </w:tcPr>
          <w:p>
            <w:r>
              <w:rPr>
                <w:sz w:val="20"/>
              </w:rPr>
              <w:t>Processus / Projet</w:t>
            </w:r>
          </w:p>
        </w:tc>
        <w:tc>
          <w:tcPr>
            <w:tcW w:type="dxa" w:w="2550"/>
          </w:tcPr>
          <w:p>
            <w:r>
              <w:rPr>
                <w:sz w:val="20"/>
              </w:rPr>
              <w:t>Lieu / Site</w:t>
            </w:r>
          </w:p>
        </w:tc>
        <w:tc>
          <w:tcPr>
            <w:tcW w:type="dxa" w:w="2550"/>
          </w:tcPr>
          <w:p>
            <w:r>
              <w:rPr>
                <w:sz w:val="20"/>
              </w:rPr>
              <w:t>Date</w:t>
            </w:r>
          </w:p>
        </w:tc>
      </w:tr>
      <w:tr>
        <w:tc>
          <w:tcPr>
            <w:tcW w:type="dxa" w:w="2550"/>
          </w:tcPr>
          <w:p>
            <w:r>
              <w:rPr>
                <w:sz w:val="20"/>
              </w:rPr>
              <w:t>______________________________</w:t>
            </w:r>
          </w:p>
        </w:tc>
        <w:tc>
          <w:tcPr>
            <w:tcW w:type="dxa" w:w="2550"/>
          </w:tcPr>
          <w:p>
            <w:r>
              <w:rPr>
                <w:sz w:val="20"/>
              </w:rPr>
              <w:t>______________________________</w:t>
            </w:r>
          </w:p>
        </w:tc>
        <w:tc>
          <w:tcPr>
            <w:tcW w:type="dxa" w:w="2550"/>
          </w:tcPr>
          <w:p>
            <w:r>
              <w:rPr>
                <w:sz w:val="20"/>
              </w:rPr>
              <w:t>______________________________</w:t>
            </w:r>
          </w:p>
        </w:tc>
        <w:tc>
          <w:tcPr>
            <w:tcW w:type="dxa" w:w="2550"/>
          </w:tcPr>
          <w:p>
            <w:r>
              <w:rPr>
                <w:sz w:val="20"/>
              </w:rPr>
              <w:t>____/____/________</w:t>
            </w:r>
          </w:p>
        </w:tc>
      </w:tr>
      <w:tr>
        <w:tc>
          <w:tcPr>
            <w:tcW w:type="dxa" w:w="2550"/>
          </w:tcPr>
          <w:p>
            <w:r>
              <w:rPr>
                <w:sz w:val="20"/>
              </w:rPr>
              <w:t>Préparé par</w:t>
            </w:r>
          </w:p>
        </w:tc>
        <w:tc>
          <w:tcPr>
            <w:tcW w:type="dxa" w:w="2550"/>
          </w:tcPr>
          <w:p>
            <w:r>
              <w:rPr>
                <w:sz w:val="20"/>
              </w:rPr>
              <w:t>Validé par</w:t>
            </w:r>
          </w:p>
        </w:tc>
        <w:tc>
          <w:tcPr>
            <w:tcW w:type="dxa" w:w="2550"/>
          </w:tcPr>
          <w:p>
            <w:r>
              <w:rPr>
                <w:sz w:val="20"/>
              </w:rPr>
              <w:t>Version</w:t>
            </w:r>
          </w:p>
        </w:tc>
        <w:tc>
          <w:tcPr>
            <w:tcW w:type="dxa" w:w="2550"/>
          </w:tcPr>
          <w:p>
            <w:r>
              <w:rPr>
                <w:sz w:val="20"/>
              </w:rPr>
              <w:t>Référence doc.</w:t>
            </w:r>
          </w:p>
        </w:tc>
      </w:tr>
      <w:tr>
        <w:tc>
          <w:tcPr>
            <w:tcW w:type="dxa" w:w="2550"/>
          </w:tcPr>
          <w:p>
            <w:r>
              <w:rPr>
                <w:sz w:val="20"/>
              </w:rPr>
              <w:t>______________________________</w:t>
            </w:r>
          </w:p>
        </w:tc>
        <w:tc>
          <w:tcPr>
            <w:tcW w:type="dxa" w:w="2550"/>
          </w:tcPr>
          <w:p>
            <w:r>
              <w:rPr>
                <w:sz w:val="20"/>
              </w:rPr>
              <w:t>______________________________</w:t>
            </w:r>
          </w:p>
        </w:tc>
        <w:tc>
          <w:tcPr>
            <w:tcW w:type="dxa" w:w="2550"/>
          </w:tcPr>
          <w:p>
            <w:r>
              <w:rPr>
                <w:sz w:val="20"/>
              </w:rPr>
              <w:t>V ______</w:t>
            </w:r>
          </w:p>
        </w:tc>
        <w:tc>
          <w:tcPr>
            <w:tcW w:type="dxa" w:w="2550"/>
          </w:tcPr>
          <w:p>
            <w:r>
              <w:rPr>
                <w:sz w:val="20"/>
              </w:rPr>
              <w:t>Ref : __________</w:t>
            </w:r>
          </w:p>
        </w:tc>
      </w:tr>
      <w:tr>
        <w:tc>
          <w:tcPr>
            <w:tcW w:type="dxa" w:w="2550"/>
          </w:tcPr>
          <w:p>
            <w:r>
              <w:rPr>
                <w:sz w:val="20"/>
              </w:rPr>
              <w:t>Équipe / Quart</w:t>
            </w:r>
          </w:p>
        </w:tc>
        <w:tc>
          <w:tcPr>
            <w:tcW w:type="dxa" w:w="2550"/>
          </w:tcPr>
          <w:p>
            <w:r>
              <w:rPr>
                <w:sz w:val="20"/>
              </w:rPr>
              <w:t>______________________________</w:t>
            </w:r>
          </w:p>
        </w:tc>
        <w:tc>
          <w:tcPr>
            <w:tcW w:type="dxa" w:w="2550"/>
          </w:tcPr>
          <w:p>
            <w:r>
              <w:rPr>
                <w:sz w:val="20"/>
              </w:rPr>
            </w:r>
          </w:p>
        </w:tc>
        <w:tc>
          <w:tcPr>
            <w:tcW w:type="dxa" w:w="2550"/>
          </w:tcPr>
          <w:p>
            <w:r>
              <w:rPr>
                <w:sz w:val="20"/>
              </w:rPr>
            </w:r>
          </w:p>
        </w:tc>
      </w:tr>
    </w:tbl>
    <w:p/>
    <w:p>
      <w:pPr>
        <w:jc w:val="left"/>
      </w:pPr>
      <w:r>
        <w:rPr>
          <w:b/>
          <w:sz w:val="24"/>
        </w:rPr>
        <w:t>Préparation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275"/>
        <w:gridCol w:w="1275"/>
        <w:gridCol w:w="1275"/>
        <w:gridCol w:w="1275"/>
        <w:gridCol w:w="1275"/>
        <w:gridCol w:w="1275"/>
        <w:gridCol w:w="1275"/>
        <w:gridCol w:w="1275"/>
      </w:tblGrid>
      <w:tr>
        <w:tc>
          <w:tcPr>
            <w:tcW w:type="dxa" w:w="567"/>
            <w:vAlign w:val="center"/>
          </w:tcPr>
          <w:p>
            <w:r>
              <w:rPr>
                <w:b/>
                <w:sz w:val="20"/>
              </w:rPr>
              <w:t>N°</w:t>
            </w:r>
          </w:p>
        </w:tc>
        <w:tc>
          <w:tcPr>
            <w:tcW w:type="dxa" w:w="3402"/>
            <w:vAlign w:val="center"/>
          </w:tcPr>
          <w:p>
            <w:r>
              <w:rPr>
                <w:b/>
                <w:sz w:val="20"/>
              </w:rPr>
              <w:t>Tâche / Contrôle</w:t>
            </w:r>
          </w:p>
        </w:tc>
        <w:tc>
          <w:tcPr>
            <w:tcW w:type="dxa" w:w="3402"/>
            <w:vAlign w:val="center"/>
          </w:tcPr>
          <w:p>
            <w:r>
              <w:rPr>
                <w:b/>
                <w:sz w:val="20"/>
              </w:rPr>
              <w:t>Preuve / Référence</w:t>
            </w:r>
          </w:p>
        </w:tc>
        <w:tc>
          <w:tcPr>
            <w:tcW w:type="dxa" w:w="1701"/>
            <w:vAlign w:val="center"/>
          </w:tcPr>
          <w:p>
            <w:r>
              <w:rPr>
                <w:b/>
                <w:sz w:val="20"/>
              </w:rPr>
              <w:t>Responsable</w:t>
            </w:r>
          </w:p>
        </w:tc>
        <w:tc>
          <w:tcPr>
            <w:tcW w:type="dxa" w:w="1701"/>
            <w:vAlign w:val="center"/>
          </w:tcPr>
          <w:p>
            <w:r>
              <w:rPr>
                <w:b/>
                <w:sz w:val="20"/>
              </w:rPr>
              <w:t>Horodatage</w:t>
            </w:r>
          </w:p>
        </w:tc>
        <w:tc>
          <w:tcPr>
            <w:tcW w:type="dxa" w:w="1701"/>
            <w:vAlign w:val="center"/>
          </w:tcPr>
          <w:p>
            <w:r>
              <w:rPr>
                <w:b/>
                <w:sz w:val="20"/>
              </w:rPr>
              <w:t>Signature</w:t>
            </w:r>
          </w:p>
        </w:tc>
        <w:tc>
          <w:tcPr>
            <w:tcW w:type="dxa" w:w="2835"/>
            <w:vAlign w:val="center"/>
          </w:tcPr>
          <w:p>
            <w:r>
              <w:rPr>
                <w:b/>
                <w:sz w:val="20"/>
              </w:rPr>
              <w:t>Statut (☐ À faire ☐ En cours ☐ Fait)</w:t>
            </w:r>
          </w:p>
        </w:tc>
        <w:tc>
          <w:tcPr>
            <w:tcW w:type="dxa" w:w="2835"/>
            <w:vAlign w:val="center"/>
          </w:tcPr>
          <w:p>
            <w:r>
              <w:rPr>
                <w:b/>
                <w:sz w:val="20"/>
              </w:rPr>
              <w:t>Commentaires</w:t>
            </w:r>
          </w:p>
        </w:tc>
      </w:tr>
      <w:tr>
        <w:tc>
          <w:tcPr>
            <w:tcW w:type="dxa" w:w="567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567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567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567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567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567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567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567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567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567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</w:r>
          </w:p>
        </w:tc>
      </w:tr>
    </w:tbl>
    <w:p/>
    <w:p>
      <w:pPr>
        <w:jc w:val="left"/>
      </w:pPr>
      <w:r>
        <w:rPr>
          <w:b/>
          <w:sz w:val="24"/>
        </w:rPr>
        <w:t>Exécution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275"/>
        <w:gridCol w:w="1275"/>
        <w:gridCol w:w="1275"/>
        <w:gridCol w:w="1275"/>
        <w:gridCol w:w="1275"/>
        <w:gridCol w:w="1275"/>
        <w:gridCol w:w="1275"/>
        <w:gridCol w:w="1275"/>
      </w:tblGrid>
      <w:tr>
        <w:tc>
          <w:tcPr>
            <w:tcW w:type="dxa" w:w="567"/>
            <w:vAlign w:val="center"/>
          </w:tcPr>
          <w:p>
            <w:r>
              <w:rPr>
                <w:b/>
                <w:sz w:val="20"/>
              </w:rPr>
              <w:t>N°</w:t>
            </w:r>
          </w:p>
        </w:tc>
        <w:tc>
          <w:tcPr>
            <w:tcW w:type="dxa" w:w="3402"/>
            <w:vAlign w:val="center"/>
          </w:tcPr>
          <w:p>
            <w:r>
              <w:rPr>
                <w:b/>
                <w:sz w:val="20"/>
              </w:rPr>
              <w:t>Tâche / Contrôle</w:t>
            </w:r>
          </w:p>
        </w:tc>
        <w:tc>
          <w:tcPr>
            <w:tcW w:type="dxa" w:w="3402"/>
            <w:vAlign w:val="center"/>
          </w:tcPr>
          <w:p>
            <w:r>
              <w:rPr>
                <w:b/>
                <w:sz w:val="20"/>
              </w:rPr>
              <w:t>Preuve / Référence</w:t>
            </w:r>
          </w:p>
        </w:tc>
        <w:tc>
          <w:tcPr>
            <w:tcW w:type="dxa" w:w="1701"/>
            <w:vAlign w:val="center"/>
          </w:tcPr>
          <w:p>
            <w:r>
              <w:rPr>
                <w:b/>
                <w:sz w:val="20"/>
              </w:rPr>
              <w:t>Responsable</w:t>
            </w:r>
          </w:p>
        </w:tc>
        <w:tc>
          <w:tcPr>
            <w:tcW w:type="dxa" w:w="1701"/>
            <w:vAlign w:val="center"/>
          </w:tcPr>
          <w:p>
            <w:r>
              <w:rPr>
                <w:b/>
                <w:sz w:val="20"/>
              </w:rPr>
              <w:t>Horodatage</w:t>
            </w:r>
          </w:p>
        </w:tc>
        <w:tc>
          <w:tcPr>
            <w:tcW w:type="dxa" w:w="1701"/>
            <w:vAlign w:val="center"/>
          </w:tcPr>
          <w:p>
            <w:r>
              <w:rPr>
                <w:b/>
                <w:sz w:val="20"/>
              </w:rPr>
              <w:t>Signature</w:t>
            </w:r>
          </w:p>
        </w:tc>
        <w:tc>
          <w:tcPr>
            <w:tcW w:type="dxa" w:w="2835"/>
            <w:vAlign w:val="center"/>
          </w:tcPr>
          <w:p>
            <w:r>
              <w:rPr>
                <w:b/>
                <w:sz w:val="20"/>
              </w:rPr>
              <w:t>Statut (☐ À faire ☐ En cours ☐ Fait)</w:t>
            </w:r>
          </w:p>
        </w:tc>
        <w:tc>
          <w:tcPr>
            <w:tcW w:type="dxa" w:w="2835"/>
            <w:vAlign w:val="center"/>
          </w:tcPr>
          <w:p>
            <w:r>
              <w:rPr>
                <w:b/>
                <w:sz w:val="20"/>
              </w:rPr>
              <w:t>Commentaires</w:t>
            </w:r>
          </w:p>
        </w:tc>
      </w:tr>
      <w:tr>
        <w:tc>
          <w:tcPr>
            <w:tcW w:type="dxa" w:w="567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567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567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567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567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567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567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567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567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567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</w:r>
          </w:p>
        </w:tc>
      </w:tr>
    </w:tbl>
    <w:p/>
    <w:p>
      <w:pPr>
        <w:jc w:val="left"/>
      </w:pPr>
      <w:r>
        <w:rPr>
          <w:b/>
          <w:sz w:val="24"/>
        </w:rPr>
        <w:t>Clôture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275"/>
        <w:gridCol w:w="1275"/>
        <w:gridCol w:w="1275"/>
        <w:gridCol w:w="1275"/>
        <w:gridCol w:w="1275"/>
        <w:gridCol w:w="1275"/>
        <w:gridCol w:w="1275"/>
        <w:gridCol w:w="1275"/>
      </w:tblGrid>
      <w:tr>
        <w:tc>
          <w:tcPr>
            <w:tcW w:type="dxa" w:w="567"/>
            <w:vAlign w:val="center"/>
          </w:tcPr>
          <w:p>
            <w:r>
              <w:rPr>
                <w:b/>
                <w:sz w:val="20"/>
              </w:rPr>
              <w:t>N°</w:t>
            </w:r>
          </w:p>
        </w:tc>
        <w:tc>
          <w:tcPr>
            <w:tcW w:type="dxa" w:w="3402"/>
            <w:vAlign w:val="center"/>
          </w:tcPr>
          <w:p>
            <w:r>
              <w:rPr>
                <w:b/>
                <w:sz w:val="20"/>
              </w:rPr>
              <w:t>Tâche / Contrôle</w:t>
            </w:r>
          </w:p>
        </w:tc>
        <w:tc>
          <w:tcPr>
            <w:tcW w:type="dxa" w:w="3402"/>
            <w:vAlign w:val="center"/>
          </w:tcPr>
          <w:p>
            <w:r>
              <w:rPr>
                <w:b/>
                <w:sz w:val="20"/>
              </w:rPr>
              <w:t>Preuve / Référence</w:t>
            </w:r>
          </w:p>
        </w:tc>
        <w:tc>
          <w:tcPr>
            <w:tcW w:type="dxa" w:w="1701"/>
            <w:vAlign w:val="center"/>
          </w:tcPr>
          <w:p>
            <w:r>
              <w:rPr>
                <w:b/>
                <w:sz w:val="20"/>
              </w:rPr>
              <w:t>Responsable</w:t>
            </w:r>
          </w:p>
        </w:tc>
        <w:tc>
          <w:tcPr>
            <w:tcW w:type="dxa" w:w="1701"/>
            <w:vAlign w:val="center"/>
          </w:tcPr>
          <w:p>
            <w:r>
              <w:rPr>
                <w:b/>
                <w:sz w:val="20"/>
              </w:rPr>
              <w:t>Horodatage</w:t>
            </w:r>
          </w:p>
        </w:tc>
        <w:tc>
          <w:tcPr>
            <w:tcW w:type="dxa" w:w="1701"/>
            <w:vAlign w:val="center"/>
          </w:tcPr>
          <w:p>
            <w:r>
              <w:rPr>
                <w:b/>
                <w:sz w:val="20"/>
              </w:rPr>
              <w:t>Signature</w:t>
            </w:r>
          </w:p>
        </w:tc>
        <w:tc>
          <w:tcPr>
            <w:tcW w:type="dxa" w:w="2835"/>
            <w:vAlign w:val="center"/>
          </w:tcPr>
          <w:p>
            <w:r>
              <w:rPr>
                <w:b/>
                <w:sz w:val="20"/>
              </w:rPr>
              <w:t>Statut (☐ À faire ☐ En cours ☐ Fait)</w:t>
            </w:r>
          </w:p>
        </w:tc>
        <w:tc>
          <w:tcPr>
            <w:tcW w:type="dxa" w:w="2835"/>
            <w:vAlign w:val="center"/>
          </w:tcPr>
          <w:p>
            <w:r>
              <w:rPr>
                <w:b/>
                <w:sz w:val="20"/>
              </w:rPr>
              <w:t>Commentaires</w:t>
            </w:r>
          </w:p>
        </w:tc>
      </w:tr>
      <w:tr>
        <w:tc>
          <w:tcPr>
            <w:tcW w:type="dxa" w:w="567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567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567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567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567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567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567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567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567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567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</w:r>
          </w:p>
        </w:tc>
      </w:tr>
    </w:tbl>
    <w:p/>
    <w:sectPr w:rsidR="00FC693F" w:rsidRPr="0006063C" w:rsidSect="00034616">
      <w:footerReference w:type="default" r:id="rId9"/>
      <w:pgSz w:w="12240" w:h="15840"/>
      <w:pgMar w:top="850" w:right="1020" w:bottom="850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>lecoursgratuit.com — Modèle vierge : Opérations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