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>
            <w:pPr>
              <w:spacing w:after="120"/>
            </w:pPr>
          </w:p>
          <w:p>
            <w:pPr>
              <w:jc w:val="center"/>
            </w:pPr>
            <w:r>
              <w:rPr>
                <w:b/>
              </w:rPr>
              <w:t>=== CERTIFICAT DE PRÉSENCE — STYLE DACTYLO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Attestons la présence effective de M./Mme [Nom et Prénom], CNI n° [__________], au sein de [Nom de l’entreprise] le [JJ/MM/AAAA] de [HH:MM] à [HH:MM], au poste de [Intitulé du poste].</w:t>
            </w:r>
          </w:p>
          <w:p>
            <w:pPr>
              <w:spacing w:after="120"/>
              <w:ind w:firstLine="454"/>
            </w:pPr>
            <w:r>
              <w:t>Cette attestation est délivrée à la demande de l’intéressé(e) pour servir et valoir ce que de droit.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dactylo N&amp;B — Certificat de présence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