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COMPTE RENDU — RÉUNION (PAYSAGE)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13"/>
        <w:gridCol w:w="7013"/>
      </w:tblGrid>
      <w:tr>
        <w:tc>
          <w:tcPr>
            <w:tcW w:type="dxa" w:w="4191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  <w:shd w:val="clear" w:color="auto" w:fill="E6F4EA"/>
          </w:tcPr>
          <w:p>
            <w:r>
              <w:rPr>
                <w:b/>
                <w:sz w:val="20"/>
              </w:rPr>
              <w:t>Projet / Service</w:t>
            </w:r>
          </w:p>
        </w:tc>
        <w:tc>
          <w:tcPr>
            <w:tcW w:type="dxa" w:w="10776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  <w:shd w:val="clear" w:color="auto" w:fill="E6F4EA"/>
          </w:tcPr>
          <w:p>
            <w:r>
              <w:rPr>
                <w:b/>
                <w:sz w:val="20"/>
              </w:rPr>
              <w:t>Objet de la réunion</w:t>
            </w:r>
          </w:p>
        </w:tc>
        <w:tc>
          <w:tcPr>
            <w:tcW w:type="dxa" w:w="10776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  <w:shd w:val="clear" w:color="auto" w:fill="E6F4EA"/>
          </w:tcPr>
          <w:p>
            <w:r>
              <w:rPr>
                <w:b/>
                <w:sz w:val="20"/>
              </w:rPr>
              <w:t>Date / Heure / Lieu</w:t>
            </w:r>
          </w:p>
        </w:tc>
        <w:tc>
          <w:tcPr>
            <w:tcW w:type="dxa" w:w="10776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  <w:shd w:val="clear" w:color="auto" w:fill="E6F4EA"/>
          </w:tcPr>
          <w:p>
            <w:r>
              <w:rPr>
                <w:b/>
                <w:sz w:val="20"/>
              </w:rPr>
              <w:t>Rédacteur</w:t>
            </w:r>
          </w:p>
        </w:tc>
        <w:tc>
          <w:tcPr>
            <w:tcW w:type="dxa" w:w="10776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</w:tbl>
    <w:p>
      <w:r>
        <w:rPr>
          <w:b/>
          <w:sz w:val="24"/>
        </w:rPr>
        <w:t>Participants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06"/>
        <w:gridCol w:w="3506"/>
        <w:gridCol w:w="3506"/>
        <w:gridCol w:w="3506"/>
      </w:tblGrid>
      <w:tr>
        <w:tc>
          <w:tcPr>
            <w:tcW w:type="dxa" w:w="3742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Nom</w:t>
            </w:r>
          </w:p>
        </w:tc>
        <w:tc>
          <w:tcPr>
            <w:tcW w:type="dxa" w:w="3742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Fonction</w:t>
            </w:r>
          </w:p>
        </w:tc>
        <w:tc>
          <w:tcPr>
            <w:tcW w:type="dxa" w:w="3742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Présence (☐ / ☒)</w:t>
            </w:r>
          </w:p>
        </w:tc>
        <w:tc>
          <w:tcPr>
            <w:tcW w:type="dxa" w:w="3742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Signature</w:t>
            </w:r>
          </w:p>
        </w:tc>
      </w:tr>
      <w:tr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742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Points discutés &amp; décisions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06"/>
        <w:gridCol w:w="3506"/>
        <w:gridCol w:w="3506"/>
        <w:gridCol w:w="3506"/>
      </w:tblGrid>
      <w:tr>
        <w:tc>
          <w:tcPr>
            <w:tcW w:type="dxa" w:w="68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#</w:t>
            </w:r>
          </w:p>
        </w:tc>
        <w:tc>
          <w:tcPr>
            <w:tcW w:type="dxa" w:w="630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Sujet / Constat</w:t>
            </w:r>
          </w:p>
        </w:tc>
        <w:tc>
          <w:tcPr>
            <w:tcW w:type="dxa" w:w="430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Décision prise</w:t>
            </w:r>
          </w:p>
        </w:tc>
        <w:tc>
          <w:tcPr>
            <w:tcW w:type="dxa" w:w="3670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Impact / Commentaires</w:t>
            </w:r>
          </w:p>
        </w:tc>
      </w:tr>
      <w:tr>
        <w:tc>
          <w:tcPr>
            <w:tcW w:type="dxa" w:w="68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30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70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30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70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30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70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30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70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30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70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30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70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30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70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30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70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Plan d’actions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06"/>
        <w:gridCol w:w="3506"/>
        <w:gridCol w:w="3506"/>
        <w:gridCol w:w="3506"/>
      </w:tblGrid>
      <w:tr>
        <w:tc>
          <w:tcPr>
            <w:tcW w:type="dxa" w:w="544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Action</w:t>
            </w:r>
          </w:p>
        </w:tc>
        <w:tc>
          <w:tcPr>
            <w:tcW w:type="dxa" w:w="2867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Responsable</w:t>
            </w:r>
          </w:p>
        </w:tc>
        <w:tc>
          <w:tcPr>
            <w:tcW w:type="dxa" w:w="229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Échéance</w:t>
            </w:r>
          </w:p>
        </w:tc>
        <w:tc>
          <w:tcPr>
            <w:tcW w:type="dxa" w:w="435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6F4EA"/>
          </w:tcPr>
          <w:p>
            <w:pPr>
              <w:jc w:val="center"/>
            </w:pPr>
            <w:r>
              <w:rPr>
                <w:b/>
                <w:sz w:val="21"/>
              </w:rPr>
              <w:t>Statut (☐ à faire ☐ en cours ☐ terminé)</w:t>
            </w:r>
          </w:p>
        </w:tc>
      </w:tr>
      <w:tr>
        <w:tc>
          <w:tcPr>
            <w:tcW w:type="dxa" w:w="544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5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4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5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4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5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4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5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4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5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4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5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4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5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44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6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9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5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Modèle de compte rendu — A4 — Paysage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