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AF4FF"/>
          </w:tcPr>
          <w:p>
            <w:pPr>
              <w:jc w:val="center"/>
            </w:pPr>
            <w:r>
              <w:rPr>
                <w:b/>
                <w:sz w:val="30"/>
              </w:rPr>
              <w:t>BORDEREAU D’ENVOI — PASTEL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046"/>
            <w:shd w:val="clear" w:color="auto" w:fill="E9F7EF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EXPÉDITEUR</w:t>
            </w:r>
          </w:p>
          <w:p>
            <w:r>
              <w:t>Société / Nom</w:t>
              <w:br/>
              <w:t>Rue et n°</w:t>
              <w:br/>
              <w:t>CP Ville — Pays</w:t>
              <w:br/>
              <w:t>☎ ____ ____ ____</w:t>
              <w:br/>
              <w:t>Email : ________</w:t>
            </w:r>
          </w:p>
        </w:tc>
        <w:tc>
          <w:tcPr>
            <w:tcW w:type="dxa" w:w="5046"/>
            <w:shd w:val="clear" w:color="auto" w:fill="FFF7E6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DESTINATAIRE</w:t>
            </w:r>
          </w:p>
          <w:p>
            <w:r>
              <w:t>Nom / Société</w:t>
              <w:br/>
              <w:t>Rue et n°</w:t>
              <w:br/>
              <w:t>Complément</w:t>
              <w:br/>
              <w:t>CP Ville — Pays</w:t>
              <w:br/>
              <w:t>☎ ____ ____ 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364"/>
        <w:gridCol w:w="3364"/>
        <w:gridCol w:w="3364"/>
      </w:tblGrid>
      <w:tr>
        <w:tc>
          <w:tcPr>
            <w:tcW w:type="dxa" w:w="3364"/>
            <w:shd w:val="clear" w:color="auto" w:fill="EAF4FF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RÉF / TRACKING</w:t>
            </w:r>
          </w:p>
          <w:p>
            <w:r>
              <w:t>TRK-EXEMPLE-0001</w:t>
            </w:r>
          </w:p>
        </w:tc>
        <w:tc>
          <w:tcPr>
            <w:tcW w:type="dxa" w:w="3364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pPr>
              <w:jc w:val="center"/>
            </w:pPr>
            <w:fldSimple w:instr="DISPLAYBARCODE &quot;TRK-EXEMPLE-0001&quot; CODE128 \h 1300 \t">
              <w:r>
                <w:t>TRK-EXEMPLE-0001</w:t>
              </w:r>
            </w:fldSimple>
          </w:p>
        </w:tc>
        <w:tc>
          <w:tcPr>
            <w:tcW w:type="dxa" w:w="3364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pPr>
              <w:jc w:val="center"/>
            </w:pPr>
            <w:fldSimple w:instr="DISPLAYBARCODE &quot;https://tracking.local/trace?trk=TRK-EXEMPLE-0001&quot; QR \h 900">
              <w:r>
                <w:t>https://tracking.local/trace?trk=TRK-EXEMPLE-0001</w:t>
              </w:r>
            </w:fldSimple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Standard 48h</w:t>
            </w:r>
          </w:p>
        </w:tc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Poids</w:t>
            </w:r>
          </w:p>
        </w:tc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__ , __ kg</w:t>
            </w:r>
          </w:p>
        </w:tc>
      </w:tr>
      <w:tr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Dimensions (cm)</w:t>
            </w:r>
          </w:p>
        </w:tc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__ × __ × __</w:t>
            </w:r>
          </w:p>
        </w:tc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Valeur déclarée</w:t>
            </w:r>
          </w:p>
        </w:tc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__ , __ €</w:t>
            </w:r>
          </w:p>
        </w:tc>
      </w:tr>
      <w:tr>
        <w:tc>
          <w:tcPr>
            <w:tcW w:type="dxa" w:w="252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rPr>
                <w:b/>
              </w:rPr>
              <w:t>Contenu (description) :</w:t>
            </w:r>
          </w:p>
        </w:tc>
        <w:tc>
          <w:tcPr>
            <w:tcW w:type="dxa" w:w="7569"/>
            <w:gridSpan w:val="3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________________________________________________________________________________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364"/>
        <w:gridCol w:w="3364"/>
        <w:gridCol w:w="3364"/>
      </w:tblGrid>
      <w:tr>
        <w:tc>
          <w:tcPr>
            <w:tcW w:type="dxa" w:w="3364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Date : ____ / ____ / ______</w:t>
            </w:r>
          </w:p>
        </w:tc>
        <w:tc>
          <w:tcPr>
            <w:tcW w:type="dxa" w:w="3364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Signature expéditeur : ________________________</w:t>
            </w:r>
          </w:p>
        </w:tc>
        <w:tc>
          <w:tcPr>
            <w:tcW w:type="dxa" w:w="3364"/>
            <w:tcBorders>
              <w:top w:val="single" w:sz="10" w:color="000000"/>
              <w:left w:val="single" w:sz="10" w:color="000000"/>
              <w:bottom w:val="single" w:sz="10" w:color="000000"/>
              <w:right w:val="single" w:sz="10" w:color="000000"/>
            </w:tcBorders>
          </w:tcPr>
          <w:p>
            <w:r>
              <w:t>Signature transporteur : _____________________</w:t>
            </w:r>
          </w:p>
        </w:tc>
      </w:tr>
    </w:tbl>
    <w:sectPr w:rsidR="00FC693F" w:rsidRPr="0006063C" w:rsidSect="00034616">
      <w:pgSz w:w="11906" w:h="16838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