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</w:tcPr>
          <w:p>
            <w:pPr>
              <w:jc w:val="center"/>
            </w:pPr>
            <w:r>
              <w:rPr>
                <w:b/>
                <w:sz w:val="30"/>
              </w:rPr>
              <w:t>BORDEREAU D’ENVOI — FORMULAIRE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2466"/>
        <w:gridCol w:w="2466"/>
        <w:gridCol w:w="2466"/>
        <w:gridCol w:w="2466"/>
      </w:tblGrid>
      <w:tr>
        <w:tc>
          <w:tcPr>
            <w:tcW w:type="dxa" w:w="4932"/>
            <w:gridSpan w:val="2"/>
            <w:vMerge w:val="restart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EXPÉDITEUR</w:t>
            </w:r>
          </w:p>
          <w:p>
            <w:r>
              <w:t>Société / Nom</w:t>
              <w:br/>
              <w:t>Rue et n°</w:t>
              <w:br/>
              <w:t>CP Ville — Pays</w:t>
              <w:br/>
              <w:t>☎ ____ ____ ____</w:t>
              <w:br/>
              <w:t>Email : ________</w:t>
            </w:r>
          </w:p>
        </w:tc>
        <w:tc>
          <w:tcPr>
            <w:tcW w:type="dxa" w:w="4932"/>
            <w:gridSpan w:val="2"/>
            <w:vMerge w:val="restart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DESTINATAIRE</w:t>
            </w:r>
          </w:p>
          <w:p>
            <w:r>
              <w:t>Nom / Société</w:t>
              <w:br/>
              <w:t>Rue et n°</w:t>
              <w:br/>
              <w:t>Complément</w:t>
              <w:br/>
              <w:t>CP Ville — Pays</w:t>
              <w:br/>
              <w:t>☎ ____ ____ ____</w:t>
            </w:r>
          </w:p>
        </w:tc>
      </w:tr>
      <w:tr>
        <w:tc>
          <w:tcPr>
            <w:tcW w:type="dxa" w:w="4932"/>
            <w:gridSpan w:val="2"/>
            <w:vMerge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</w:tc>
        <w:tc>
          <w:tcPr>
            <w:tcW w:type="dxa" w:w="4932"/>
            <w:gridSpan w:val="2"/>
            <w:vMerge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</w:tc>
      </w:tr>
      <w:tr>
        <w:tc>
          <w:tcPr>
            <w:tcW w:type="dxa" w:w="246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RÉF / TRACKING</w:t>
            </w:r>
          </w:p>
        </w:tc>
        <w:tc>
          <w:tcPr>
            <w:tcW w:type="dxa" w:w="246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TRK-EXEMPLE-0001</w:t>
            </w:r>
          </w:p>
        </w:tc>
        <w:tc>
          <w:tcPr>
            <w:tcW w:type="dxa" w:w="246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pPr>
              <w:jc w:val="center"/>
            </w:pPr>
            <w:fldSimple w:instr="DISPLAYBARCODE &quot;TRK-EXEMPLE-0001&quot; CODE128 \h 1200 \t">
              <w:r>
                <w:t>TRK-EXEMPLE-0001</w:t>
              </w:r>
            </w:fldSimple>
          </w:p>
        </w:tc>
        <w:tc>
          <w:tcPr>
            <w:tcW w:type="dxa" w:w="246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pPr>
              <w:jc w:val="center"/>
            </w:pPr>
            <w:fldSimple w:instr="DISPLAYBARCODE &quot;https://tracking.local/trace?trk=TRK-EXEMPLE-0001&quot; QR \h 800">
              <w:r>
                <w:t>https://tracking.local/trace?trk=TRK-EXEMPLE-0001</w:t>
              </w:r>
            </w:fldSimple>
          </w:p>
        </w:tc>
      </w:tr>
      <w:tr>
        <w:tc>
          <w:tcPr>
            <w:tcW w:type="dxa" w:w="246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Service</w:t>
            </w:r>
          </w:p>
        </w:tc>
        <w:tc>
          <w:tcPr>
            <w:tcW w:type="dxa" w:w="246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Standard 48h</w:t>
            </w:r>
          </w:p>
        </w:tc>
        <w:tc>
          <w:tcPr>
            <w:tcW w:type="dxa" w:w="246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Poids</w:t>
            </w:r>
          </w:p>
        </w:tc>
        <w:tc>
          <w:tcPr>
            <w:tcW w:type="dxa" w:w="246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__ , __ kg</w:t>
            </w:r>
          </w:p>
        </w:tc>
      </w:tr>
      <w:tr>
        <w:tc>
          <w:tcPr>
            <w:tcW w:type="dxa" w:w="246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Dimensions (cm)</w:t>
            </w:r>
          </w:p>
        </w:tc>
        <w:tc>
          <w:tcPr>
            <w:tcW w:type="dxa" w:w="246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__ × __ × __</w:t>
            </w:r>
          </w:p>
        </w:tc>
        <w:tc>
          <w:tcPr>
            <w:tcW w:type="dxa" w:w="246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Valeur déclarée</w:t>
            </w:r>
          </w:p>
        </w:tc>
        <w:tc>
          <w:tcPr>
            <w:tcW w:type="dxa" w:w="246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__ , __ €</w:t>
            </w:r>
          </w:p>
        </w:tc>
      </w:tr>
      <w:tr>
        <w:tc>
          <w:tcPr>
            <w:tcW w:type="dxa" w:w="246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Contenu</w:t>
            </w:r>
          </w:p>
        </w:tc>
        <w:tc>
          <w:tcPr>
            <w:tcW w:type="dxa" w:w="7398"/>
            <w:gridSpan w:val="3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________________________________________________________________________________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3289"/>
        <w:gridCol w:w="3289"/>
        <w:gridCol w:w="3289"/>
      </w:tblGrid>
      <w:tr>
        <w:tc>
          <w:tcPr>
            <w:tcW w:type="dxa" w:w="328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Date : ____ / ____ / ______</w:t>
            </w:r>
          </w:p>
        </w:tc>
        <w:tc>
          <w:tcPr>
            <w:tcW w:type="dxa" w:w="328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Signature expéditeur : ________________________</w:t>
            </w:r>
          </w:p>
        </w:tc>
        <w:tc>
          <w:tcPr>
            <w:tcW w:type="dxa" w:w="328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Signature transporteur : _____________________</w:t>
            </w:r>
          </w:p>
        </w:tc>
      </w:tr>
    </w:tbl>
    <w:sectPr w:rsidR="00FC693F" w:rsidRPr="0006063C" w:rsidSect="00034616">
      <w:pgSz w:w="11906" w:h="16838"/>
      <w:pgMar w:top="1134" w:right="1020" w:bottom="113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