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6"/>
        </w:rPr>
        <w:t>BORDEREAU D’ENVOI — FORMULAIRE</w:t>
      </w:r>
    </w:p>
    <w:p>
      <w:pPr>
        <w:jc w:val="center"/>
      </w:pPr>
      <w:r>
        <w:t>--------------------------------------------------------------------------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4536"/>
        <w:gridCol w:w="4536"/>
      </w:tblGrid>
      <w:tr>
        <w:tc>
          <w:tcPr>
            <w:tcW w:type="dxa" w:w="4536"/>
            <w:tcBorders>
              <w:top w:val="dashed" w:sz="10" w:color="000000"/>
              <w:left w:val="dashed" w:sz="10" w:color="000000"/>
              <w:bottom w:val="dashed" w:sz="10" w:color="000000"/>
              <w:right w:val="dashed" w:sz="10" w:color="000000"/>
            </w:tcBorders>
          </w:tcPr>
          <w:p>
            <w:r>
              <w:rPr>
                <w:b/>
              </w:rPr>
              <w:t>EXPÉDITEUR :</w:t>
            </w:r>
          </w:p>
          <w:p>
            <w:r>
              <w:t>Société/Nom : _______________________________</w:t>
            </w:r>
          </w:p>
          <w:p>
            <w:r>
              <w:t>Adresse     : _______________________________</w:t>
            </w:r>
          </w:p>
          <w:p>
            <w:r>
              <w:t>CP/Ville    : _______________________________</w:t>
            </w:r>
          </w:p>
          <w:p>
            <w:r>
              <w:t>☎           : ____ ____ ____    Email : ____________</w:t>
            </w:r>
          </w:p>
        </w:tc>
        <w:tc>
          <w:tcPr>
            <w:tcW w:type="dxa" w:w="4536"/>
            <w:tcBorders>
              <w:top w:val="dashed" w:sz="10" w:color="000000"/>
              <w:left w:val="dashed" w:sz="10" w:color="000000"/>
              <w:bottom w:val="dashed" w:sz="10" w:color="000000"/>
              <w:right w:val="dashed" w:sz="10" w:color="000000"/>
            </w:tcBorders>
          </w:tcPr>
          <w:p>
            <w:r>
              <w:rPr>
                <w:b/>
              </w:rPr>
              <w:t>DESTINATAIRE :</w:t>
            </w:r>
          </w:p>
          <w:p>
            <w:r>
              <w:t>Nom/Société : _______________________________</w:t>
            </w:r>
          </w:p>
          <w:p>
            <w:r>
              <w:t>Adresse     : _______________________________</w:t>
            </w:r>
          </w:p>
          <w:p>
            <w:r>
              <w:t>CP/Ville    : _______________________________</w:t>
            </w:r>
          </w:p>
          <w:p>
            <w:r>
              <w:t>☎           : ____ ____ ____    Email : ____________</w:t>
            </w:r>
          </w:p>
        </w:tc>
      </w:tr>
      <w:tr>
        <w:tc>
          <w:tcPr>
            <w:tcW w:type="dxa" w:w="4536"/>
            <w:tcBorders>
              <w:top w:val="dashed" w:sz="10" w:color="000000"/>
              <w:left w:val="dashed" w:sz="10" w:color="000000"/>
              <w:bottom w:val="dashed" w:sz="10" w:color="000000"/>
              <w:right w:val="dashed" w:sz="10" w:color="000000"/>
            </w:tcBorders>
          </w:tcPr>
          <w:p>
            <w:r>
              <w:rPr>
                <w:b/>
              </w:rPr>
              <w:t>SERVICE : Standard ☐  Express ☐  Relais ☐</w:t>
            </w:r>
          </w:p>
        </w:tc>
        <w:tc>
          <w:tcPr>
            <w:tcW w:type="dxa" w:w="4536"/>
            <w:tcBorders>
              <w:top w:val="dashed" w:sz="10" w:color="000000"/>
              <w:left w:val="dashed" w:sz="10" w:color="000000"/>
              <w:bottom w:val="dashed" w:sz="10" w:color="000000"/>
              <w:right w:val="dashed" w:sz="10" w:color="000000"/>
            </w:tcBorders>
          </w:tcPr>
          <w:p>
            <w:r>
              <w:rPr>
                <w:b/>
              </w:rPr>
              <w:t>ASSURANCE : Oui ☐  Non ☐   Valeur (€) : __________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3024"/>
        <w:gridCol w:w="3024"/>
        <w:gridCol w:w="3024"/>
      </w:tblGrid>
      <w:tr>
        <w:tc>
          <w:tcPr>
            <w:tcW w:type="dxa" w:w="302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>
            <w:r>
              <w:rPr>
                <w:b/>
              </w:rPr>
              <w:t>RÉFÉRENCE / TRACKING</w:t>
            </w:r>
          </w:p>
          <w:p>
            <w:r>
              <w:t>TRK-DACT-0001</w:t>
            </w:r>
          </w:p>
        </w:tc>
        <w:tc>
          <w:tcPr>
            <w:tcW w:type="dxa" w:w="302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>
            <w:pPr>
              <w:jc w:val="center"/>
            </w:pPr>
            <w:fldSimple w:instr="DISPLAYBARCODE &quot;TRK-DACT-0001&quot; CODE128 \h 1300 \t">
              <w:r>
                <w:t>TRK-DACT-0001</w:t>
              </w:r>
            </w:fldSimple>
          </w:p>
        </w:tc>
        <w:tc>
          <w:tcPr>
            <w:tcW w:type="dxa" w:w="302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>
            <w:pPr>
              <w:jc w:val="center"/>
            </w:pPr>
            <w:fldSimple w:instr="DISPLAYBARCODE &quot;https://tracking.local/trace?trk=TRK-DACT-0001&quot; QR \h 900">
              <w:r>
                <w:t>https://tracking.local/trace?trk=TRK-DACT-0001</w:t>
              </w:r>
            </w:fldSimple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2268"/>
        <w:gridCol w:w="2268"/>
        <w:gridCol w:w="2268"/>
        <w:gridCol w:w="2268"/>
      </w:tblGrid>
      <w:tr>
        <w:tc>
          <w:tcPr>
            <w:tcW w:type="dxa" w:w="2268"/>
            <w:tcBorders>
              <w:top w:val="dashed" w:sz="10" w:color="000000"/>
              <w:left w:val="dashed" w:sz="10" w:color="000000"/>
              <w:bottom w:val="dashed" w:sz="10" w:color="000000"/>
              <w:right w:val="dashed" w:sz="10" w:color="000000"/>
            </w:tcBorders>
          </w:tcPr>
          <w:p>
            <w:r>
              <w:rPr>
                <w:b/>
              </w:rPr>
              <w:t>Poids (kg)</w:t>
            </w:r>
          </w:p>
        </w:tc>
        <w:tc>
          <w:tcPr>
            <w:tcW w:type="dxa" w:w="2268"/>
            <w:tcBorders>
              <w:top w:val="dashed" w:sz="10" w:color="000000"/>
              <w:left w:val="dashed" w:sz="10" w:color="000000"/>
              <w:bottom w:val="dashed" w:sz="10" w:color="000000"/>
              <w:right w:val="dashed" w:sz="10" w:color="000000"/>
            </w:tcBorders>
          </w:tcPr>
          <w:p>
            <w:r>
              <w:t>__ , __</w:t>
            </w:r>
          </w:p>
        </w:tc>
        <w:tc>
          <w:tcPr>
            <w:tcW w:type="dxa" w:w="2268"/>
            <w:tcBorders>
              <w:top w:val="dashed" w:sz="10" w:color="000000"/>
              <w:left w:val="dashed" w:sz="10" w:color="000000"/>
              <w:bottom w:val="dashed" w:sz="10" w:color="000000"/>
              <w:right w:val="dashed" w:sz="10" w:color="000000"/>
            </w:tcBorders>
          </w:tcPr>
          <w:p>
            <w:r>
              <w:rPr>
                <w:b/>
              </w:rPr>
              <w:t>Dimensions (cm)</w:t>
            </w:r>
          </w:p>
        </w:tc>
        <w:tc>
          <w:tcPr>
            <w:tcW w:type="dxa" w:w="2268"/>
            <w:tcBorders>
              <w:top w:val="dashed" w:sz="10" w:color="000000"/>
              <w:left w:val="dashed" w:sz="10" w:color="000000"/>
              <w:bottom w:val="dashed" w:sz="10" w:color="000000"/>
              <w:right w:val="dashed" w:sz="10" w:color="000000"/>
            </w:tcBorders>
          </w:tcPr>
          <w:p>
            <w:r>
              <w:t>__ × __ × __</w:t>
            </w:r>
          </w:p>
        </w:tc>
      </w:tr>
      <w:tr>
        <w:tc>
          <w:tcPr>
            <w:tcW w:type="dxa" w:w="2268"/>
            <w:tcBorders>
              <w:top w:val="dashed" w:sz="10" w:color="000000"/>
              <w:left w:val="dashed" w:sz="10" w:color="000000"/>
              <w:bottom w:val="dashed" w:sz="10" w:color="000000"/>
              <w:right w:val="dashed" w:sz="10" w:color="000000"/>
            </w:tcBorders>
          </w:tcPr>
          <w:p>
            <w:r>
              <w:rPr>
                <w:b/>
              </w:rPr>
              <w:t>Nb colis</w:t>
            </w:r>
          </w:p>
        </w:tc>
        <w:tc>
          <w:tcPr>
            <w:tcW w:type="dxa" w:w="2268"/>
            <w:tcBorders>
              <w:top w:val="dashed" w:sz="10" w:color="000000"/>
              <w:left w:val="dashed" w:sz="10" w:color="000000"/>
              <w:bottom w:val="dashed" w:sz="10" w:color="000000"/>
              <w:right w:val="dashed" w:sz="10" w:color="000000"/>
            </w:tcBorders>
          </w:tcPr>
          <w:p>
            <w:r>
              <w:t>__</w:t>
            </w:r>
          </w:p>
        </w:tc>
        <w:tc>
          <w:tcPr>
            <w:tcW w:type="dxa" w:w="2268"/>
            <w:tcBorders>
              <w:top w:val="dashed" w:sz="10" w:color="000000"/>
              <w:left w:val="dashed" w:sz="10" w:color="000000"/>
              <w:bottom w:val="dashed" w:sz="10" w:color="000000"/>
              <w:right w:val="dashed" w:sz="10" w:color="000000"/>
            </w:tcBorders>
          </w:tcPr>
          <w:p>
            <w:r>
              <w:rPr>
                <w:b/>
              </w:rPr>
              <w:t>Contre-signature à la livraison</w:t>
            </w:r>
          </w:p>
        </w:tc>
        <w:tc>
          <w:tcPr>
            <w:tcW w:type="dxa" w:w="2268"/>
            <w:tcBorders>
              <w:top w:val="dashed" w:sz="10" w:color="000000"/>
              <w:left w:val="dashed" w:sz="10" w:color="000000"/>
              <w:bottom w:val="dashed" w:sz="10" w:color="000000"/>
              <w:right w:val="dashed" w:sz="10" w:color="000000"/>
            </w:tcBorders>
          </w:tcPr>
          <w:p>
            <w:r>
              <w:t>Oui ☐  Non ☐</w:t>
            </w:r>
          </w:p>
        </w:tc>
      </w:tr>
      <w:tr>
        <w:tc>
          <w:tcPr>
            <w:tcW w:type="dxa" w:w="2268"/>
            <w:tcBorders>
              <w:top w:val="dashed" w:sz="10" w:color="000000"/>
              <w:left w:val="dashed" w:sz="10" w:color="000000"/>
              <w:bottom w:val="dashed" w:sz="10" w:color="000000"/>
              <w:right w:val="dashed" w:sz="10" w:color="000000"/>
            </w:tcBorders>
          </w:tcPr>
          <w:p>
            <w:r>
              <w:rPr>
                <w:b/>
              </w:rPr>
              <w:t>Contenu</w:t>
            </w:r>
          </w:p>
        </w:tc>
        <w:tc>
          <w:tcPr>
            <w:tcW w:type="dxa" w:w="6804"/>
            <w:gridSpan w:val="3"/>
            <w:tcBorders>
              <w:top w:val="dashed" w:sz="10" w:color="000000"/>
              <w:left w:val="dashed" w:sz="10" w:color="000000"/>
              <w:bottom w:val="dashed" w:sz="10" w:color="000000"/>
              <w:right w:val="dashed" w:sz="10" w:color="000000"/>
            </w:tcBorders>
          </w:tcPr>
          <w:p>
            <w:r>
              <w:t>________________________________________________________________________________</w:t>
            </w:r>
          </w:p>
        </w:tc>
      </w:tr>
      <w:tr>
        <w:tc>
          <w:tcPr>
            <w:tcW w:type="dxa" w:w="2268"/>
            <w:tcBorders>
              <w:top w:val="dashed" w:sz="10" w:color="000000"/>
              <w:left w:val="dashed" w:sz="10" w:color="000000"/>
              <w:bottom w:val="dashed" w:sz="10" w:color="000000"/>
              <w:right w:val="dashed" w:sz="10" w:color="000000"/>
            </w:tcBorders>
          </w:tcPr>
          <w:p>
            <w:r>
              <w:rPr>
                <w:b/>
              </w:rPr>
              <w:t>Observations</w:t>
            </w:r>
          </w:p>
        </w:tc>
        <w:tc>
          <w:tcPr>
            <w:tcW w:type="dxa" w:w="6804"/>
            <w:gridSpan w:val="3"/>
            <w:tcBorders>
              <w:top w:val="dashed" w:sz="10" w:color="000000"/>
              <w:left w:val="dashed" w:sz="10" w:color="000000"/>
              <w:bottom w:val="dashed" w:sz="10" w:color="000000"/>
              <w:right w:val="dashed" w:sz="10" w:color="000000"/>
            </w:tcBorders>
          </w:tcPr>
          <w:p>
            <w:r>
              <w:t>________________________________________________________________________________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3024"/>
        <w:gridCol w:w="3024"/>
        <w:gridCol w:w="3024"/>
      </w:tblGrid>
      <w:tr>
        <w:tc>
          <w:tcPr>
            <w:tcW w:type="dxa" w:w="302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>
            <w:r>
              <w:t>Date : ____ / ____ / ______</w:t>
            </w:r>
          </w:p>
        </w:tc>
        <w:tc>
          <w:tcPr>
            <w:tcW w:type="dxa" w:w="302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>
            <w:r>
              <w:t>Signature expéditeur : ________________________</w:t>
            </w:r>
          </w:p>
        </w:tc>
        <w:tc>
          <w:tcPr>
            <w:tcW w:type="dxa" w:w="302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>
            <w:r>
              <w:t>Signature transporteur : _____________________</w:t>
            </w:r>
          </w:p>
        </w:tc>
      </w:tr>
    </w:tbl>
    <w:sectPr w:rsidR="00FC693F" w:rsidRPr="0006063C" w:rsidSect="00034616">
      <w:pgSz w:w="11906" w:h="16838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ourier New" w:hAnsi="Courier New" w:cs="Courier New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