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</w:pPr>
      <w:r>
        <w:rPr>
          <w:b/>
        </w:rPr>
        <w:t xml:space="preserve">RAISON SOCIALE : </w:t>
      </w:r>
      <w:r>
        <w:rPr>
          <w:b w:val="0"/>
        </w:rPr>
        <w:t>[Nom de l’entreprise]</w:t>
      </w:r>
    </w:p>
    <w:p>
      <w:r>
        <w:rPr>
          <w:b/>
        </w:rPr>
        <w:t xml:space="preserve">SIREN/SIRET : </w:t>
      </w:r>
      <w:r>
        <w:t xml:space="preserve">[__________]    </w:t>
      </w:r>
      <w:r>
        <w:rPr>
          <w:b/>
        </w:rPr>
        <w:t xml:space="preserve">Adresse : </w:t>
      </w:r>
      <w:r>
        <w:t>[________________________________________]</w:t>
      </w:r>
    </w:p>
    <w:p>
      <w:r>
        <w:rPr>
          <w:b/>
        </w:rPr>
        <w:t xml:space="preserve">Téléphone : </w:t>
      </w:r>
      <w:r>
        <w:t xml:space="preserve">[__________]    </w:t>
      </w:r>
      <w:r>
        <w:rPr>
          <w:b/>
        </w:rPr>
        <w:t xml:space="preserve">E-mail : </w:t>
      </w:r>
      <w:r>
        <w:t>[________________________]</w:t>
      </w:r>
    </w:p>
    <w:p>
      <w:r>
        <w:t xml:space="preserve"> </w:t>
      </w:r>
    </w:p>
    <w:p>
      <w:pPr>
        <w:jc w:val="right"/>
      </w:pPr>
      <w:r>
        <w:rPr>
          <w:i/>
        </w:rPr>
        <w:t>Logo / Cachet</w:t>
      </w:r>
    </w:p>
    <w:p>
      <w:pPr>
        <w:jc w:val="center"/>
      </w:pPr>
      <w:r>
        <w:rPr>
          <w:b/>
          <w:sz w:val="28"/>
        </w:rPr>
        <w:t>BON DE SORTIE D’EMPLOYÉ</w:t>
      </w:r>
    </w:p>
    <w:p>
      <w:r>
        <w:rPr>
          <w:i/>
        </w:rPr>
        <w:t>Document interne — Autorisation ponctuelle de sortie pendant les heures de travail.</w:t>
      </w:r>
    </w:p>
    <w:p>
      <w:r>
        <w:t xml:space="preserve"> 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</w:tcPr>
          <w:p>
            <w:r>
              <w:rPr>
                <w:b/>
              </w:rPr>
              <w:t>Nom &amp; Prénom</w:t>
            </w:r>
          </w:p>
        </w:tc>
        <w:tc>
          <w:tcPr>
            <w:tcW w:type="dxa" w:w="2635"/>
          </w:tcPr>
          <w:p>
            <w:r>
              <w:rPr>
                <w:b/>
              </w:rPr>
              <w:t>Matricule</w:t>
            </w:r>
          </w:p>
        </w:tc>
        <w:tc>
          <w:tcPr>
            <w:tcW w:type="dxa" w:w="2635"/>
          </w:tcPr>
          <w:p>
            <w:r>
              <w:rPr>
                <w:b/>
              </w:rPr>
              <w:t>Fonction/Service</w:t>
            </w:r>
          </w:p>
        </w:tc>
        <w:tc>
          <w:tcPr>
            <w:tcW w:type="dxa" w:w="2635"/>
          </w:tcPr>
          <w:p>
            <w:r>
              <w:rPr>
                <w:b/>
              </w:rPr>
              <w:t>N°/Année</w:t>
            </w:r>
          </w:p>
        </w:tc>
      </w:tr>
      <w:tr>
        <w:tc>
          <w:tcPr>
            <w:tcW w:type="dxa" w:w="2635"/>
          </w:tcPr>
          <w:p>
            <w:r>
              <w:rPr>
                <w:b/>
              </w:rPr>
              <w:t>Motif de sortie</w:t>
            </w:r>
          </w:p>
        </w:tc>
        <w:tc>
          <w:tcPr>
            <w:tcW w:type="dxa" w:w="2635"/>
          </w:tcPr>
          <w:p>
            <w:r>
              <w:t>[Déplacement administratif / Médical / Urgent / Autre]</w:t>
            </w:r>
          </w:p>
        </w:tc>
        <w:tc>
          <w:tcPr>
            <w:tcW w:type="dxa" w:w="2635"/>
          </w:tcPr>
          <w:p>
            <w:r/>
          </w:p>
        </w:tc>
        <w:tc>
          <w:tcPr>
            <w:tcW w:type="dxa" w:w="2635"/>
          </w:tcPr>
          <w:p>
            <w:r/>
          </w:p>
        </w:tc>
      </w:tr>
      <w:tr>
        <w:tc>
          <w:tcPr>
            <w:tcW w:type="dxa" w:w="2635"/>
          </w:tcPr>
          <w:p>
            <w:r>
              <w:rPr>
                <w:b/>
              </w:rPr>
              <w:t>Date de sortie</w:t>
            </w:r>
          </w:p>
        </w:tc>
        <w:tc>
          <w:tcPr>
            <w:tcW w:type="dxa" w:w="2635"/>
          </w:tcPr>
          <w:p>
            <w:r>
              <w:t>[JJ/MM/AAAA]</w:t>
            </w:r>
          </w:p>
        </w:tc>
        <w:tc>
          <w:tcPr>
            <w:tcW w:type="dxa" w:w="2635"/>
          </w:tcPr>
          <w:p>
            <w:r/>
          </w:p>
        </w:tc>
        <w:tc>
          <w:tcPr>
            <w:tcW w:type="dxa" w:w="2635"/>
          </w:tcPr>
          <w:p>
            <w:r/>
          </w:p>
        </w:tc>
      </w:tr>
      <w:tr>
        <w:tc>
          <w:tcPr>
            <w:tcW w:type="dxa" w:w="2635"/>
          </w:tcPr>
          <w:p>
            <w:r>
              <w:rPr>
                <w:b/>
              </w:rPr>
              <w:t>Heure de sortie</w:t>
            </w:r>
          </w:p>
        </w:tc>
        <w:tc>
          <w:tcPr>
            <w:tcW w:type="dxa" w:w="2635"/>
          </w:tcPr>
          <w:p>
            <w:r>
              <w:t>[HH:MM]</w:t>
            </w:r>
          </w:p>
        </w:tc>
        <w:tc>
          <w:tcPr>
            <w:tcW w:type="dxa" w:w="2635"/>
          </w:tcPr>
          <w:p>
            <w:r/>
          </w:p>
        </w:tc>
        <w:tc>
          <w:tcPr>
            <w:tcW w:type="dxa" w:w="2635"/>
          </w:tcPr>
          <w:p>
            <w:r/>
          </w:p>
        </w:tc>
      </w:tr>
      <w:tr>
        <w:tc>
          <w:tcPr>
            <w:tcW w:type="dxa" w:w="2635"/>
          </w:tcPr>
          <w:p>
            <w:r>
              <w:rPr>
                <w:b/>
              </w:rPr>
              <w:t>Heure de retour prévue</w:t>
            </w:r>
          </w:p>
        </w:tc>
        <w:tc>
          <w:tcPr>
            <w:tcW w:type="dxa" w:w="2635"/>
          </w:tcPr>
          <w:p>
            <w:r>
              <w:t>[HH:MM]</w:t>
            </w:r>
          </w:p>
        </w:tc>
        <w:tc>
          <w:tcPr>
            <w:tcW w:type="dxa" w:w="2635"/>
          </w:tcPr>
          <w:p>
            <w:r/>
          </w:p>
        </w:tc>
        <w:tc>
          <w:tcPr>
            <w:tcW w:type="dxa" w:w="2635"/>
          </w:tcPr>
          <w:p>
            <w:r/>
          </w:p>
        </w:tc>
      </w:tr>
      <w:tr>
        <w:tc>
          <w:tcPr>
            <w:tcW w:type="dxa" w:w="2635"/>
          </w:tcPr>
          <w:p>
            <w:r>
              <w:rPr>
                <w:b/>
              </w:rPr>
              <w:t>Transport</w:t>
            </w:r>
          </w:p>
        </w:tc>
        <w:tc>
          <w:tcPr>
            <w:tcW w:type="dxa" w:w="2635"/>
          </w:tcPr>
          <w:p>
            <w:r>
              <w:t>[À pied / Véhicule société / Véhicule personnel / Autre]</w:t>
            </w:r>
          </w:p>
        </w:tc>
        <w:tc>
          <w:tcPr>
            <w:tcW w:type="dxa" w:w="2635"/>
          </w:tcPr>
          <w:p>
            <w:r/>
          </w:p>
        </w:tc>
        <w:tc>
          <w:tcPr>
            <w:tcW w:type="dxa" w:w="2635"/>
          </w:tcPr>
          <w:p>
            <w:r/>
          </w:p>
        </w:tc>
      </w:tr>
      <w:tr>
        <w:tc>
          <w:tcPr>
            <w:tcW w:type="dxa" w:w="2635"/>
          </w:tcPr>
          <w:p>
            <w:r>
              <w:rPr>
                <w:b/>
              </w:rPr>
              <w:t>Accompagné par</w:t>
            </w:r>
          </w:p>
        </w:tc>
        <w:tc>
          <w:tcPr>
            <w:tcW w:type="dxa" w:w="2635"/>
          </w:tcPr>
          <w:p>
            <w:r>
              <w:t>[Nom si applicable]</w:t>
            </w:r>
          </w:p>
        </w:tc>
        <w:tc>
          <w:tcPr>
            <w:tcW w:type="dxa" w:w="2635"/>
          </w:tcPr>
          <w:p>
            <w:r/>
          </w:p>
        </w:tc>
        <w:tc>
          <w:tcPr>
            <w:tcW w:type="dxa" w:w="2635"/>
          </w:tcPr>
          <w:p>
            <w:r/>
          </w:p>
        </w:tc>
      </w:tr>
      <w:tr>
        <w:tc>
          <w:tcPr>
            <w:tcW w:type="dxa" w:w="2635"/>
          </w:tcPr>
          <w:p>
            <w:r>
              <w:rPr>
                <w:b/>
              </w:rPr>
              <w:t>Pièce justificative</w:t>
            </w:r>
          </w:p>
        </w:tc>
        <w:tc>
          <w:tcPr>
            <w:tcW w:type="dxa" w:w="2635"/>
          </w:tcPr>
          <w:p>
            <w:r>
              <w:t>[Oui/Non — préciser]</w:t>
            </w:r>
          </w:p>
        </w:tc>
        <w:tc>
          <w:tcPr>
            <w:tcW w:type="dxa" w:w="2635"/>
          </w:tcPr>
          <w:p>
            <w:r/>
          </w:p>
        </w:tc>
        <w:tc>
          <w:tcPr>
            <w:tcW w:type="dxa" w:w="2635"/>
          </w:tcPr>
          <w:p>
            <w:r/>
          </w:p>
        </w:tc>
      </w:tr>
      <w:tr>
        <w:tc>
          <w:tcPr>
            <w:tcW w:type="dxa" w:w="2635"/>
          </w:tcPr>
          <w:p>
            <w:r>
              <w:rPr>
                <w:b/>
              </w:rPr>
              <w:t>Supérieur hiérarchique</w:t>
            </w:r>
          </w:p>
        </w:tc>
        <w:tc>
          <w:tcPr>
            <w:tcW w:type="dxa" w:w="2635"/>
          </w:tcPr>
          <w:p>
            <w:r>
              <w:t>[Nom — Fonction]</w:t>
            </w:r>
          </w:p>
        </w:tc>
        <w:tc>
          <w:tcPr>
            <w:tcW w:type="dxa" w:w="2635"/>
          </w:tcPr>
          <w:p>
            <w:r/>
          </w:p>
        </w:tc>
        <w:tc>
          <w:tcPr>
            <w:tcW w:type="dxa" w:w="2635"/>
          </w:tcPr>
          <w:p>
            <w:r/>
          </w:p>
        </w:tc>
      </w:tr>
      <w:tr>
        <w:tc>
          <w:tcPr>
            <w:tcW w:type="dxa" w:w="2635"/>
          </w:tcPr>
          <w:p>
            <w:r>
              <w:rPr>
                <w:b/>
              </w:rPr>
              <w:t>Validation (signature)</w:t>
            </w:r>
          </w:p>
        </w:tc>
        <w:tc>
          <w:tcPr>
            <w:tcW w:type="dxa" w:w="2635"/>
          </w:tcPr>
          <w:p>
            <w:r>
              <w:t>[______________________]</w:t>
            </w:r>
          </w:p>
        </w:tc>
        <w:tc>
          <w:tcPr>
            <w:tcW w:type="dxa" w:w="2635"/>
          </w:tcPr>
          <w:p>
            <w:r/>
          </w:p>
        </w:tc>
        <w:tc>
          <w:tcPr>
            <w:tcW w:type="dxa" w:w="2635"/>
          </w:tcPr>
          <w:p>
            <w:r/>
          </w:p>
        </w:tc>
      </w:tr>
    </w:tbl>
    <w:p>
      <w:r>
        <w:t xml:space="preserve"> </w:t>
      </w:r>
    </w:p>
    <w:p>
      <w:r>
        <w:rPr>
          <w:b/>
        </w:rPr>
        <w:t>Engagement :</w:t>
      </w:r>
    </w:p>
    <w:p>
      <w:r>
        <w:t>Je m’engage à respecter les horaires indiqués et à revenir immédiatement au poste dès l’activité accomplie.</w:t>
      </w:r>
    </w:p>
    <w:p>
      <w:r>
        <w:t xml:space="preserve"> 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</w:tcPr>
          <w:p>
            <w:r>
              <w:t>Autorisation (RH/Hiérarchie)</w:t>
            </w:r>
          </w:p>
        </w:tc>
        <w:tc>
          <w:tcPr>
            <w:tcW w:type="dxa" w:w="5270"/>
          </w:tcPr>
          <w:p>
            <w:r>
              <w:t>Signature de l’employé</w:t>
            </w:r>
          </w:p>
        </w:tc>
      </w:tr>
      <w:tr>
        <w:tc>
          <w:tcPr>
            <w:tcW w:type="dxa" w:w="5270"/>
          </w:tcPr>
          <w:p>
            <w:r>
              <w:t>[Nom — Date — Signature]</w:t>
            </w:r>
          </w:p>
        </w:tc>
        <w:tc>
          <w:tcPr>
            <w:tcW w:type="dxa" w:w="5270"/>
          </w:tcPr>
          <w:p>
            <w:r>
              <w:t>[Nom — Date — Signature]</w:t>
            </w:r>
          </w:p>
        </w:tc>
      </w:tr>
    </w:tbl>
    <w:p>
      <w:r>
        <w:t xml:space="preserve"> </w:t>
      </w:r>
    </w:p>
    <w:p>
      <w:r>
        <w:t>Tampon/Cachet : ________________________________</w:t>
      </w:r>
    </w:p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Modèle « Bon de sortie d’employé » — usage interne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Times New Roman" w:hAnsi="Times New Roman" w:eastAsia="Times New Roman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