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240"/>
        <w:gridCol w:w="7240"/>
      </w:tblGrid>
      <w:tr>
        <w:tc>
          <w:tcPr>
            <w:tcW w:type="dxa" w:w="12472"/>
          </w:tcPr>
          <w:p>
            <w:pPr>
              <w:jc w:val="left"/>
            </w:pPr>
            <w:r>
              <w:rPr>
                <w:b/>
                <w:sz w:val="32"/>
              </w:rPr>
              <w:t>BON D’ACHAT (Original)</w:t>
            </w:r>
          </w:p>
          <w:p>
            <w:r>
              <w:t>Émetteur : ____________________________   Date : ____/____/________</w:t>
            </w:r>
          </w:p>
          <w:p>
            <w:r>
              <w:t>Bénéficiaire : _________________________   Montant : 50,00 €</w:t>
            </w:r>
          </w:p>
          <w:p>
            <w:r>
              <w:t>Montant en lettres : _____________________________________________</w:t>
            </w:r>
          </w:p>
          <w:p>
            <w:r>
              <w:t>Valable jusqu’au : ____/____/________   (non remboursable, non fractionnable)</w:t>
            </w:r>
          </w:p>
          <w:p>
            <w:pPr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2103120" cy="951939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rcode_2025200000023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3120" cy="951939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r>
              <w:t>Signature du responsable : ____________________________</w:t>
            </w:r>
          </w:p>
          <w:p>
            <w:r>
              <w:t>Cachet : ____________________________</w:t>
            </w:r>
          </w:p>
        </w:tc>
        <w:tc>
          <w:tcPr>
            <w:tcW w:type="dxa" w:w="3402"/>
          </w:tcPr>
          <w:p>
            <w:pPr>
              <w:jc w:val="center"/>
            </w:pPr>
            <w:r>
              <w:rPr>
                <w:b/>
                <w:sz w:val="24"/>
              </w:rPr>
              <w:t>TALON à conserver</w:t>
            </w:r>
          </w:p>
          <w:p>
            <w:r>
              <w:t>N° : ____________</w:t>
            </w:r>
          </w:p>
          <w:p>
            <w:r>
              <w:t>Date : ____/____/________</w:t>
            </w:r>
          </w:p>
          <w:p>
            <w:r>
              <w:t>Montant : 50,00 €</w:t>
            </w:r>
          </w:p>
          <w:p>
            <w:r>
              <w:t>Bénéficiaire : __________</w:t>
            </w:r>
          </w:p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645920" cy="744995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rcode_2025200000023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74499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center"/>
      </w:pPr>
      <w:r>
        <w:rPr>
          <w:sz w:val="18"/>
        </w:rPr>
        <w:t>⋯⋯⋯⋯⋯⋯⋯  LIGNES DE DÉCOUPE  ⋯⋯⋯⋯⋯⋯⋯</w:t>
      </w:r>
    </w:p>
    <w:sectPr w:rsidR="00FC693F" w:rsidRPr="0006063C" w:rsidSect="00034616">
      <w:footerReference w:type="default" r:id="rId10"/>
      <w:pgSz w:w="15840" w:h="12240" w:orient="landscape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de bon d'achat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