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AUDIT FLASH QUALITÉ — MODÈLE A4</w:t>
      </w:r>
    </w:p>
    <w:p>
      <w:pPr>
        <w:jc w:val="center"/>
      </w:pPr>
      <w:r>
        <w:rPr>
          <w:i/>
        </w:rPr>
        <w:t>15 minutes sur le terrain — vérifier, agir, tracer (à adapter à votre procédure interne)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rPr>
                <w:b/>
              </w:rPr>
              <w:t>Établissement / Unité</w:t>
            </w:r>
          </w:p>
        </w:tc>
        <w:tc>
          <w:tcPr>
            <w:tcW w:type="dxa" w:w="2636"/>
          </w:tcPr>
          <w:p>
            <w:r>
              <w:rPr>
                <w:b/>
              </w:rPr>
              <w:t>Site / Zone / Poste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Processus audité</w:t>
            </w:r>
          </w:p>
        </w:tc>
        <w:tc>
          <w:tcPr>
            <w:tcW w:type="dxa" w:w="2636"/>
          </w:tcPr>
          <w:p>
            <w:r>
              <w:rPr>
                <w:b/>
              </w:rPr>
              <w:t>Procédure / Réf. (code / version)</w:t>
            </w:r>
          </w:p>
        </w:tc>
      </w:tr>
      <w:tr>
        <w:tc>
          <w:tcPr>
            <w:tcW w:type="dxa" w:w="2636"/>
          </w:tcPr>
          <w:p>
            <w:r>
              <w:t>........................................</w:t>
            </w:r>
          </w:p>
        </w:tc>
        <w:tc>
          <w:tcPr>
            <w:tcW w:type="dxa" w:w="2636"/>
          </w:tcPr>
          <w:p>
            <w:r>
              <w:t>........................................</w:t>
            </w:r>
          </w:p>
        </w:tc>
        <w:tc>
          <w:tcPr>
            <w:tcW w:type="dxa" w:w="2636"/>
          </w:tcPr>
          <w:p>
            <w:r>
              <w:t>........................................</w:t>
            </w:r>
          </w:p>
        </w:tc>
        <w:tc>
          <w:tcPr>
            <w:tcW w:type="dxa" w:w="2636"/>
          </w:tcPr>
          <w:p>
            <w:r>
              <w:t>.....................  v........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rPr>
                <w:b/>
              </w:rPr>
              <w:t>Date / Heure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Auditeur(s)</w:t>
            </w:r>
          </w:p>
        </w:tc>
        <w:tc>
          <w:tcPr>
            <w:tcW w:type="dxa" w:w="2636"/>
          </w:tcPr>
          <w:p>
            <w:r>
              <w:rPr>
                <w:b/>
              </w:rPr>
              <w:t>Interlocuteur(s) sur site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N° audit / Code doc</w:t>
            </w:r>
          </w:p>
        </w:tc>
      </w:tr>
      <w:tr>
        <w:tc>
          <w:tcPr>
            <w:tcW w:type="dxa" w:w="2636"/>
          </w:tcPr>
          <w:p>
            <w:r>
              <w:t>....../....../........   ....:....</w:t>
            </w:r>
          </w:p>
        </w:tc>
        <w:tc>
          <w:tcPr>
            <w:tcW w:type="dxa" w:w="2636"/>
          </w:tcPr>
          <w:p>
            <w:r>
              <w:t>........................................</w:t>
            </w:r>
          </w:p>
        </w:tc>
        <w:tc>
          <w:tcPr>
            <w:tcW w:type="dxa" w:w="2636"/>
          </w:tcPr>
          <w:p>
            <w:r>
              <w:t>........................................</w:t>
            </w:r>
          </w:p>
        </w:tc>
        <w:tc>
          <w:tcPr>
            <w:tcW w:type="dxa" w:w="2636"/>
          </w:tcPr>
          <w:p>
            <w:r>
              <w:t>........................................</w:t>
            </w:r>
          </w:p>
        </w:tc>
      </w:tr>
    </w:tbl>
    <w:p/>
    <w:p>
      <w:r>
        <w:rPr>
          <w:b/>
        </w:rPr>
        <w:t>OBJECTIFS &amp; PÉRIMÈTRE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3"/>
        <w:gridCol w:w="5273"/>
      </w:tblGrid>
      <w:tr>
        <w:tc>
          <w:tcPr>
            <w:tcW w:type="dxa" w:w="5273"/>
          </w:tcPr>
          <w:p>
            <w:r>
              <w:t>Objectifs de l’audit flash</w:t>
            </w:r>
          </w:p>
        </w:tc>
        <w:tc>
          <w:tcPr>
            <w:tcW w:type="dxa" w:w="5273"/>
          </w:tcPr>
          <w:p>
            <w:r>
              <w:t>Périmètre (zones, produits, période)</w:t>
            </w:r>
          </w:p>
        </w:tc>
      </w:tr>
      <w:tr>
        <w:tc>
          <w:tcPr>
            <w:tcW w:type="dxa" w:w="5273"/>
          </w:tcPr>
          <w:p>
            <w:r>
              <w:t>........................................................................................................................</w:t>
            </w:r>
          </w:p>
        </w:tc>
        <w:tc>
          <w:tcPr>
            <w:tcW w:type="dxa" w:w="5273"/>
          </w:tcPr>
          <w:p>
            <w:r>
              <w:t>........................................................................................................................</w:t>
            </w:r>
          </w:p>
        </w:tc>
      </w:tr>
    </w:tbl>
    <w:p/>
    <w:p>
      <w:r>
        <w:rPr>
          <w:b/>
        </w:rPr>
        <w:t>CRITÈRES &amp; RÉFÉRENCES (normes, SOP, plans, exigences client)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</w:tcPr>
          <w:p>
            <w: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546"/>
          </w:tcPr>
          <w:p>
            <w: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546"/>
          </w:tcPr>
          <w:p>
            <w: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546"/>
          </w:tcPr>
          <w:p>
            <w:r>
              <w:t>........................................................................................................................</w:t>
            </w:r>
          </w:p>
        </w:tc>
      </w:tr>
    </w:tbl>
    <w:p/>
    <w:p>
      <w:r>
        <w:rPr>
          <w:b/>
          <w:sz w:val="24"/>
        </w:rPr>
        <w:t>1) Terrain &amp; Hygiène / 5S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Conformité (☐ O  ☐ N  ☐ N/A)</w:t>
            </w:r>
          </w:p>
        </w:tc>
        <w:tc>
          <w:tcPr>
            <w:tcW w:type="dxa" w:w="2636"/>
          </w:tcPr>
          <w:p>
            <w:r>
              <w:rPr>
                <w:b/>
              </w:rPr>
              <w:t>Preuve / Observation</w:t>
            </w:r>
          </w:p>
        </w:tc>
        <w:tc>
          <w:tcPr>
            <w:tcW w:type="dxa" w:w="2636"/>
          </w:tcPr>
          <w:p>
            <w:r>
              <w:rPr>
                <w:b/>
              </w:rPr>
              <w:t>Action immédiate (quoi / qui / quand)</w:t>
            </w:r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</w:tbl>
    <w:p/>
    <w:p>
      <w:r>
        <w:rPr>
          <w:b/>
          <w:sz w:val="24"/>
        </w:rPr>
        <w:t>2) Documentation &amp; Traçabilité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Conformité (☐ O  ☐ N  ☐ N/A)</w:t>
            </w:r>
          </w:p>
        </w:tc>
        <w:tc>
          <w:tcPr>
            <w:tcW w:type="dxa" w:w="2636"/>
          </w:tcPr>
          <w:p>
            <w:r>
              <w:rPr>
                <w:b/>
              </w:rPr>
              <w:t>Preuve / Observation</w:t>
            </w:r>
          </w:p>
        </w:tc>
        <w:tc>
          <w:tcPr>
            <w:tcW w:type="dxa" w:w="2636"/>
          </w:tcPr>
          <w:p>
            <w:r>
              <w:rPr>
                <w:b/>
              </w:rPr>
              <w:t>Action immédiate (quoi / qui / quand)</w:t>
            </w:r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</w:tbl>
    <w:p/>
    <w:p>
      <w:r>
        <w:rPr>
          <w:b/>
          <w:sz w:val="24"/>
        </w:rPr>
        <w:t>3) Équipements &amp; Métrologie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Conformité (☐ O  ☐ N  ☐ N/A)</w:t>
            </w:r>
          </w:p>
        </w:tc>
        <w:tc>
          <w:tcPr>
            <w:tcW w:type="dxa" w:w="2636"/>
          </w:tcPr>
          <w:p>
            <w:r>
              <w:rPr>
                <w:b/>
              </w:rPr>
              <w:t>Preuve / Observation</w:t>
            </w:r>
          </w:p>
        </w:tc>
        <w:tc>
          <w:tcPr>
            <w:tcW w:type="dxa" w:w="2636"/>
          </w:tcPr>
          <w:p>
            <w:r>
              <w:rPr>
                <w:b/>
              </w:rPr>
              <w:t>Action immédiate (quoi / qui / quand)</w:t>
            </w:r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</w:tbl>
    <w:p/>
    <w:p>
      <w:r>
        <w:rPr>
          <w:b/>
          <w:sz w:val="24"/>
        </w:rPr>
        <w:t>4) Sécurité / EPI &amp; Environnement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Conformité (☐ O  ☐ N  ☐ N/A)</w:t>
            </w:r>
          </w:p>
        </w:tc>
        <w:tc>
          <w:tcPr>
            <w:tcW w:type="dxa" w:w="2636"/>
          </w:tcPr>
          <w:p>
            <w:r>
              <w:rPr>
                <w:b/>
              </w:rPr>
              <w:t>Preuve / Observation</w:t>
            </w:r>
          </w:p>
        </w:tc>
        <w:tc>
          <w:tcPr>
            <w:tcW w:type="dxa" w:w="2636"/>
          </w:tcPr>
          <w:p>
            <w:r>
              <w:rPr>
                <w:b/>
              </w:rPr>
              <w:t>Action immédiate (quoi / qui / quand)</w:t>
            </w:r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</w:tbl>
    <w:p/>
    <w:p>
      <w:r>
        <w:rPr>
          <w:b/>
          <w:sz w:val="24"/>
        </w:rPr>
        <w:t>5) Produit / Service &amp; Conformité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Conformité (☐ O  ☐ N  ☐ N/A)</w:t>
            </w:r>
          </w:p>
        </w:tc>
        <w:tc>
          <w:tcPr>
            <w:tcW w:type="dxa" w:w="2636"/>
          </w:tcPr>
          <w:p>
            <w:r>
              <w:rPr>
                <w:b/>
              </w:rPr>
              <w:t>Preuve / Observation</w:t>
            </w:r>
          </w:p>
        </w:tc>
        <w:tc>
          <w:tcPr>
            <w:tcW w:type="dxa" w:w="2636"/>
          </w:tcPr>
          <w:p>
            <w:r>
              <w:rPr>
                <w:b/>
              </w:rPr>
              <w:t>Action immédiate (quoi / qui / quand)</w:t>
            </w:r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</w:tbl>
    <w:p/>
    <w:p>
      <w:r>
        <w:rPr>
          <w:b/>
          <w:sz w:val="24"/>
        </w:rPr>
        <w:t>6) Maintenance &amp; Infrastructures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Conformité (☐ O  ☐ N  ☐ N/A)</w:t>
            </w:r>
          </w:p>
        </w:tc>
        <w:tc>
          <w:tcPr>
            <w:tcW w:type="dxa" w:w="2636"/>
          </w:tcPr>
          <w:p>
            <w:r>
              <w:rPr>
                <w:b/>
              </w:rPr>
              <w:t>Preuve / Observation</w:t>
            </w:r>
          </w:p>
        </w:tc>
        <w:tc>
          <w:tcPr>
            <w:tcW w:type="dxa" w:w="2636"/>
          </w:tcPr>
          <w:p>
            <w:r>
              <w:rPr>
                <w:b/>
              </w:rPr>
              <w:t>Action immédiate (quoi / qui / quand)</w:t>
            </w:r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</w:tbl>
    <w:p/>
    <w:p>
      <w:r>
        <w:rPr>
          <w:b/>
        </w:rPr>
        <w:t>OBSERVATIONS DÉTAILLÉES &amp; ÉCARTS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318"/>
        <w:gridCol w:w="1318"/>
        <w:gridCol w:w="1318"/>
        <w:gridCol w:w="1318"/>
        <w:gridCol w:w="1318"/>
        <w:gridCol w:w="1318"/>
        <w:gridCol w:w="1318"/>
        <w:gridCol w:w="1318"/>
      </w:tblGrid>
      <w:tr>
        <w:tc>
          <w:tcPr>
            <w:tcW w:type="dxa" w:w="1318"/>
          </w:tcPr>
          <w:p>
            <w:r>
              <w:rPr>
                <w:b/>
              </w:rPr>
              <w:t>#</w:t>
            </w:r>
          </w:p>
        </w:tc>
        <w:tc>
          <w:tcPr>
            <w:tcW w:type="dxa" w:w="1318"/>
          </w:tcPr>
          <w:p>
            <w:r>
              <w:rPr>
                <w:b/>
              </w:rPr>
              <w:t>Constat (quoi / où)</w:t>
            </w:r>
          </w:p>
        </w:tc>
        <w:tc>
          <w:tcPr>
            <w:tcW w:type="dxa" w:w="1318"/>
          </w:tcPr>
          <w:p>
            <w:r>
              <w:rPr>
                <w:b/>
              </w:rPr>
              <w:t>Réf. critère (SOP / norme)</w:t>
            </w:r>
          </w:p>
        </w:tc>
        <w:tc>
          <w:tcPr>
            <w:tcW w:type="dxa" w:w="1318"/>
          </w:tcPr>
          <w:p>
            <w:r>
              <w:rPr>
                <w:b/>
              </w:rPr>
              <w:t>Criticité (Ma / Mi)</w:t>
            </w:r>
          </w:p>
        </w:tc>
        <w:tc>
          <w:tcPr>
            <w:tcW w:type="dxa" w:w="1318"/>
          </w:tcPr>
          <w:p>
            <w:r>
              <w:rPr>
                <w:b/>
              </w:rPr>
              <w:t>Action curative</w:t>
            </w:r>
          </w:p>
        </w:tc>
        <w:tc>
          <w:tcPr>
            <w:tcW w:type="dxa" w:w="1318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318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318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318"/>
          </w:tcPr>
          <w:p>
            <w:r>
              <w:t>1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Ma / Mi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JJ/MM/AAAA</w:t>
            </w:r>
          </w:p>
        </w:tc>
        <w:tc>
          <w:tcPr>
            <w:tcW w:type="dxa" w:w="1318"/>
          </w:tcPr>
          <w:p>
            <w:r>
              <w:t>Ouvert / Clos</w:t>
            </w:r>
          </w:p>
        </w:tc>
      </w:tr>
      <w:tr>
        <w:tc>
          <w:tcPr>
            <w:tcW w:type="dxa" w:w="1318"/>
          </w:tcPr>
          <w:p>
            <w:r>
              <w:t>2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Ma / Mi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JJ/MM/AAAA</w:t>
            </w:r>
          </w:p>
        </w:tc>
        <w:tc>
          <w:tcPr>
            <w:tcW w:type="dxa" w:w="1318"/>
          </w:tcPr>
          <w:p>
            <w:r>
              <w:t>Ouvert / Clos</w:t>
            </w:r>
          </w:p>
        </w:tc>
      </w:tr>
      <w:tr>
        <w:tc>
          <w:tcPr>
            <w:tcW w:type="dxa" w:w="1318"/>
          </w:tcPr>
          <w:p>
            <w:r>
              <w:t>3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Ma / Mi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JJ/MM/AAAA</w:t>
            </w:r>
          </w:p>
        </w:tc>
        <w:tc>
          <w:tcPr>
            <w:tcW w:type="dxa" w:w="1318"/>
          </w:tcPr>
          <w:p>
            <w:r>
              <w:t>Ouvert / Clos</w:t>
            </w:r>
          </w:p>
        </w:tc>
      </w:tr>
      <w:tr>
        <w:tc>
          <w:tcPr>
            <w:tcW w:type="dxa" w:w="1318"/>
          </w:tcPr>
          <w:p>
            <w:r>
              <w:t>4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Ma / Mi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JJ/MM/AAAA</w:t>
            </w:r>
          </w:p>
        </w:tc>
        <w:tc>
          <w:tcPr>
            <w:tcW w:type="dxa" w:w="1318"/>
          </w:tcPr>
          <w:p>
            <w:r>
              <w:t>Ouvert / Clos</w:t>
            </w:r>
          </w:p>
        </w:tc>
      </w:tr>
      <w:tr>
        <w:tc>
          <w:tcPr>
            <w:tcW w:type="dxa" w:w="1318"/>
          </w:tcPr>
          <w:p>
            <w:r>
              <w:t>5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Ma / Mi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JJ/MM/AAAA</w:t>
            </w:r>
          </w:p>
        </w:tc>
        <w:tc>
          <w:tcPr>
            <w:tcW w:type="dxa" w:w="1318"/>
          </w:tcPr>
          <w:p>
            <w:r>
              <w:t>Ouvert / Clos</w:t>
            </w:r>
          </w:p>
        </w:tc>
      </w:tr>
      <w:tr>
        <w:tc>
          <w:tcPr>
            <w:tcW w:type="dxa" w:w="1318"/>
          </w:tcPr>
          <w:p>
            <w:r>
              <w:t>6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Ma / Mi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JJ/MM/AAAA</w:t>
            </w:r>
          </w:p>
        </w:tc>
        <w:tc>
          <w:tcPr>
            <w:tcW w:type="dxa" w:w="1318"/>
          </w:tcPr>
          <w:p>
            <w:r>
              <w:t>Ouvert / Clos</w:t>
            </w:r>
          </w:p>
        </w:tc>
      </w:tr>
      <w:tr>
        <w:tc>
          <w:tcPr>
            <w:tcW w:type="dxa" w:w="1318"/>
          </w:tcPr>
          <w:p>
            <w:r>
              <w:t>7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Ma / Mi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JJ/MM/AAAA</w:t>
            </w:r>
          </w:p>
        </w:tc>
        <w:tc>
          <w:tcPr>
            <w:tcW w:type="dxa" w:w="1318"/>
          </w:tcPr>
          <w:p>
            <w:r>
              <w:t>Ouvert / Clos</w:t>
            </w:r>
          </w:p>
        </w:tc>
      </w:tr>
    </w:tbl>
    <w:p/>
    <w:p>
      <w:r>
        <w:rPr>
          <w:b/>
        </w:rPr>
        <w:t>SYNTHÈSE &amp; SCORE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1758"/>
          </w:tcPr>
          <w:p>
            <w:r>
              <w:rPr>
                <w:b/>
              </w:rPr>
              <w:t>Points audités (n)</w:t>
            </w:r>
          </w:p>
        </w:tc>
        <w:tc>
          <w:tcPr>
            <w:tcW w:type="dxa" w:w="1758"/>
          </w:tcPr>
          <w:p>
            <w:r>
              <w:rPr>
                <w:b/>
              </w:rPr>
              <w:t>Points conformes (n)</w:t>
            </w:r>
          </w:p>
        </w:tc>
        <w:tc>
          <w:tcPr>
            <w:tcW w:type="dxa" w:w="1758"/>
          </w:tcPr>
          <w:p>
            <w:r>
              <w:rPr>
                <w:b/>
              </w:rPr>
              <w:t>Conformité (%)</w:t>
            </w:r>
          </w:p>
        </w:tc>
        <w:tc>
          <w:tcPr>
            <w:tcW w:type="dxa" w:w="1758"/>
          </w:tcPr>
          <w:p>
            <w:r>
              <w:rPr>
                <w:b/>
              </w:rPr>
              <w:t>NC majeures (n)</w:t>
            </w:r>
          </w:p>
        </w:tc>
        <w:tc>
          <w:tcPr>
            <w:tcW w:type="dxa" w:w="1758"/>
          </w:tcPr>
          <w:p>
            <w:r>
              <w:rPr>
                <w:b/>
              </w:rPr>
              <w:t>NC mineures (n)</w:t>
            </w:r>
          </w:p>
        </w:tc>
        <w:tc>
          <w:tcPr>
            <w:tcW w:type="dxa" w:w="1758"/>
          </w:tcPr>
          <w:p>
            <w:r>
              <w:rPr>
                <w:b/>
              </w:rPr>
              <w:t>Décision finale</w:t>
            </w:r>
          </w:p>
        </w:tc>
      </w:tr>
      <w:tr>
        <w:tc>
          <w:tcPr>
            <w:tcW w:type="dxa" w:w="1758"/>
          </w:tcPr>
          <w:p>
            <w:r>
              <w:t>........</w:t>
            </w:r>
          </w:p>
        </w:tc>
        <w:tc>
          <w:tcPr>
            <w:tcW w:type="dxa" w:w="1758"/>
          </w:tcPr>
          <w:p>
            <w:r>
              <w:t>........</w:t>
            </w:r>
          </w:p>
        </w:tc>
        <w:tc>
          <w:tcPr>
            <w:tcW w:type="dxa" w:w="1758"/>
          </w:tcPr>
          <w:p>
            <w:r>
              <w:t>........ %</w:t>
            </w:r>
          </w:p>
        </w:tc>
        <w:tc>
          <w:tcPr>
            <w:tcW w:type="dxa" w:w="1758"/>
          </w:tcPr>
          <w:p>
            <w:r>
              <w:t>........</w:t>
            </w:r>
          </w:p>
        </w:tc>
        <w:tc>
          <w:tcPr>
            <w:tcW w:type="dxa" w:w="1758"/>
          </w:tcPr>
          <w:p>
            <w:r>
              <w:t>........</w:t>
            </w:r>
          </w:p>
        </w:tc>
        <w:tc>
          <w:tcPr>
            <w:tcW w:type="dxa" w:w="1758"/>
          </w:tcPr>
          <w:p>
            <w:r>
              <w:t>☐ OK   ☐ Sous surveillance   ☐ Plan d’actions requis</w:t>
            </w:r>
          </w:p>
        </w:tc>
      </w:tr>
    </w:tbl>
    <w:p/>
    <w:p>
      <w:r>
        <w:rPr>
          <w:b/>
        </w:rPr>
        <w:t>PLAN D’ACTIONS — CAPA EXPRESS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1758"/>
          </w:tcPr>
          <w:p>
            <w:r>
              <w:rPr>
                <w:b/>
              </w:rPr>
              <w:t>Écart / Cause probable</w:t>
            </w:r>
          </w:p>
        </w:tc>
        <w:tc>
          <w:tcPr>
            <w:tcW w:type="dxa" w:w="1758"/>
          </w:tcPr>
          <w:p>
            <w:r>
              <w:rPr>
                <w:b/>
              </w:rPr>
              <w:t>Action (quoi)</w:t>
            </w:r>
          </w:p>
        </w:tc>
        <w:tc>
          <w:tcPr>
            <w:tcW w:type="dxa" w:w="1758"/>
          </w:tcPr>
          <w:p>
            <w:r>
              <w:rPr>
                <w:b/>
              </w:rPr>
              <w:t>Responsable (qui)</w:t>
            </w:r>
          </w:p>
        </w:tc>
        <w:tc>
          <w:tcPr>
            <w:tcW w:type="dxa" w:w="1758"/>
          </w:tcPr>
          <w:p>
            <w:r>
              <w:rPr>
                <w:b/>
              </w:rPr>
              <w:t>Échéance (quand)</w:t>
            </w:r>
          </w:p>
        </w:tc>
        <w:tc>
          <w:tcPr>
            <w:tcW w:type="dxa" w:w="1758"/>
          </w:tcPr>
          <w:p>
            <w:r>
              <w:rPr>
                <w:b/>
              </w:rPr>
              <w:t>Preuve attendue</w:t>
            </w:r>
          </w:p>
        </w:tc>
        <w:tc>
          <w:tcPr>
            <w:tcW w:type="dxa" w:w="1758"/>
          </w:tcPr>
          <w:p>
            <w:r>
              <w:rPr>
                <w:b/>
              </w:rPr>
              <w:t>Vérification d’efficacité / Date</w:t>
            </w:r>
          </w:p>
        </w:tc>
      </w:tr>
      <w:tr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>
              <w:t>JJ/MM/AAAA</w:t>
            </w:r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</w:tr>
      <w:tr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>
              <w:t>JJ/MM/AAAA</w:t>
            </w:r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</w:tr>
      <w:tr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>
              <w:t>JJ/MM/AAAA</w:t>
            </w:r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</w:tr>
      <w:tr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>
              <w:t>JJ/MM/AAAA</w:t>
            </w:r>
          </w:p>
        </w:tc>
        <w:tc>
          <w:tcPr>
            <w:tcW w:type="dxa" w:w="1758"/>
          </w:tcPr>
          <w:p>
            <w:r/>
          </w:p>
        </w:tc>
        <w:tc>
          <w:tcPr>
            <w:tcW w:type="dxa" w:w="1758"/>
          </w:tcPr>
          <w:p>
            <w:r/>
          </w:p>
        </w:tc>
      </w:tr>
    </w:tbl>
    <w:p/>
    <w:p>
      <w:r>
        <w:rPr>
          <w:b/>
        </w:rPr>
        <w:t>SIGNATURES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515"/>
        <w:gridCol w:w="3515"/>
        <w:gridCol w:w="3515"/>
      </w:tblGrid>
      <w:tr>
        <w:tc>
          <w:tcPr>
            <w:tcW w:type="dxa" w:w="3515"/>
          </w:tcPr>
          <w:p>
            <w:r>
              <w:rPr>
                <w:b/>
              </w:rPr>
              <w:t>Auditeur — Nom / Signature / Date</w:t>
            </w:r>
          </w:p>
        </w:tc>
        <w:tc>
          <w:tcPr>
            <w:tcW w:type="dxa" w:w="3515"/>
          </w:tcPr>
          <w:p>
            <w:r>
              <w:rPr>
                <w:b/>
              </w:rPr>
              <w:t>Responsable de zone — Nom / Signature / Date</w:t>
            </w:r>
          </w:p>
        </w:tc>
        <w:tc>
          <w:tcPr>
            <w:tcW w:type="dxa" w:w="3515"/>
          </w:tcPr>
          <w:p>
            <w:r>
              <w:rPr>
                <w:b/>
              </w:rPr>
              <w:t>Référent qualité — Nom / Signature / Date</w:t>
            </w:r>
          </w:p>
        </w:tc>
      </w:tr>
      <w:tr>
        <w:tc>
          <w:tcPr>
            <w:tcW w:type="dxa" w:w="3515"/>
          </w:tcPr>
          <w:p>
            <w:r>
              <w:br/>
              <w:br/>
              <w:br/>
            </w:r>
          </w:p>
        </w:tc>
        <w:tc>
          <w:tcPr>
            <w:tcW w:type="dxa" w:w="3515"/>
          </w:tcPr>
          <w:p>
            <w:r>
              <w:br/>
              <w:br/>
              <w:br/>
            </w:r>
          </w:p>
        </w:tc>
        <w:tc>
          <w:tcPr>
            <w:tcW w:type="dxa" w:w="3515"/>
          </w:tcPr>
          <w:p>
            <w:r>
              <w:br/>
              <w:br/>
              <w:br/>
            </w:r>
          </w:p>
        </w:tc>
      </w:tr>
    </w:tbl>
    <w:p/>
    <w:p>
      <w:r>
        <w:rPr>
          <w:b/>
        </w:rPr>
        <w:t>ANNEXES &amp; PHOTOS (références, exports, preuves)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</w:tcPr>
          <w:p>
            <w: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546"/>
          </w:tcPr>
          <w:p>
            <w: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546"/>
          </w:tcPr>
          <w:p>
            <w: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546"/>
          </w:tcPr>
          <w:p>
            <w:r>
              <w:t>........................................................................................................................</w:t>
            </w:r>
          </w:p>
        </w:tc>
      </w:tr>
    </w:tbl>
    <w:p/>
    <w:p>
      <w:r>
        <w:rPr>
          <w:i/>
        </w:rPr>
        <w:t>Note : cochez N/A si non applicable. Intégrez vos seuils, normes et références clients. Ce modèle ne remplace pas votre SOP.</w:t>
      </w:r>
    </w:p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