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ATTESTATION DE VIE COMMUNE / CONCUBINAGE</w:t>
      </w:r>
    </w:p>
    <w:p>
      <w:pPr>
        <w:jc w:val="center"/>
      </w:pPr>
      <w:r>
        <w:rPr>
          <w:i/>
        </w:rPr>
        <w:t>Modèle noir &amp; blanc — à imprimer et à remplir</w:t>
      </w:r>
    </w:p>
    <w:p/>
    <w:p>
      <w:r>
        <w:t>Destinataire (Administration / Dossier) : ______________________________________________</w:t>
      </w:r>
    </w:p>
    <w:p>
      <w:r>
        <w:t>Objet : ________________________________________________________________________________</w:t>
      </w:r>
    </w:p>
    <w:p/>
    <w:p>
      <w:r>
        <w:t>Je soussigné(e) : Nom, Prénom ___________________________________________________________</w:t>
      </w:r>
    </w:p>
    <w:p>
      <w:r>
        <w:t>Né(e) le ________ à ___________________  — Nationalité : ________________________________</w:t>
      </w:r>
    </w:p>
    <w:p>
      <w:r>
        <w:t>Demeurant : _____________________________________________________________________________</w:t>
      </w:r>
    </w:p>
    <w:p>
      <w:r>
        <w:t>N° de pièce d’identité (CNI/CIN/Passeport) : __________________  Délivrée le ________ à __________________</w:t>
      </w:r>
    </w:p>
    <w:p/>
    <w:p>
      <w:r>
        <w:rPr>
          <w:b/>
        </w:rPr>
        <w:t>Atteste sur l’honneur que :</w:t>
      </w:r>
    </w:p>
    <w:p>
      <w:pPr>
        <w:spacing w:after="120"/>
      </w:pPr>
      <w:r>
        <w:rPr>
          <w:i/>
        </w:rPr>
        <w:t xml:space="preserve">Je vis en union de fait avec (Nom, Prénom, né(e) le …) à l’adresse susmentionnée depuis le … </w:t>
      </w:r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/>
    <w:p>
      <w:r>
        <w:t>Fait pour servir et valoir ce que de droit.</w:t>
      </w:r>
    </w:p>
    <w:p/>
    <w:p>
      <w:r>
        <w:t>Fait à ____________________________, le ____ / ____ / ________</w:t>
      </w:r>
    </w:p>
    <w:p>
      <w:pPr>
        <w:jc w:val="right"/>
      </w:pPr>
      <w:r>
        <w:rPr>
          <w:i/>
        </w:rPr>
        <w:t>Signature précédée de la mention manuscrite « Lu et approuvé »</w:t>
      </w:r>
    </w:p>
    <w:p/>
    <w:p>
      <w:pPr>
        <w:jc w:val="right"/>
      </w:pPr>
      <w:r>
        <w:t>________________________________</w:t>
      </w:r>
    </w:p>
    <w:p/>
    <w:p>
      <w:r>
        <w:t>Pièces jointes (facultatif) : copie de la pièce d’identité — justificatif annexe le cas échéant.</w:t>
      </w:r>
    </w:p>
    <w:p/>
    <w:p>
      <w:r>
        <w:rPr>
          <w:b/>
        </w:rPr>
        <w:t xml:space="preserve">Note : </w:t>
      </w:r>
      <w:r>
        <w:t>la fausse déclaration est passible de poursuites. Remplir lisiblement, dater et signer.</w:t>
      </w:r>
    </w:p>
    <w:p/>
    <w:p>
      <w:r>
        <w:rPr>
          <w:sz w:val="18"/>
        </w:rPr>
        <w:t>Modèle générique — utilisable en France / Maroc / pays francophones (adapter les mentions si besoin).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