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</w:rPr>
        <w:t xml:space="preserve">RAISON SOCIALE : </w:t>
      </w:r>
      <w:r>
        <w:rPr>
          <w:b w:val="0"/>
        </w:rPr>
        <w:t>[Nom de l’entreprise]</w:t>
      </w:r>
    </w:p>
    <w:p>
      <w:r>
        <w:rPr>
          <w:b/>
        </w:rPr>
        <w:t xml:space="preserve">SIREN/SIRET : </w:t>
      </w:r>
      <w:r>
        <w:t xml:space="preserve">[__________]    </w:t>
      </w:r>
      <w:r>
        <w:rPr>
          <w:b/>
        </w:rPr>
        <w:t xml:space="preserve">Adresse : </w:t>
      </w:r>
      <w:r>
        <w:t>[________________________________________]</w:t>
      </w:r>
    </w:p>
    <w:p>
      <w:r>
        <w:rPr>
          <w:b/>
        </w:rPr>
        <w:t xml:space="preserve">Téléphone : </w:t>
      </w:r>
      <w:r>
        <w:t xml:space="preserve">[__________]    </w:t>
      </w:r>
      <w:r>
        <w:rPr>
          <w:b/>
        </w:rPr>
        <w:t xml:space="preserve">E-mail : </w:t>
      </w:r>
      <w:r>
        <w:t>[________________________]</w:t>
      </w:r>
    </w:p>
    <w:p>
      <w:r>
        <w:t xml:space="preserve"> </w:t>
      </w:r>
    </w:p>
    <w:p>
      <w:pPr>
        <w:jc w:val="right"/>
      </w:pPr>
      <w:r>
        <w:rPr>
          <w:i/>
        </w:rPr>
        <w:t>Logo / Cachet</w:t>
      </w:r>
    </w:p>
    <w:p>
      <w:pPr>
        <w:jc w:val="center"/>
      </w:pPr>
      <w:r>
        <w:rPr>
          <w:b/>
          <w:sz w:val="28"/>
        </w:rPr>
        <w:t>ATTESTATION D’EMBAUCHE — USAGE ADMINISTRATIF (BANQUE/VISA)</w:t>
      </w:r>
    </w:p>
    <w:p>
      <w:pPr>
        <w:jc w:val="right"/>
      </w:pPr>
      <w:r>
        <w:rPr>
          <w:b/>
        </w:rPr>
        <w:t xml:space="preserve">Fait à </w:t>
      </w:r>
      <w:r>
        <w:t xml:space="preserve">[Ville] </w:t>
      </w:r>
      <w:r>
        <w:rPr>
          <w:b/>
        </w:rPr>
        <w:t xml:space="preserve">, le </w:t>
      </w:r>
      <w:r>
        <w:t>[JJ/MM/AAAA]</w:t>
      </w:r>
    </w:p>
    <w:p>
      <w:r>
        <w:t xml:space="preserve"> </w:t>
      </w:r>
    </w:p>
    <w:p>
      <w:pPr>
        <w:ind w:firstLine="567"/>
      </w:pPr>
      <w:r>
        <w:t xml:space="preserve">Nous attestons que M./Mme [Nom et Prénom], CNI n° [__________], CNSS n° [__________], </w:t>
      </w:r>
      <w:r>
        <w:t>a été recruté(e) par [Nom de l’entreprise] en qualité de [Intitulé du poste], à compter du [JJ/MM/AAAA].</w:t>
      </w:r>
    </w:p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</w:tcPr>
          <w:p>
            <w:r>
              <w:rPr>
                <w:b/>
              </w:rPr>
              <w:t>Type de contrat</w:t>
            </w:r>
          </w:p>
        </w:tc>
        <w:tc>
          <w:tcPr>
            <w:tcW w:type="dxa" w:w="4986"/>
            <w:vAlign w:val="center"/>
          </w:tcPr>
          <w:p>
            <w:r>
              <w:t>[CDI/CDD/Autre]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Temps de travail</w:t>
            </w:r>
          </w:p>
        </w:tc>
        <w:tc>
          <w:tcPr>
            <w:tcW w:type="dxa" w:w="4986"/>
            <w:vAlign w:val="center"/>
          </w:tcPr>
          <w:p>
            <w:r>
              <w:t>[Temps plein/partiel — [__] h/semaine]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Période d’essai</w:t>
            </w:r>
          </w:p>
        </w:tc>
        <w:tc>
          <w:tcPr>
            <w:tcW w:type="dxa" w:w="4986"/>
            <w:vAlign w:val="center"/>
          </w:tcPr>
          <w:p>
            <w:r>
              <w:t>[Oui/Non — durée : ____]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Rémunération brute mensuelle</w:t>
            </w:r>
          </w:p>
        </w:tc>
        <w:tc>
          <w:tcPr>
            <w:tcW w:type="dxa" w:w="4986"/>
            <w:vAlign w:val="center"/>
          </w:tcPr>
          <w:p>
            <w:r>
              <w:t>[_____] € +/− primes/avantages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Lieu de travail</w:t>
            </w:r>
          </w:p>
        </w:tc>
        <w:tc>
          <w:tcPr>
            <w:tcW w:type="dxa" w:w="4986"/>
            <w:vAlign w:val="center"/>
          </w:tcPr>
          <w:p>
            <w:r>
              <w:t>[Adresse complète]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Date de fin (si CDD)</w:t>
            </w:r>
          </w:p>
        </w:tc>
        <w:tc>
          <w:tcPr>
            <w:tcW w:type="dxa" w:w="4986"/>
            <w:vAlign w:val="center"/>
          </w:tcPr>
          <w:p>
            <w:r>
              <w:t>[JJ/MM/AAAA]</w:t>
            </w:r>
          </w:p>
        </w:tc>
      </w:tr>
    </w:tbl>
    <w:p>
      <w:r>
        <w:t xml:space="preserve"> </w:t>
      </w:r>
    </w:p>
    <w:p>
      <w:pPr>
        <w:ind w:firstLine="567"/>
      </w:pPr>
      <w:r>
        <w:t>Cette attestation est délivrée pour constituer un dossier administratif (banque/visa/logement) et ne vaut pas contrat de travail.</w:t>
      </w:r>
    </w:p>
    <w:p>
      <w:r>
        <w:t xml:space="preserve"> </w:t>
      </w:r>
    </w:p>
    <w:p>
      <w:r>
        <w:rPr>
          <w:b/>
        </w:rPr>
        <w:t xml:space="preserve">Contact RH : </w:t>
      </w:r>
      <w:r>
        <w:t>[Nom — Tél — E-mail]</w:t>
      </w:r>
    </w:p>
    <w:p>
      <w:r>
        <w:t xml:space="preserve"> </w:t>
      </w:r>
    </w:p>
    <w:p>
      <w:r>
        <w:t>Signature et cachet de l’entreprise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Attestation d’embauche (banque/visa) — à compléter et signer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