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vAlign w:val="top"/>
          </w:tcPr>
          <w:p/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</w:tc>
        <w:tc>
          <w:tcPr>
            <w:tcW w:type="dxa" w:w="5270"/>
          </w:tcPr>
          <w:p>
            <w:r>
              <w:rPr>
                <w:b/>
              </w:rPr>
              <w:t xml:space="preserve">RAISON SOCIALE : </w:t>
            </w:r>
            <w:r>
              <w:t>[Nom de l’entreprise]</w:t>
              <w:br/>
            </w:r>
            <w:r>
              <w:rPr>
                <w:b/>
              </w:rPr>
              <w:t xml:space="preserve">ICE/SIREN/SIRET : </w:t>
            </w:r>
            <w:r>
              <w:t xml:space="preserve">[__________]    </w:t>
            </w:r>
            <w:r>
              <w:rPr>
                <w:b/>
              </w:rPr>
              <w:t xml:space="preserve">Adresse : </w:t>
            </w:r>
            <w:r>
              <w:t>[________________________________________]</w:t>
              <w:br/>
            </w:r>
            <w:r>
              <w:rPr>
                <w:b/>
              </w:rPr>
              <w:t xml:space="preserve">Téléphone : </w:t>
            </w:r>
            <w:r>
              <w:t xml:space="preserve">[__________]    </w:t>
            </w:r>
            <w:r>
              <w:rPr>
                <w:b/>
              </w:rPr>
              <w:t xml:space="preserve">E-mail : </w:t>
            </w:r>
            <w:r>
              <w:t>[________________________]</w:t>
            </w:r>
          </w:p>
          <w:p/>
          <w:p>
            <w:pPr>
              <w:jc w:val="center"/>
            </w:pPr>
            <w:r>
              <w:rPr>
                <w:b/>
              </w:rPr>
              <w:t>=== ATTESTATION D’EMBAUCHE — LOGEMENT (BAILLEUR) ===</w:t>
            </w:r>
          </w:p>
          <w:p>
            <w:pPr>
              <w:jc w:val="right"/>
            </w:pPr>
            <w:r>
              <w:rPr>
                <w:b/>
              </w:rPr>
              <w:t xml:space="preserve">Fait à </w:t>
            </w:r>
            <w:r>
              <w:t xml:space="preserve">[Ville] </w:t>
            </w:r>
            <w:r>
              <w:rPr>
                <w:b/>
              </w:rPr>
              <w:t xml:space="preserve">, le </w:t>
            </w:r>
            <w:r>
              <w:t>[JJ/MM/AAAA]</w:t>
            </w:r>
          </w:p>
          <w:p>
            <w:pPr>
              <w:jc w:val="center"/>
            </w:pPr>
            <w:r>
              <w:t>----------------------------------------------------------------------</w:t>
            </w:r>
          </w:p>
          <w:p>
            <w:pPr>
              <w:spacing w:after="120"/>
              <w:ind w:firstLine="454"/>
            </w:pPr>
            <w:r>
              <w:t>Je certifie que M./Mme [Nom et Prénom], CNI n° [__________], CNSS n° [__________], est embauché(e) par [Nom de l’entreprise] à compter du [JJ/MM/AAAA], en qualité de [Intitulé du poste], contrat [CDI/CDD — préciser la date de fin le cas échéant], temps [plein/partiel].</w:t>
            </w:r>
          </w:p>
          <w:p>
            <w:pPr>
              <w:spacing w:after="120"/>
              <w:ind w:firstLine="454"/>
            </w:pPr>
            <w:r>
              <w:t>À titre informatif, la rémunération mensuelle nette moyenne prévue/observée est de [_____] € (montant indicatif, hors éventuelles variables). Lieu de travail principal : [Adresse].</w:t>
            </w:r>
          </w:p>
          <w:p>
            <w:pPr>
              <w:spacing w:after="120"/>
              <w:ind w:firstLine="454"/>
            </w:pPr>
            <w:r>
              <w:t>La présente attestation est délivrée à la demande de l’intéressé(e) pour servir et valoir ce que de droit.</w:t>
            </w:r>
          </w:p>
          <w:p>
            <w:r>
              <w:t xml:space="preserve"> </w:t>
            </w:r>
          </w:p>
          <w:p>
            <w:pPr>
              <w:spacing w:after="40"/>
            </w:pPr>
            <w:r>
              <w:t>Nom &amp; qualité du signataire : [________________________]</w:t>
            </w:r>
          </w:p>
          <w:p>
            <w:r>
              <w:t>Signature et cachet de l’entreprise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N&amp;B — Attestation d’embauche (Logement)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ourier New" w:hAnsi="Courier New" w:eastAsia="Courier New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