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vAlign w:val="top"/>
          </w:tcPr>
          <w:p/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  <w:p>
            <w:pPr>
              <w:spacing w:after="20"/>
              <w:jc w:val="center"/>
            </w:pPr>
            <w:r>
              <w:t>●</w:t>
            </w:r>
          </w:p>
        </w:tc>
        <w:tc>
          <w:tcPr>
            <w:tcW w:type="dxa" w:w="5270"/>
          </w:tcPr>
          <w:p>
            <w:r>
              <w:rPr>
                <w:b/>
              </w:rPr>
              <w:t xml:space="preserve">RAISON SOCIALE : </w:t>
            </w:r>
            <w:r>
              <w:t>[Nom de l’entreprise]</w:t>
              <w:br/>
            </w:r>
            <w:r>
              <w:rPr>
                <w:b/>
              </w:rPr>
              <w:t xml:space="preserve">ICE/SIREN/SIRET : </w:t>
            </w:r>
            <w:r>
              <w:t xml:space="preserve">[__________]    </w:t>
            </w:r>
            <w:r>
              <w:rPr>
                <w:b/>
              </w:rPr>
              <w:t xml:space="preserve">Adresse : </w:t>
            </w:r>
            <w:r>
              <w:t>[________________________________________]</w:t>
              <w:br/>
            </w:r>
            <w:r>
              <w:rPr>
                <w:b/>
              </w:rPr>
              <w:t xml:space="preserve">Téléphone : </w:t>
            </w:r>
            <w:r>
              <w:t xml:space="preserve">[__________]    </w:t>
            </w:r>
            <w:r>
              <w:rPr>
                <w:b/>
              </w:rPr>
              <w:t xml:space="preserve">E-mail : </w:t>
            </w:r>
            <w:r>
              <w:t>[________________________]</w:t>
            </w:r>
          </w:p>
          <w:p/>
          <w:p>
            <w:pPr>
              <w:jc w:val="center"/>
            </w:pPr>
            <w:r>
              <w:rPr>
                <w:b/>
              </w:rPr>
              <w:t>=== ATTESTATION D’EMBAUCHE — CLASSIQUE ===</w:t>
            </w:r>
          </w:p>
          <w:p>
            <w:pPr>
              <w:jc w:val="right"/>
            </w:pPr>
            <w:r>
              <w:rPr>
                <w:b/>
              </w:rPr>
              <w:t xml:space="preserve">Fait à </w:t>
            </w:r>
            <w:r>
              <w:t xml:space="preserve">[Ville] </w:t>
            </w:r>
            <w:r>
              <w:rPr>
                <w:b/>
              </w:rPr>
              <w:t xml:space="preserve">, le </w:t>
            </w:r>
            <w:r>
              <w:t>[JJ/MM/AAAA]</w:t>
            </w:r>
          </w:p>
          <w:p>
            <w:pPr>
              <w:jc w:val="center"/>
            </w:pPr>
            <w:r>
              <w:t>----------------------------------------------------------------------</w:t>
            </w:r>
          </w:p>
          <w:p>
            <w:pPr>
              <w:spacing w:after="120"/>
              <w:ind w:firstLine="454"/>
            </w:pPr>
            <w:r>
              <w:t>Je soussigné(e), représentant(e) légal(e) de [Nom de l’entreprise], certifie que M./Mme [Nom et Prénom], né(e) le [JJ/MM/AAAA] à [Ville/Pays], titulaire de la CNI n° [__________] et de la CNSS n° [__________], est embauché(e) par notre société en qualité de [Intitulé du poste], à compter du [JJ/MM/AAAA], dans le cadre d’un contrat [CDI/CDD/autre] à temps [plein/partiel].</w:t>
            </w:r>
          </w:p>
          <w:p>
            <w:pPr>
              <w:spacing w:after="120"/>
              <w:ind w:firstLine="454"/>
            </w:pPr>
            <w:r>
              <w:t>Le lieu principal d’affectation est [Adresse complète]. La présente attestation est délivrée à la demande de l’intéressé(e) pour servir et valoir ce que de droit.</w:t>
            </w:r>
          </w:p>
          <w:p>
            <w:r>
              <w:t xml:space="preserve"> </w:t>
            </w:r>
          </w:p>
          <w:p>
            <w:pPr>
              <w:spacing w:after="40"/>
            </w:pPr>
            <w:r>
              <w:t>Nom &amp; qualité du signataire : [________________________]</w:t>
            </w:r>
          </w:p>
          <w:p>
            <w:r>
              <w:t>Signature et cachet de l’entreprise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N&amp;B — Attestation d’embauche (Classique)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ourier New" w:hAnsi="Courier New" w:eastAsia="Courier New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