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vAlign w:val="top"/>
          </w:tcPr>
          <w:p/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</w:tc>
        <w:tc>
          <w:tcPr>
            <w:tcW w:type="dxa" w:w="5270"/>
          </w:tcPr>
          <w:p>
            <w:r>
              <w:rPr>
                <w:b/>
              </w:rPr>
              <w:t xml:space="preserve">RAISON SOCIALE : </w:t>
            </w:r>
            <w:r>
              <w:t>[Nom de l’entreprise]</w:t>
              <w:br/>
            </w:r>
            <w:r>
              <w:rPr>
                <w:b/>
              </w:rPr>
              <w:t xml:space="preserve">ICE/SIREN/SIRET : </w:t>
            </w:r>
            <w:r>
              <w:t xml:space="preserve">[__________]    </w:t>
            </w:r>
            <w:r>
              <w:rPr>
                <w:b/>
              </w:rPr>
              <w:t xml:space="preserve">Adresse : </w:t>
            </w:r>
            <w:r>
              <w:t>[________________________________________]</w:t>
              <w:br/>
            </w:r>
            <w:r>
              <w:rPr>
                <w:b/>
              </w:rPr>
              <w:t xml:space="preserve">Téléphone : </w:t>
            </w:r>
            <w:r>
              <w:t xml:space="preserve">[__________]    </w:t>
            </w:r>
            <w:r>
              <w:rPr>
                <w:b/>
              </w:rPr>
              <w:t xml:space="preserve">E-mail : </w:t>
            </w:r>
            <w:r>
              <w:t>[________________________]</w:t>
            </w:r>
          </w:p>
          <w:p/>
          <w:p>
            <w:pPr>
              <w:jc w:val="center"/>
            </w:pPr>
            <w:r>
              <w:rPr>
                <w:b/>
              </w:rPr>
              <w:t>=== ATTESTATION D’EMBAUCHE — CDD SAISONNIER ===</w:t>
            </w:r>
          </w:p>
          <w:p>
            <w:pPr>
              <w:jc w:val="right"/>
            </w:pPr>
            <w:r>
              <w:rPr>
                <w:b/>
              </w:rPr>
              <w:t xml:space="preserve">Fait à </w:t>
            </w:r>
            <w:r>
              <w:t xml:space="preserve">[Ville] </w:t>
            </w:r>
            <w:r>
              <w:rPr>
                <w:b/>
              </w:rPr>
              <w:t xml:space="preserve">, le </w:t>
            </w:r>
            <w:r>
              <w:t>[JJ/MM/AAAA]</w:t>
            </w:r>
          </w:p>
          <w:p>
            <w:pPr>
              <w:jc w:val="center"/>
            </w:pPr>
            <w:r>
              <w:t>----------------------------------------------------------------------</w:t>
            </w:r>
          </w:p>
          <w:p>
            <w:pPr>
              <w:spacing w:after="120"/>
              <w:ind w:firstLine="454"/>
            </w:pPr>
            <w:r>
              <w:t>Nous certifions l’embauche de M./Mme [Nom et Prénom], CNI n° [__________], en contrat à durée déterminée (saisonnier) du [JJ/MM/AAAA] au [JJ/MM/AAAA], au poste de [Intitulé du poste], temps [plein/partiel].</w:t>
            </w:r>
          </w:p>
          <w:p>
            <w:pPr>
              <w:spacing w:after="120"/>
              <w:ind w:firstLine="454"/>
            </w:pPr>
            <w:r>
              <w:t>Lieu d’exécution : [Adresse complète / Site]. Rémunération brute mensuelle indicative : [_____] € (susceptible d’évoluer selon variables).</w:t>
            </w:r>
          </w:p>
          <w:p>
            <w:pPr>
              <w:spacing w:after="120"/>
              <w:ind w:firstLine="454"/>
            </w:pPr>
            <w:r>
              <w:t>La présente attestation est délivrée à la demande de l’intéressé(e) pour servir et valoir ce que de droit.</w:t>
            </w:r>
          </w:p>
          <w:p>
            <w:r>
              <w:t xml:space="preserve"> </w:t>
            </w:r>
          </w:p>
          <w:p>
            <w:pPr>
              <w:spacing w:after="40"/>
            </w:pPr>
            <w:r>
              <w:t>Nom &amp; qualité du signataire : [________________________]</w:t>
            </w:r>
          </w:p>
          <w:p>
            <w:r>
              <w:t>Signature et cachet de l’entreprise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N&amp;B — Attestation d’embauche (CDD Saisonnier)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ourier New" w:hAnsi="Courier New" w:eastAsia="Courier New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