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vAlign w:val="top"/>
          </w:tcPr>
          <w:p/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</w:tc>
        <w:tc>
          <w:tcPr>
            <w:tcW w:type="dxa" w:w="5270"/>
          </w:tcPr>
          <w:p>
            <w:r>
              <w:rPr>
                <w:b/>
              </w:rPr>
              <w:t xml:space="preserve">RAISON SOCIALE : </w:t>
            </w:r>
            <w:r>
              <w:t>[Nom de l’entreprise]</w:t>
              <w:br/>
            </w:r>
            <w:r>
              <w:rPr>
                <w:b/>
              </w:rPr>
              <w:t xml:space="preserve">ICE/SIREN/SIRET : </w:t>
            </w:r>
            <w:r>
              <w:t xml:space="preserve">[__________]    </w:t>
            </w:r>
            <w:r>
              <w:rPr>
                <w:b/>
              </w:rPr>
              <w:t xml:space="preserve">Adresse : </w:t>
            </w:r>
            <w:r>
              <w:t>[________________________________________]</w:t>
              <w:br/>
            </w:r>
            <w:r>
              <w:rPr>
                <w:b/>
              </w:rPr>
              <w:t xml:space="preserve">Téléphone : </w:t>
            </w:r>
            <w:r>
              <w:t xml:space="preserve">[__________]    </w:t>
            </w:r>
            <w:r>
              <w:rPr>
                <w:b/>
              </w:rPr>
              <w:t xml:space="preserve">E-mail : </w:t>
            </w:r>
            <w:r>
              <w:t>[________________________]</w:t>
            </w:r>
          </w:p>
          <w:p/>
          <w:p>
            <w:pPr>
              <w:jc w:val="center"/>
            </w:pPr>
            <w:r>
              <w:rPr>
                <w:b/>
              </w:rPr>
              <w:t>=== ATTESTATION D’EMBAUCHE — BANQUE/VISA ===</w:t>
            </w:r>
          </w:p>
          <w:p>
            <w:pPr>
              <w:jc w:val="right"/>
            </w:pPr>
            <w:r>
              <w:rPr>
                <w:b/>
              </w:rPr>
              <w:t xml:space="preserve">Fait à </w:t>
            </w:r>
            <w:r>
              <w:t xml:space="preserve">[Ville] </w:t>
            </w:r>
            <w:r>
              <w:rPr>
                <w:b/>
              </w:rPr>
              <w:t xml:space="preserve">, le </w:t>
            </w:r>
            <w:r>
              <w:t>[JJ/MM/AAAA]</w:t>
            </w:r>
          </w:p>
          <w:p>
            <w:pPr>
              <w:jc w:val="center"/>
            </w:pPr>
            <w:r>
              <w:t>----------------------------------------------------------------------</w:t>
            </w:r>
          </w:p>
          <w:p>
            <w:pPr>
              <w:spacing w:after="120"/>
              <w:ind w:firstLine="454"/>
            </w:pPr>
            <w:r>
              <w:t>Nous attestons que M./Mme [Nom et Prénom], CNI n° [__________], CNSS n° [__________], a été recruté(e) par [Nom de l’entreprise] en qualité de [Intitulé du poste], avec prise d’effet au [JJ/MM/AAAA], sous contrat [CDI/CDD/autre] à temps [plein/partiel].</w:t>
            </w:r>
          </w:p>
          <w:p>
            <w:pPr>
              <w:spacing w:after="120"/>
              <w:ind w:firstLine="454"/>
            </w:pPr>
            <w:r>
              <w:t>Informations indicatives : rémunération brute mensuelle [_____] € (susceptible d’évoluer selon primes/variables). Lieu d’affectation : [Adresse complète].</w:t>
            </w:r>
          </w:p>
          <w:p>
            <w:pPr>
              <w:spacing w:after="120"/>
              <w:ind w:firstLine="454"/>
            </w:pPr>
            <w:r>
              <w:t>La présente attestation est établie pour constituer un dossier administratif (banque/visa/logement) et ne vaut pas contrat de travail.</w:t>
            </w:r>
          </w:p>
          <w:p>
            <w:r>
              <w:t xml:space="preserve"> </w:t>
            </w:r>
          </w:p>
          <w:p>
            <w:pPr>
              <w:spacing w:after="40"/>
            </w:pPr>
            <w:r>
              <w:t>Nom &amp; qualité du signataire : [________________________]</w:t>
            </w:r>
          </w:p>
          <w:p>
            <w:r>
              <w:t>Signature et cachet de l’entreprise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N&amp;B — Attestation d’embauche (Banque/Visa)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ourier New" w:hAnsi="Courier New" w:eastAsia="Courier New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