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</w:rPr>
        <w:t xml:space="preserve">RAISON SOCIALE : </w:t>
      </w:r>
      <w:r>
        <w:rPr>
          <w:b w:val="0"/>
        </w:rPr>
        <w:t>[Nom de l’entreprise]</w:t>
      </w:r>
    </w:p>
    <w:p>
      <w:r>
        <w:rPr>
          <w:b/>
        </w:rPr>
        <w:t xml:space="preserve">SIREN/SIRET : </w:t>
      </w:r>
      <w:r>
        <w:t xml:space="preserve">[__________]    </w:t>
      </w:r>
      <w:r>
        <w:rPr>
          <w:b/>
        </w:rPr>
        <w:t xml:space="preserve">Adresse : </w:t>
      </w:r>
      <w:r>
        <w:t>[________________________________________]</w:t>
      </w:r>
    </w:p>
    <w:p>
      <w:r>
        <w:rPr>
          <w:b/>
        </w:rPr>
        <w:t xml:space="preserve">Téléphone : </w:t>
      </w:r>
      <w:r>
        <w:t xml:space="preserve">[__________]    </w:t>
      </w:r>
      <w:r>
        <w:rPr>
          <w:b/>
        </w:rPr>
        <w:t xml:space="preserve">E-mail : </w:t>
      </w:r>
      <w:r>
        <w:t>[________________________]</w:t>
      </w:r>
    </w:p>
    <w:p>
      <w:r>
        <w:t xml:space="preserve"> </w:t>
      </w:r>
    </w:p>
    <w:p>
      <w:pPr>
        <w:jc w:val="right"/>
      </w:pPr>
      <w:r>
        <w:rPr>
          <w:i/>
        </w:rPr>
        <w:t>Logo / Cachet</w:t>
      </w:r>
    </w:p>
    <w:p>
      <w:pPr>
        <w:jc w:val="center"/>
      </w:pPr>
      <w:r>
        <w:rPr>
          <w:b/>
          <w:sz w:val="28"/>
        </w:rPr>
        <w:t>ATTESTATION D’EMBAUCHE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p>
      <w:pPr>
        <w:ind w:firstLine="567"/>
      </w:pPr>
      <w:r>
        <w:t>Je soussigné(e), représentant(e) légal(e) de [Nom de l’entreprise], certifie que M./Mme [Nom et Prénom du salarié], né(e) le [JJ/MM/AAAA] à [Ville/Pays], titulaire de la CNI n° [__________] et de la CNSS n° [__________], est embauché(e) par notre société en qualité de [Intitulé du poste], à compter du [JJ/MM/AAAA], dans le cadre d’un contrat [CDI/CDD/autre] à temps [plein/partiel].</w:t>
      </w:r>
    </w:p>
    <w:p>
      <w:r>
        <w:t xml:space="preserve"> </w:t>
      </w:r>
    </w:p>
    <w:p>
      <w:pPr>
        <w:ind w:firstLine="567"/>
      </w:pPr>
      <w:r>
        <w:t xml:space="preserve">La rémunération brute mensuelle indicative est de [_____] €, hors primes et avantages éventuels. </w:t>
      </w:r>
      <w:r>
        <w:t>Le lieu principal de travail est situé à [Adresse complète].</w:t>
      </w:r>
    </w:p>
    <w:p>
      <w:r>
        <w:t xml:space="preserve"> </w:t>
      </w:r>
    </w:p>
    <w:p>
      <w:pPr>
        <w:ind w:firstLine="567"/>
      </w:pPr>
      <w:r>
        <w:t>La présente attestation est délivrée à la demande de l’intéressé(e) pour servir et valoir ce que de droit.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b/>
        </w:rPr>
        <w:t xml:space="preserve">Nom &amp; qualité du signataire : </w:t>
      </w:r>
      <w:r>
        <w:t>[________________________]</w:t>
      </w:r>
    </w:p>
    <w:p>
      <w:r>
        <w:t>Signature et cachet de l’entreprise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d’attestation d’embauche (à personnaliser)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