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  <w:shd w:val="clear" w:color="auto" w:fill="6C5CE7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ATELIER MÉMOIRE — VERSION GAMIFIÉE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02"/>
        <w:gridCol w:w="3402"/>
        <w:gridCol w:w="3402"/>
      </w:tblGrid>
      <w:tr>
        <w:tc>
          <w:tcPr>
            <w:tcW w:type="dxa" w:w="3402"/>
            <w:shd w:val="clear" w:color="auto" w:fill="00B894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Niveau</w:t>
            </w:r>
          </w:p>
        </w:tc>
        <w:tc>
          <w:tcPr>
            <w:tcW w:type="dxa" w:w="3402"/>
            <w:shd w:val="clear" w:color="auto" w:fill="FDCB6E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Étoiles</w:t>
            </w:r>
          </w:p>
        </w:tc>
        <w:tc>
          <w:tcPr>
            <w:tcW w:type="dxa" w:w="3402"/>
            <w:shd w:val="clear" w:color="auto" w:fill="FF7675"/>
            <w:vAlign w:val="center"/>
          </w:tcPr>
          <w:p>
            <w:pPr>
              <w:jc w:val="center"/>
            </w:pPr>
            <w:r>
              <w:rPr>
                <w:b/>
                <w:sz w:val="22"/>
              </w:rPr>
              <w:t>Bonus</w:t>
            </w:r>
          </w:p>
        </w:tc>
      </w:tr>
    </w:tbl>
    <w:p/>
    <w:p>
      <w:pPr>
        <w:pStyle w:val="Heading1"/>
      </w:pPr>
      <w:r>
        <w:t>Règles du jeu</w:t>
      </w:r>
    </w:p>
    <w:p>
      <w:pPr>
        <w:spacing w:after="20"/>
      </w:pPr>
      <w:r>
        <w:t>• Collecte d’étoiles ★ : 1 à 3 ★ par exercice selon la difficulté.</w:t>
      </w:r>
    </w:p>
    <w:p>
      <w:pPr>
        <w:spacing w:after="20"/>
      </w:pPr>
      <w:r>
        <w:t>• Points &amp; bonus : additionne tes points, active les combos (succès sans erreur).</w:t>
      </w:r>
    </w:p>
    <w:p>
      <w:pPr>
        <w:spacing w:after="20"/>
      </w:pPr>
      <w:r>
        <w:t>• Vies ♥ : commence avec 3 vies. Une erreur majeure = −1 vie (optionnel).</w:t>
      </w:r>
    </w:p>
    <w:p>
      <w:pPr>
        <w:spacing w:after="20"/>
      </w:pPr>
      <w:r>
        <w:t>• Boss final : un défi qui combine plusieurs compétences.</w:t>
      </w:r>
    </w:p>
    <w:p>
      <w:pPr>
        <w:pStyle w:val="Heading1"/>
      </w:pPr>
      <w:r>
        <w:t>Passeport Mémoire — Scorecard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val="clear" w:color="auto" w:fill="0984E3"/>
          </w:tcPr>
          <w:p>
            <w:r>
              <w:rPr>
                <w:b/>
                <w:color w:val="FFFFFF"/>
              </w:rPr>
              <w:t>Exercice</w:t>
            </w:r>
          </w:p>
        </w:tc>
        <w:tc>
          <w:tcPr>
            <w:tcW w:type="dxa" w:w="2551"/>
            <w:shd w:val="clear" w:color="auto" w:fill="0984E3"/>
          </w:tcPr>
          <w:p>
            <w:r>
              <w:rPr>
                <w:b/>
                <w:color w:val="FFFFFF"/>
              </w:rPr>
              <w:t>Points</w:t>
            </w:r>
          </w:p>
        </w:tc>
        <w:tc>
          <w:tcPr>
            <w:tcW w:type="dxa" w:w="2551"/>
            <w:shd w:val="clear" w:color="auto" w:fill="0984E3"/>
          </w:tcPr>
          <w:p>
            <w:r>
              <w:rPr>
                <w:b/>
                <w:color w:val="FFFFFF"/>
              </w:rPr>
              <w:t>★</w:t>
            </w:r>
          </w:p>
        </w:tc>
        <w:tc>
          <w:tcPr>
            <w:tcW w:type="dxa" w:w="2551"/>
            <w:shd w:val="clear" w:color="auto" w:fill="0984E3"/>
          </w:tcPr>
          <w:p>
            <w:r>
              <w:rPr>
                <w:b/>
                <w:color w:val="FFFFFF"/>
              </w:rPr>
              <w:t>Bonus</w:t>
            </w:r>
          </w:p>
        </w:tc>
      </w:tr>
      <w:tr>
        <w:tc>
          <w:tcPr>
            <w:tcW w:type="dxa" w:w="2551"/>
          </w:tcPr>
          <w:p>
            <w:r>
              <w:t>Rappel de mots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+0  +1  +2</w:t>
            </w:r>
          </w:p>
        </w:tc>
      </w:tr>
      <w:tr>
        <w:tc>
          <w:tcPr>
            <w:tcW w:type="dxa" w:w="2551"/>
          </w:tcPr>
          <w:p>
            <w:r>
              <w:t>Paires associatives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+0  +1  +2</w:t>
            </w:r>
          </w:p>
        </w:tc>
      </w:tr>
      <w:tr>
        <w:tc>
          <w:tcPr>
            <w:tcW w:type="dxa" w:w="2551"/>
          </w:tcPr>
          <w:p>
            <w:r>
              <w:t>Empan chiffres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+0  +1  +2</w:t>
            </w:r>
          </w:p>
        </w:tc>
      </w:tr>
      <w:tr>
        <w:tc>
          <w:tcPr>
            <w:tcW w:type="dxa" w:w="2551"/>
          </w:tcPr>
          <w:p>
            <w:r>
              <w:t>Visuo-spatial</w:t>
            </w:r>
          </w:p>
        </w:tc>
        <w:tc>
          <w:tcPr>
            <w:tcW w:type="dxa" w:w="2551"/>
          </w:tcPr>
          <w:p>
            <w:r>
              <w:t>____ / ____</w:t>
            </w:r>
          </w:p>
        </w:tc>
        <w:tc>
          <w:tcPr>
            <w:tcW w:type="dxa" w:w="2551"/>
          </w:tcPr>
          <w:p>
            <w:r>
              <w:t>☆ ☆ ☆</w:t>
            </w:r>
          </w:p>
        </w:tc>
        <w:tc>
          <w:tcPr>
            <w:tcW w:type="dxa" w:w="2551"/>
          </w:tcPr>
          <w:p>
            <w:r>
              <w:t>+0  +1  +2</w:t>
            </w:r>
          </w:p>
        </w:tc>
      </w:tr>
    </w:tbl>
    <w:p/>
    <w:p>
      <w:pPr>
        <w:pStyle w:val="Heading1"/>
      </w:pPr>
      <w:r>
        <w:t>Stickers &amp; Badges (à colorier / cocher)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914400" cy="9144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rophy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t>Champion du rappel</w:t>
            </w:r>
          </w:p>
        </w:tc>
        <w:tc>
          <w:tcPr>
            <w:tcW w:type="dxa" w:w="255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914400" cy="914400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star.pn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t>Étoile d’attention</w:t>
            </w:r>
          </w:p>
        </w:tc>
        <w:tc>
          <w:tcPr>
            <w:tcW w:type="dxa" w:w="255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914400" cy="914400"/>
                  <wp:docPr id="3" name="Picture 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target.pn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t>Précision ciblée</w:t>
            </w:r>
          </w:p>
        </w:tc>
        <w:tc>
          <w:tcPr>
            <w:tcW w:type="dxa" w:w="2551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914400" cy="914400"/>
                  <wp:docPr id="4" name="Picture 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uzzle.pn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9144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t>Maître des paires</w:t>
            </w:r>
          </w:p>
        </w:tc>
      </w:tr>
    </w:tbl>
    <w:p>
      <w:pPr>
        <w:pStyle w:val="Heading1"/>
      </w:pPr>
      <w:r>
        <w:t>Quête 1 — Rappel de mots (⚡ 90 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00B894"/>
          </w:tcPr>
          <w:p>
            <w:r>
              <w:rPr>
                <w:b/>
                <w:color w:val="FFFFFF"/>
              </w:rPr>
              <w:t>Choisis ta difficulté</w:t>
              <w:br/>
            </w:r>
            <w:r>
              <w:rPr>
                <w:color w:val="FFFFFF"/>
              </w:rPr>
              <w:br/>
              <w:t>Facile : 10 mots</w:t>
              <w:br/>
              <w:t>Moyen : 12 mots</w:t>
              <w:br/>
              <w:t>Difficile : 15 mots</w:t>
            </w:r>
          </w:p>
        </w:tc>
        <w:tc>
          <w:tcPr>
            <w:tcW w:type="dxa" w:w="5103"/>
          </w:tcPr>
          <w:p>
            <w:r>
              <w:t>Timer : 90 s  ⏱️  |  Vies : ♥ ♥ ♥</w:t>
            </w:r>
          </w:p>
        </w:tc>
      </w:tr>
    </w:tbl>
    <w:p>
      <w:r>
        <w:t>Liste A : montre, fenêtre, citron, vélo, journal, lampe, piano, forêt, nuage, plage, valise, clé</w:t>
      </w:r>
    </w:p>
    <w:p>
      <w:r>
        <w:t>Liste B : chocolat, pont, tapis, ordinateur, boussole, guitare, chemin, verre, arc, bouton, train, plante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1. __________________________</w:t>
            </w:r>
          </w:p>
        </w:tc>
        <w:tc>
          <w:tcPr>
            <w:tcW w:type="dxa" w:w="5103"/>
          </w:tcPr>
          <w:p>
            <w:r>
              <w:t>2. __________________________</w:t>
            </w:r>
          </w:p>
        </w:tc>
      </w:tr>
      <w:tr>
        <w:tc>
          <w:tcPr>
            <w:tcW w:type="dxa" w:w="5103"/>
          </w:tcPr>
          <w:p>
            <w:r>
              <w:t>3. __________________________</w:t>
            </w:r>
          </w:p>
        </w:tc>
        <w:tc>
          <w:tcPr>
            <w:tcW w:type="dxa" w:w="5103"/>
          </w:tcPr>
          <w:p>
            <w:r>
              <w:t>4. __________________________</w:t>
            </w:r>
          </w:p>
        </w:tc>
      </w:tr>
      <w:tr>
        <w:tc>
          <w:tcPr>
            <w:tcW w:type="dxa" w:w="5103"/>
          </w:tcPr>
          <w:p>
            <w:r>
              <w:t>5. __________________________</w:t>
            </w:r>
          </w:p>
        </w:tc>
        <w:tc>
          <w:tcPr>
            <w:tcW w:type="dxa" w:w="5103"/>
          </w:tcPr>
          <w:p>
            <w:r>
              <w:t>6. __________________________</w:t>
            </w:r>
          </w:p>
        </w:tc>
      </w:tr>
      <w:tr>
        <w:tc>
          <w:tcPr>
            <w:tcW w:type="dxa" w:w="5103"/>
          </w:tcPr>
          <w:p>
            <w:r>
              <w:t>7. __________________________</w:t>
            </w:r>
          </w:p>
        </w:tc>
        <w:tc>
          <w:tcPr>
            <w:tcW w:type="dxa" w:w="5103"/>
          </w:tcPr>
          <w:p>
            <w:r>
              <w:t>8. __________________________</w:t>
            </w:r>
          </w:p>
        </w:tc>
      </w:tr>
      <w:tr>
        <w:tc>
          <w:tcPr>
            <w:tcW w:type="dxa" w:w="5103"/>
          </w:tcPr>
          <w:p>
            <w:r>
              <w:t>9. __________________________</w:t>
            </w:r>
          </w:p>
        </w:tc>
        <w:tc>
          <w:tcPr>
            <w:tcW w:type="dxa" w:w="5103"/>
          </w:tcPr>
          <w:p>
            <w:r>
              <w:t>10. __________________________</w:t>
            </w:r>
          </w:p>
        </w:tc>
      </w:tr>
      <w:tr>
        <w:tc>
          <w:tcPr>
            <w:tcW w:type="dxa" w:w="5103"/>
          </w:tcPr>
          <w:p>
            <w:r>
              <w:t>11. __________________________</w:t>
            </w:r>
          </w:p>
        </w:tc>
        <w:tc>
          <w:tcPr>
            <w:tcW w:type="dxa" w:w="5103"/>
          </w:tcPr>
          <w:p>
            <w:r>
              <w:t>12. __________________________</w:t>
            </w:r>
          </w:p>
        </w:tc>
      </w:tr>
    </w:tbl>
    <w:p>
      <w:r>
        <w:t>Étoiles : ☆ ☆ ☆   |   Points : ____ / ____   |   Combo : ☐ Sans erreur</w:t>
      </w:r>
    </w:p>
    <w:p>
      <w:pPr>
        <w:pStyle w:val="Heading1"/>
      </w:pPr>
      <w:r>
        <w:t>Quête 2 — Paires associatives (🔗)</w:t>
      </w:r>
    </w:p>
    <w:p>
      <w:r>
        <w:t>Apprends les paires. Cache la 2e colonne et complète. +1 ★ si zéro erreur.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  <w:shd w:val="clear" w:color="auto" w:fill="FDCB6E"/>
          </w:tcPr>
          <w:p>
            <w:r>
              <w:t>Mot</w:t>
            </w:r>
          </w:p>
        </w:tc>
        <w:tc>
          <w:tcPr>
            <w:tcW w:type="dxa" w:w="5103"/>
            <w:shd w:val="clear" w:color="auto" w:fill="FDCB6E"/>
          </w:tcPr>
          <w:p>
            <w:r>
              <w:t>Association</w:t>
            </w:r>
          </w:p>
        </w:tc>
      </w:tr>
      <w:tr>
        <w:tc>
          <w:tcPr>
            <w:tcW w:type="dxa" w:w="5103"/>
          </w:tcPr>
          <w:p>
            <w:r>
              <w:t>neige</w:t>
            </w:r>
          </w:p>
        </w:tc>
        <w:tc>
          <w:tcPr>
            <w:tcW w:type="dxa" w:w="5103"/>
          </w:tcPr>
          <w:p>
            <w:r>
              <w:t>blanc</w:t>
            </w:r>
          </w:p>
        </w:tc>
      </w:tr>
      <w:tr>
        <w:tc>
          <w:tcPr>
            <w:tcW w:type="dxa" w:w="5103"/>
          </w:tcPr>
          <w:p>
            <w:r>
              <w:t>café</w:t>
            </w:r>
          </w:p>
        </w:tc>
        <w:tc>
          <w:tcPr>
            <w:tcW w:type="dxa" w:w="5103"/>
          </w:tcPr>
          <w:p>
            <w:r>
              <w:t>tasse</w:t>
            </w:r>
          </w:p>
        </w:tc>
      </w:tr>
      <w:tr>
        <w:tc>
          <w:tcPr>
            <w:tcW w:type="dxa" w:w="5103"/>
          </w:tcPr>
          <w:p>
            <w:r>
              <w:t>feu</w:t>
            </w:r>
          </w:p>
        </w:tc>
        <w:tc>
          <w:tcPr>
            <w:tcW w:type="dxa" w:w="5103"/>
          </w:tcPr>
          <w:p>
            <w:r>
              <w:t>rouge</w:t>
            </w:r>
          </w:p>
        </w:tc>
      </w:tr>
      <w:tr>
        <w:tc>
          <w:tcPr>
            <w:tcW w:type="dxa" w:w="5103"/>
          </w:tcPr>
          <w:p>
            <w:r>
              <w:t>mer</w:t>
            </w:r>
          </w:p>
        </w:tc>
        <w:tc>
          <w:tcPr>
            <w:tcW w:type="dxa" w:w="5103"/>
          </w:tcPr>
          <w:p>
            <w:r>
              <w:t>sel</w:t>
            </w:r>
          </w:p>
        </w:tc>
      </w:tr>
      <w:tr>
        <w:tc>
          <w:tcPr>
            <w:tcW w:type="dxa" w:w="5103"/>
          </w:tcPr>
          <w:p>
            <w:r>
              <w:t>arbre</w:t>
            </w:r>
          </w:p>
        </w:tc>
        <w:tc>
          <w:tcPr>
            <w:tcW w:type="dxa" w:w="5103"/>
          </w:tcPr>
          <w:p>
            <w:r>
              <w:t>feuille</w:t>
            </w:r>
          </w:p>
        </w:tc>
      </w:tr>
      <w:tr>
        <w:tc>
          <w:tcPr>
            <w:tcW w:type="dxa" w:w="5103"/>
          </w:tcPr>
          <w:p>
            <w:r>
              <w:t>livre</w:t>
            </w:r>
          </w:p>
        </w:tc>
        <w:tc>
          <w:tcPr>
            <w:tcW w:type="dxa" w:w="5103"/>
          </w:tcPr>
          <w:p>
            <w:r>
              <w:t>page</w:t>
            </w:r>
          </w:p>
        </w:tc>
      </w:tr>
      <w:tr>
        <w:tc>
          <w:tcPr>
            <w:tcW w:type="dxa" w:w="5103"/>
          </w:tcPr>
          <w:p>
            <w:r>
              <w:t>clé</w:t>
            </w:r>
          </w:p>
        </w:tc>
        <w:tc>
          <w:tcPr>
            <w:tcW w:type="dxa" w:w="5103"/>
          </w:tcPr>
          <w:p>
            <w:r>
              <w:t>porte</w:t>
            </w:r>
          </w:p>
        </w:tc>
      </w:tr>
      <w:tr>
        <w:tc>
          <w:tcPr>
            <w:tcW w:type="dxa" w:w="5103"/>
          </w:tcPr>
          <w:p>
            <w:r>
              <w:t>montagne</w:t>
            </w:r>
          </w:p>
        </w:tc>
        <w:tc>
          <w:tcPr>
            <w:tcW w:type="dxa" w:w="5103"/>
          </w:tcPr>
          <w:p>
            <w:r>
              <w:t>sommet</w:t>
            </w:r>
          </w:p>
        </w:tc>
      </w:tr>
      <w:tr>
        <w:tc>
          <w:tcPr>
            <w:tcW w:type="dxa" w:w="5103"/>
          </w:tcPr>
          <w:p>
            <w:r>
              <w:t>pluie</w:t>
            </w:r>
          </w:p>
        </w:tc>
        <w:tc>
          <w:tcPr>
            <w:tcW w:type="dxa" w:w="5103"/>
          </w:tcPr>
          <w:p>
            <w:r>
              <w:t>parapluie</w:t>
            </w:r>
          </w:p>
        </w:tc>
      </w:tr>
      <w:tr>
        <w:tc>
          <w:tcPr>
            <w:tcW w:type="dxa" w:w="5103"/>
          </w:tcPr>
          <w:p>
            <w:r>
              <w:t>cheval</w:t>
            </w:r>
          </w:p>
        </w:tc>
        <w:tc>
          <w:tcPr>
            <w:tcW w:type="dxa" w:w="5103"/>
          </w:tcPr>
          <w:p>
            <w:r>
              <w:t>selle</w:t>
            </w:r>
          </w:p>
        </w:tc>
      </w:tr>
    </w:tbl>
    <w:p>
      <w:r>
        <w:t>Phase de rappel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103"/>
        <w:gridCol w:w="5103"/>
      </w:tblGrid>
      <w:tr>
        <w:tc>
          <w:tcPr>
            <w:tcW w:type="dxa" w:w="5103"/>
          </w:tcPr>
          <w:p>
            <w:r>
              <w:t>neige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café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feu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mer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arbre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livre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clé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montagne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pluie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  <w:tr>
        <w:tc>
          <w:tcPr>
            <w:tcW w:type="dxa" w:w="5103"/>
          </w:tcPr>
          <w:p>
            <w:r>
              <w:t>cheval</w:t>
            </w:r>
          </w:p>
        </w:tc>
        <w:tc>
          <w:tcPr>
            <w:tcW w:type="dxa" w:w="5103"/>
          </w:tcPr>
          <w:p>
            <w:r>
              <w:t>___________________</w:t>
            </w:r>
          </w:p>
        </w:tc>
      </w:tr>
    </w:tbl>
    <w:p>
      <w:r>
        <w:t>Étoiles : ☆ ☆ ☆   |   Points : ____ / 10   |   Bonus combo : ☐</w:t>
      </w:r>
    </w:p>
    <w:p>
      <w:pPr>
        <w:pStyle w:val="Heading1"/>
      </w:pPr>
      <w:r>
        <w:t>Quête 3 — Empan de chiffres (⏩ / ⏪)</w:t>
      </w:r>
    </w:p>
    <w:p>
      <w:r>
        <w:t>Avant : écris dans l’ordre. Arrière : écris à l’envers. +1 ★ si séries consécutives réussies.</w:t>
      </w:r>
    </w:p>
    <w:p>
      <w:r>
        <w:t>Avant</w:t>
      </w:r>
    </w:p>
    <w:p>
      <w:r>
        <w:t>3 8  →  __________________________</w:t>
      </w:r>
    </w:p>
    <w:p>
      <w:r>
        <w:t>5 2 9  →  __________________________</w:t>
      </w:r>
    </w:p>
    <w:p>
      <w:r>
        <w:t>1 7 4 6  →  __________________________</w:t>
      </w:r>
    </w:p>
    <w:p>
      <w:r>
        <w:t>2 9 3 1 8  →  __________________________</w:t>
      </w:r>
    </w:p>
    <w:p>
      <w:r>
        <w:t>6 1 4 9 2 7  →  __________________________</w:t>
      </w:r>
    </w:p>
    <w:p>
      <w:r>
        <w:t>Arrière</w:t>
      </w:r>
    </w:p>
    <w:p>
      <w:r>
        <w:t>4 2  →  __________________________</w:t>
      </w:r>
    </w:p>
    <w:p>
      <w:r>
        <w:t>8 1 6  →  __________________________</w:t>
      </w:r>
    </w:p>
    <w:p>
      <w:r>
        <w:t>5 9 3 7  →  __________________________</w:t>
      </w:r>
    </w:p>
    <w:p>
      <w:r>
        <w:t>7 2 6 1 9  →  __________________________</w:t>
      </w:r>
    </w:p>
    <w:p>
      <w:r>
        <w:t>3 8 2 7 1 6  →  __________________________</w:t>
      </w:r>
    </w:p>
    <w:p>
      <w:r>
        <w:t>Étoiles : ☆ ☆ ☆   |   Points : ____ / 10   |   Vies restantes : ♥ ♥ ♥</w:t>
      </w:r>
    </w:p>
    <w:p>
      <w:pPr>
        <w:pStyle w:val="Heading1"/>
      </w:pPr>
      <w:r>
        <w:t>Quête 4 — Mémoire visuo‑spatiale (Grille 4×4)</w:t>
      </w:r>
    </w:p>
    <w:p>
      <w:r>
        <w:t>Mémorise la grille 60–90 s, puis reproduis-la. +1 ★ si 14/16 placements justes.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  <w:shd w:val="clear" w:color="auto" w:fill="00B894"/>
          </w:tcPr>
          <w:p>
            <w:pPr>
              <w:jc w:val="center"/>
            </w:pPr>
            <w:r>
              <w:rPr>
                <w:b/>
                <w:color w:val="FFFFFF"/>
              </w:rPr>
              <w:t>▲</w:t>
            </w:r>
          </w:p>
        </w:tc>
        <w:tc>
          <w:tcPr>
            <w:tcW w:type="dxa" w:w="2551"/>
            <w:shd w:val="clear" w:color="auto" w:fill="0984E3"/>
          </w:tcPr>
          <w:p>
            <w:pPr>
              <w:jc w:val="center"/>
            </w:pPr>
            <w:r>
              <w:rPr>
                <w:b/>
                <w:color w:val="FFFFFF"/>
              </w:rPr>
              <w:t>●</w:t>
            </w:r>
          </w:p>
        </w:tc>
        <w:tc>
          <w:tcPr>
            <w:tcW w:type="dxa" w:w="2551"/>
            <w:shd w:val="clear" w:color="auto" w:fill="FF7675"/>
          </w:tcPr>
          <w:p>
            <w:pPr>
              <w:jc w:val="center"/>
            </w:pPr>
            <w:r>
              <w:rPr>
                <w:b/>
                <w:color w:val="FFFFFF"/>
              </w:rPr>
              <w:t>■</w:t>
            </w:r>
          </w:p>
        </w:tc>
        <w:tc>
          <w:tcPr>
            <w:tcW w:type="dxa" w:w="2551"/>
            <w:shd w:val="clear" w:color="auto" w:fill="FDCB6E"/>
          </w:tcPr>
          <w:p>
            <w:pPr>
              <w:jc w:val="center"/>
            </w:pPr>
            <w:r>
              <w:rPr>
                <w:b/>
                <w:color w:val="FFFFFF"/>
              </w:rPr>
              <w:t>◆</w:t>
            </w:r>
          </w:p>
        </w:tc>
      </w:tr>
      <w:tr>
        <w:tc>
          <w:tcPr>
            <w:tcW w:type="dxa" w:w="2551"/>
            <w:shd w:val="clear" w:color="auto" w:fill="0984E3"/>
          </w:tcPr>
          <w:p>
            <w:pPr>
              <w:jc w:val="center"/>
            </w:pPr>
            <w:r>
              <w:rPr>
                <w:b/>
                <w:color w:val="FFFFFF"/>
              </w:rPr>
              <w:t>★</w:t>
            </w:r>
          </w:p>
        </w:tc>
        <w:tc>
          <w:tcPr>
            <w:tcW w:type="dxa" w:w="2551"/>
            <w:shd w:val="clear" w:color="auto" w:fill="FF7675"/>
          </w:tcPr>
          <w:p>
            <w:pPr>
              <w:jc w:val="center"/>
            </w:pPr>
            <w:r>
              <w:rPr>
                <w:b/>
                <w:color w:val="FFFFFF"/>
              </w:rPr>
              <w:t>◆</w:t>
            </w:r>
          </w:p>
        </w:tc>
        <w:tc>
          <w:tcPr>
            <w:tcW w:type="dxa" w:w="2551"/>
            <w:shd w:val="clear" w:color="auto" w:fill="FDCB6E"/>
          </w:tcPr>
          <w:p>
            <w:pPr>
              <w:jc w:val="center"/>
            </w:pPr>
            <w:r>
              <w:rPr>
                <w:b/>
                <w:color w:val="FFFFFF"/>
              </w:rPr>
              <w:t>●</w:t>
            </w:r>
          </w:p>
        </w:tc>
        <w:tc>
          <w:tcPr>
            <w:tcW w:type="dxa" w:w="2551"/>
            <w:shd w:val="clear" w:color="auto" w:fill="00B894"/>
          </w:tcPr>
          <w:p>
            <w:pPr>
              <w:jc w:val="center"/>
            </w:pPr>
            <w:r>
              <w:rPr>
                <w:b/>
                <w:color w:val="FFFFFF"/>
              </w:rPr>
              <w:t>■</w:t>
            </w:r>
          </w:p>
        </w:tc>
      </w:tr>
      <w:tr>
        <w:tc>
          <w:tcPr>
            <w:tcW w:type="dxa" w:w="2551"/>
            <w:shd w:val="clear" w:color="auto" w:fill="FF7675"/>
          </w:tcPr>
          <w:p>
            <w:pPr>
              <w:jc w:val="center"/>
            </w:pPr>
            <w:r>
              <w:rPr>
                <w:b/>
                <w:color w:val="FFFFFF"/>
              </w:rPr>
              <w:t>■</w:t>
            </w:r>
          </w:p>
        </w:tc>
        <w:tc>
          <w:tcPr>
            <w:tcW w:type="dxa" w:w="2551"/>
            <w:shd w:val="clear" w:color="auto" w:fill="FDCB6E"/>
          </w:tcPr>
          <w:p>
            <w:pPr>
              <w:jc w:val="center"/>
            </w:pPr>
            <w:r>
              <w:rPr>
                <w:b/>
                <w:color w:val="FFFFFF"/>
              </w:rPr>
              <w:t>▲</w:t>
            </w:r>
          </w:p>
        </w:tc>
        <w:tc>
          <w:tcPr>
            <w:tcW w:type="dxa" w:w="2551"/>
            <w:shd w:val="clear" w:color="auto" w:fill="00B894"/>
          </w:tcPr>
          <w:p>
            <w:pPr>
              <w:jc w:val="center"/>
            </w:pPr>
            <w:r>
              <w:rPr>
                <w:b/>
                <w:color w:val="FFFFFF"/>
              </w:rPr>
              <w:t>★</w:t>
            </w:r>
          </w:p>
        </w:tc>
        <w:tc>
          <w:tcPr>
            <w:tcW w:type="dxa" w:w="2551"/>
            <w:shd w:val="clear" w:color="auto" w:fill="0984E3"/>
          </w:tcPr>
          <w:p>
            <w:pPr>
              <w:jc w:val="center"/>
            </w:pPr>
            <w:r>
              <w:rPr>
                <w:b/>
                <w:color w:val="FFFFFF"/>
              </w:rPr>
              <w:t>●</w:t>
            </w:r>
          </w:p>
        </w:tc>
      </w:tr>
      <w:tr>
        <w:tc>
          <w:tcPr>
            <w:tcW w:type="dxa" w:w="2551"/>
            <w:shd w:val="clear" w:color="auto" w:fill="FDCB6E"/>
          </w:tcPr>
          <w:p>
            <w:pPr>
              <w:jc w:val="center"/>
            </w:pPr>
            <w:r>
              <w:rPr>
                <w:b/>
                <w:color w:val="FFFFFF"/>
              </w:rPr>
              <w:t>◆</w:t>
            </w:r>
          </w:p>
        </w:tc>
        <w:tc>
          <w:tcPr>
            <w:tcW w:type="dxa" w:w="2551"/>
            <w:shd w:val="clear" w:color="auto" w:fill="00B894"/>
          </w:tcPr>
          <w:p>
            <w:pPr>
              <w:jc w:val="center"/>
            </w:pPr>
            <w:r>
              <w:rPr>
                <w:b/>
                <w:color w:val="FFFFFF"/>
              </w:rPr>
              <w:t>■</w:t>
            </w:r>
          </w:p>
        </w:tc>
        <w:tc>
          <w:tcPr>
            <w:tcW w:type="dxa" w:w="2551"/>
            <w:shd w:val="clear" w:color="auto" w:fill="0984E3"/>
          </w:tcPr>
          <w:p>
            <w:pPr>
              <w:jc w:val="center"/>
            </w:pPr>
            <w:r>
              <w:rPr>
                <w:b/>
                <w:color w:val="FFFFFF"/>
              </w:rPr>
              <w:t>▲</w:t>
            </w:r>
          </w:p>
        </w:tc>
        <w:tc>
          <w:tcPr>
            <w:tcW w:type="dxa" w:w="2551"/>
            <w:shd w:val="clear" w:color="auto" w:fill="FF7675"/>
          </w:tcPr>
          <w:p>
            <w:pPr>
              <w:jc w:val="center"/>
            </w:pPr>
            <w:r>
              <w:rPr>
                <w:b/>
                <w:color w:val="FFFFFF"/>
              </w:rPr>
              <w:t>★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  <w:tr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  <w:tc>
          <w:tcPr>
            <w:tcW w:type="dxa" w:w="2551"/>
          </w:tcPr>
          <w:p/>
        </w:tc>
      </w:tr>
    </w:tbl>
    <w:p>
      <w:r>
        <w:t>Score : ____ / 16   |   Étoiles : ☆ ☆ ☆   |   Bonus : ☐ Zéro erreur</w:t>
      </w:r>
    </w:p>
    <w:p>
      <w:pPr>
        <w:pStyle w:val="Heading1"/>
      </w:pPr>
      <w:r>
        <w:t>Quête 5 — N‑back (1‑back / 2‑back)</w:t>
      </w:r>
    </w:p>
    <w:p>
      <w:r>
        <w:t>Coche si la lettre = celle d’1 ou 2 positions avant. Active le combo si 5 bonnes d’affilée.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val="clear" w:color="auto" w:fill="6C5CE7"/>
          </w:tcPr>
          <w:p>
            <w:r>
              <w:rPr>
                <w:color w:val="FFFFFF"/>
              </w:rPr>
              <w:t>Pos.</w:t>
            </w:r>
          </w:p>
        </w:tc>
        <w:tc>
          <w:tcPr>
            <w:tcW w:type="dxa" w:w="2041"/>
            <w:shd w:val="clear" w:color="auto" w:fill="6C5CE7"/>
          </w:tcPr>
          <w:p>
            <w:r>
              <w:rPr>
                <w:color w:val="FFFFFF"/>
              </w:rPr>
              <w:t>Lettre</w:t>
            </w:r>
          </w:p>
        </w:tc>
        <w:tc>
          <w:tcPr>
            <w:tcW w:type="dxa" w:w="2041"/>
            <w:shd w:val="clear" w:color="auto" w:fill="6C5CE7"/>
          </w:tcPr>
          <w:p>
            <w:r>
              <w:rPr>
                <w:color w:val="FFFFFF"/>
              </w:rPr>
              <w:t>1‑back ☑</w:t>
            </w:r>
          </w:p>
        </w:tc>
        <w:tc>
          <w:tcPr>
            <w:tcW w:type="dxa" w:w="2041"/>
            <w:shd w:val="clear" w:color="auto" w:fill="6C5CE7"/>
          </w:tcPr>
          <w:p>
            <w:r>
              <w:rPr>
                <w:color w:val="FFFFFF"/>
              </w:rPr>
              <w:t>2‑back ☑</w:t>
            </w:r>
          </w:p>
        </w:tc>
        <w:tc>
          <w:tcPr>
            <w:tcW w:type="dxa" w:w="2041"/>
            <w:shd w:val="clear" w:color="auto" w:fill="6C5CE7"/>
          </w:tcPr>
          <w:p>
            <w:r>
              <w:rPr>
                <w:color w:val="FFFFFF"/>
              </w:rPr>
              <w:t>Combo ⟲</w:t>
            </w:r>
          </w:p>
        </w:tc>
      </w:tr>
      <w:tr>
        <w:tc>
          <w:tcPr>
            <w:tcW w:type="dxa" w:w="2041"/>
          </w:tcPr>
          <w:p>
            <w:r>
              <w:t>1</w:t>
            </w:r>
          </w:p>
        </w:tc>
        <w:tc>
          <w:tcPr>
            <w:tcW w:type="dxa" w:w="2041"/>
          </w:tcPr>
          <w:p>
            <w:r>
              <w:t>A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2</w:t>
            </w:r>
          </w:p>
        </w:tc>
        <w:tc>
          <w:tcPr>
            <w:tcW w:type="dxa" w:w="2041"/>
          </w:tcPr>
          <w:p>
            <w:r>
              <w:t>K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3</w:t>
            </w:r>
          </w:p>
        </w:tc>
        <w:tc>
          <w:tcPr>
            <w:tcW w:type="dxa" w:w="2041"/>
          </w:tcPr>
          <w:p>
            <w:r>
              <w:t>A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4</w:t>
            </w:r>
          </w:p>
        </w:tc>
        <w:tc>
          <w:tcPr>
            <w:tcW w:type="dxa" w:w="2041"/>
          </w:tcPr>
          <w:p>
            <w:r>
              <w:t>F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5</w:t>
            </w:r>
          </w:p>
        </w:tc>
        <w:tc>
          <w:tcPr>
            <w:tcW w:type="dxa" w:w="2041"/>
          </w:tcPr>
          <w:p>
            <w:r>
              <w:t>F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6</w:t>
            </w:r>
          </w:p>
        </w:tc>
        <w:tc>
          <w:tcPr>
            <w:tcW w:type="dxa" w:w="2041"/>
          </w:tcPr>
          <w:p>
            <w:r>
              <w:t>T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7</w:t>
            </w:r>
          </w:p>
        </w:tc>
        <w:tc>
          <w:tcPr>
            <w:tcW w:type="dxa" w:w="2041"/>
          </w:tcPr>
          <w:p>
            <w:r>
              <w:t>T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8</w:t>
            </w:r>
          </w:p>
        </w:tc>
        <w:tc>
          <w:tcPr>
            <w:tcW w:type="dxa" w:w="2041"/>
          </w:tcPr>
          <w:p>
            <w:r>
              <w:t>V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9</w:t>
            </w:r>
          </w:p>
        </w:tc>
        <w:tc>
          <w:tcPr>
            <w:tcW w:type="dxa" w:w="2041"/>
          </w:tcPr>
          <w:p>
            <w:r>
              <w:t>R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10</w:t>
            </w:r>
          </w:p>
        </w:tc>
        <w:tc>
          <w:tcPr>
            <w:tcW w:type="dxa" w:w="2041"/>
          </w:tcPr>
          <w:p>
            <w:r>
              <w:t>V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11</w:t>
            </w:r>
          </w:p>
        </w:tc>
        <w:tc>
          <w:tcPr>
            <w:tcW w:type="dxa" w:w="2041"/>
          </w:tcPr>
          <w:p>
            <w:r>
              <w:t>K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12</w:t>
            </w:r>
          </w:p>
        </w:tc>
        <w:tc>
          <w:tcPr>
            <w:tcW w:type="dxa" w:w="2041"/>
          </w:tcPr>
          <w:p>
            <w:r>
              <w:t>K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13</w:t>
            </w:r>
          </w:p>
        </w:tc>
        <w:tc>
          <w:tcPr>
            <w:tcW w:type="dxa" w:w="2041"/>
          </w:tcPr>
          <w:p>
            <w:r>
              <w:t>P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14</w:t>
            </w:r>
          </w:p>
        </w:tc>
        <w:tc>
          <w:tcPr>
            <w:tcW w:type="dxa" w:w="2041"/>
          </w:tcPr>
          <w:p>
            <w:r>
              <w:t>L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15</w:t>
            </w:r>
          </w:p>
        </w:tc>
        <w:tc>
          <w:tcPr>
            <w:tcW w:type="dxa" w:w="2041"/>
          </w:tcPr>
          <w:p>
            <w:r>
              <w:t>P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16</w:t>
            </w:r>
          </w:p>
        </w:tc>
        <w:tc>
          <w:tcPr>
            <w:tcW w:type="dxa" w:w="2041"/>
          </w:tcPr>
          <w:p>
            <w:r>
              <w:t>L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17</w:t>
            </w:r>
          </w:p>
        </w:tc>
        <w:tc>
          <w:tcPr>
            <w:tcW w:type="dxa" w:w="2041"/>
          </w:tcPr>
          <w:p>
            <w:r>
              <w:t>R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18</w:t>
            </w:r>
          </w:p>
        </w:tc>
        <w:tc>
          <w:tcPr>
            <w:tcW w:type="dxa" w:w="2041"/>
          </w:tcPr>
          <w:p>
            <w:r>
              <w:t>R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19</w:t>
            </w:r>
          </w:p>
        </w:tc>
        <w:tc>
          <w:tcPr>
            <w:tcW w:type="dxa" w:w="2041"/>
          </w:tcPr>
          <w:p>
            <w:r>
              <w:t>S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20</w:t>
            </w:r>
          </w:p>
        </w:tc>
        <w:tc>
          <w:tcPr>
            <w:tcW w:type="dxa" w:w="2041"/>
          </w:tcPr>
          <w:p>
            <w:r>
              <w:t>S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</w:tbl>
    <w:p>
      <w:r>
        <w:t>Étoiles : ☆ ☆ ☆   |   Points : ____ / 18   |   LIVES : ♥ ♥ ♥</w:t>
      </w:r>
    </w:p>
    <w:p>
      <w:pPr>
        <w:pStyle w:val="Heading1"/>
      </w:pPr>
      <w:r>
        <w:t>Boss — Texte à mémoriser + quiz</w:t>
      </w:r>
    </w:p>
    <w:p>
      <w:r>
        <w:t>Chaque mardi, Samira prépare son sac tôt le matin : une gourde, un carnet et un jeu de cartes. Elle prend le tram à 8 h 10 et marche avant le centre sportif. À 9 h, le groupe s’échauffe puis enchaîne des exercices de rappel. Samira note ses progrès et partage un thé à la menthe avec ses amis.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val="clear" w:color="auto" w:fill="00B894"/>
          </w:tcPr>
          <w:p/>
        </w:tc>
        <w:tc>
          <w:tcPr>
            <w:tcW w:type="dxa" w:w="2041"/>
            <w:shd w:val="clear" w:color="auto" w:fill="00B894"/>
          </w:tcPr>
          <w:p/>
        </w:tc>
        <w:tc>
          <w:tcPr>
            <w:tcW w:type="dxa" w:w="2041"/>
            <w:shd w:val="clear" w:color="auto" w:fill="FDCB6E"/>
          </w:tcPr>
          <w:p/>
        </w:tc>
        <w:tc>
          <w:tcPr>
            <w:tcW w:type="dxa" w:w="2041"/>
            <w:shd w:val="clear" w:color="auto" w:fill="FF7675"/>
          </w:tcPr>
          <w:p/>
        </w:tc>
        <w:tc>
          <w:tcPr>
            <w:tcW w:type="dxa" w:w="2041"/>
            <w:shd w:val="clear" w:color="auto" w:fill="F5F6FA"/>
          </w:tcPr>
          <w:p/>
        </w:tc>
      </w:tr>
    </w:tbl>
    <w:p>
      <w:r>
        <w:t>Questions (sans regarder) :</w:t>
      </w:r>
    </w:p>
    <w:p>
      <w:r>
        <w:t>1. Quel jour prépare‑t‑elle son sac ?</w:t>
        <w:br/>
        <w:t xml:space="preserve">   Réponse : ______________________________</w:t>
      </w:r>
    </w:p>
    <w:p>
      <w:r>
        <w:t>2. Citer deux objets présents dans le sac.</w:t>
        <w:br/>
        <w:t xml:space="preserve">   Réponse : ______________________________</w:t>
      </w:r>
    </w:p>
    <w:p>
      <w:r>
        <w:t>3. À quelle heure prend‑elle le tram ?</w:t>
        <w:br/>
        <w:t xml:space="preserve">   Réponse : ______________________________</w:t>
      </w:r>
    </w:p>
    <w:p>
      <w:r>
        <w:t>4. Pourquoi marche‑t‑elle avant d’arriver ?</w:t>
        <w:br/>
        <w:t xml:space="preserve">   Réponse : ______________________________</w:t>
      </w:r>
    </w:p>
    <w:p>
      <w:r>
        <w:t>5. À quelle heure commence l’échauffement ?</w:t>
        <w:br/>
        <w:t xml:space="preserve">   Réponse : ______________________________</w:t>
      </w:r>
    </w:p>
    <w:p>
      <w:r>
        <w:t>Étoiles : ☆ ☆ ☆   |   Points : ____ / 5   |   Bonus endurance : ☐ Lecture 2 min</w:t>
      </w:r>
    </w:p>
    <w:p>
      <w:pPr>
        <w:pStyle w:val="Heading1"/>
      </w:pPr>
      <w:r>
        <w:t>Planner de quêtes — Mémoire prospective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  <w:shd w:val="clear" w:color="auto" w:fill="0984E3"/>
          </w:tcPr>
          <w:p>
            <w:r>
              <w:rPr>
                <w:color w:val="FFFFFF"/>
              </w:rPr>
              <w:t>Type</w:t>
            </w:r>
          </w:p>
        </w:tc>
        <w:tc>
          <w:tcPr>
            <w:tcW w:type="dxa" w:w="2041"/>
            <w:shd w:val="clear" w:color="auto" w:fill="0984E3"/>
          </w:tcPr>
          <w:p>
            <w:r>
              <w:rPr>
                <w:color w:val="FFFFFF"/>
              </w:rPr>
              <w:t>Tâche</w:t>
            </w:r>
          </w:p>
        </w:tc>
        <w:tc>
          <w:tcPr>
            <w:tcW w:type="dxa" w:w="2041"/>
            <w:shd w:val="clear" w:color="auto" w:fill="0984E3"/>
          </w:tcPr>
          <w:p>
            <w:r>
              <w:rPr>
                <w:color w:val="FFFFFF"/>
              </w:rPr>
              <w:t>Déclencheur</w:t>
            </w:r>
          </w:p>
        </w:tc>
        <w:tc>
          <w:tcPr>
            <w:tcW w:type="dxa" w:w="2041"/>
            <w:shd w:val="clear" w:color="auto" w:fill="0984E3"/>
          </w:tcPr>
          <w:p>
            <w:r>
              <w:rPr>
                <w:color w:val="FFFFFF"/>
              </w:rPr>
              <w:t>Deadline</w:t>
            </w:r>
          </w:p>
        </w:tc>
        <w:tc>
          <w:tcPr>
            <w:tcW w:type="dxa" w:w="2041"/>
            <w:shd w:val="clear" w:color="auto" w:fill="0984E3"/>
          </w:tcPr>
          <w:p>
            <w:r>
              <w:rPr>
                <w:color w:val="FFFFFF"/>
              </w:rPr>
              <w:t>Fait ☑</w:t>
            </w:r>
          </w:p>
        </w:tc>
      </w:tr>
      <w:tr>
        <w:tc>
          <w:tcPr>
            <w:tcW w:type="dxa" w:w="2041"/>
          </w:tcPr>
          <w:p>
            <w:r>
              <w:t>Temps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Temps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Temps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Événement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>
              <w:t>Événement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</w:tr>
    </w:tbl>
    <w:p>
      <w:pPr>
        <w:pStyle w:val="Heading1"/>
      </w:pPr>
      <w:r>
        <w:t>Tableau des Héros — Leaderboard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Joueur</w:t>
            </w:r>
          </w:p>
        </w:tc>
        <w:tc>
          <w:tcPr>
            <w:tcW w:type="dxa" w:w="2551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2551"/>
          </w:tcPr>
          <w:p>
            <w:r>
              <w:rPr>
                <w:b/>
              </w:rPr>
              <w:t>★ Total</w:t>
            </w:r>
          </w:p>
        </w:tc>
        <w:tc>
          <w:tcPr>
            <w:tcW w:type="dxa" w:w="2551"/>
          </w:tcPr>
          <w:p>
            <w:r>
              <w:rPr>
                <w:b/>
              </w:rPr>
              <w:t>Points</w:t>
            </w:r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</w:tbl>
    <w:sectPr w:rsidR="00FC693F" w:rsidRPr="0006063C" w:rsidSect="00034616">
      <w:footerReference w:type="default" r:id="rId9"/>
      <w:pgSz w:w="11906" w:h="16838"/>
      <w:pgMar w:top="850" w:right="850" w:bottom="737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Version gamifiée à imprimer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