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007A66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4"/>
              </w:rPr>
              <w:t>#nombreusesvictimes   #accident</w:t>
            </w:r>
          </w:p>
        </w:tc>
      </w:tr>
    </w:tbl>
    <w:p/>
    <w:p>
      <w:pPr>
        <w:jc w:val="center"/>
      </w:pPr>
      <w:r>
        <w:rPr>
          <w:rFonts w:ascii="Calibri" w:hAnsi="Calibri"/>
          <w:b/>
          <w:color w:val="007A66"/>
          <w:sz w:val="48"/>
        </w:rPr>
        <w:t>PLAN NOVI — Nombreuses victimes</w:t>
      </w:r>
    </w:p>
    <w:p>
      <w:pPr>
        <w:jc w:val="center"/>
      </w:pPr>
      <w:r>
        <w:rPr>
          <w:rFonts w:ascii="Calibri" w:hAnsi="Calibri"/>
          <w:color w:val="2D2D2D"/>
          <w:sz w:val="24"/>
        </w:rPr>
        <w:t>Repères visuels pour activer et coordonner la réponse d’urgence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🏢  Activation COD (préfecture)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Alerte préfectorale : déclenchement cellule de crise (COD).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Lien avec autorités, décisions stratégiques.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🏥  Mise en alerte des hôpitaux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Capacités d’accueil mobilisées.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Préparation des lits, équipes, transferts.</w:t>
            </w:r>
          </w:p>
        </w:tc>
      </w:tr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🗺️  Mise en place PCO (terrain)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de Commandement Opérationnel.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Chef des opérations &amp; liaisons secours.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🚁  Mobilisation moyens de secours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Terrestres &amp; aériens selon besoin.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Flux d’accès sécurisés et priorisés.</w:t>
            </w:r>
          </w:p>
        </w:tc>
      </w:tr>
      <w:tr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⛑️  Mise en place d’un PMA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Poste Médical Avancé pour triage.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Organisation des soins et évacuations.</w:t>
            </w:r>
          </w:p>
        </w:tc>
        <w:tc>
          <w:tcPr>
            <w:tcW w:type="dxa" w:w="4989"/>
            <w:shd w:val="clear" w:color="auto" w:fill="E6F4F1"/>
          </w:tcPr>
          <w:p>
            <w:pPr>
              <w:jc w:val="left"/>
            </w:pPr>
            <w:r>
              <w:rPr>
                <w:rFonts w:ascii="Calibri" w:hAnsi="Calibri"/>
                <w:b/>
                <w:color w:val="007A66"/>
                <w:sz w:val="32"/>
              </w:rPr>
              <w:t>📣  Information &amp; SITREP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Messages réguliers, canal unique.</w:t>
            </w:r>
          </w:p>
          <w:p>
            <w:r>
              <w:rPr>
                <w:rFonts w:ascii="Calibri" w:hAnsi="Calibri"/>
                <w:color w:val="2D2D2D"/>
                <w:sz w:val="22"/>
              </w:rPr>
              <w:t>• Situation report périodique (SITREP).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pPr>
              <w:jc w:val="left"/>
            </w:pPr>
            <w:r>
              <w:rPr>
                <w:rFonts w:ascii="Calibri" w:hAnsi="Calibri"/>
                <w:color w:val="787878"/>
                <w:sz w:val="20"/>
              </w:rPr>
              <w:t>Votre logo ici</w:t>
            </w:r>
          </w:p>
        </w:tc>
        <w:tc>
          <w:tcPr>
            <w:tcW w:type="dxa" w:w="5103"/>
          </w:tcPr>
          <w:p>
            <w:pPr>
              <w:jc w:val="right"/>
            </w:pPr>
            <w:r>
              <w:rPr>
                <w:rFonts w:ascii="Calibri" w:hAnsi="Calibri"/>
                <w:color w:val="787878"/>
                <w:sz w:val="20"/>
              </w:rPr>
              <w:t>Source : dispositif national NOVI — Ministère de l’Intérieur</w:t>
            </w:r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