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181"/>
      </w:tblGrid>
      <w:tr w:rsidR="00717372" w14:paraId="3A0D36DA" w14:textId="77777777">
        <w:tc>
          <w:tcPr>
            <w:tcW w:w="10181" w:type="dxa"/>
            <w:shd w:val="clear" w:color="auto" w:fill="1E88E5"/>
          </w:tcPr>
          <w:p w14:paraId="614BF545" w14:textId="77777777" w:rsidR="00717372" w:rsidRDefault="009B3D27">
            <w:pPr>
              <w:jc w:val="center"/>
            </w:pPr>
            <w:r>
              <w:rPr>
                <w:rFonts w:ascii="Calibri" w:hAnsi="Calibri"/>
                <w:b/>
                <w:color w:val="FFFFFF"/>
                <w:sz w:val="40"/>
              </w:rPr>
              <w:t>Modèle WBS — Version 2 (Couleurs)</w:t>
            </w:r>
          </w:p>
        </w:tc>
      </w:tr>
    </w:tbl>
    <w:p w14:paraId="27FE1A6B" w14:textId="77777777" w:rsidR="00717372" w:rsidRDefault="009B3D27">
      <w:pPr>
        <w:jc w:val="center"/>
      </w:pPr>
      <w:r>
        <w:rPr>
          <w:rFonts w:ascii="Calibri" w:hAnsi="Calibri"/>
        </w:rPr>
        <w:t>Une version alternative avec vue synthétique, dictionnaire en fiches, matrice RACI et traçabilité exigences ↔ WBS ↔ tests.</w:t>
      </w:r>
    </w:p>
    <w:p w14:paraId="5A4850D0" w14:textId="77777777" w:rsidR="00717372" w:rsidRDefault="00717372"/>
    <w:p w14:paraId="23512284" w14:textId="77777777" w:rsidR="00717372" w:rsidRDefault="009B3D27">
      <w:r>
        <w:rPr>
          <w:b/>
          <w:color w:val="0077A6"/>
          <w:sz w:val="28"/>
        </w:rPr>
        <w:t>1. Carte WBS par niveaux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960"/>
        <w:gridCol w:w="1945"/>
        <w:gridCol w:w="1995"/>
        <w:gridCol w:w="2282"/>
        <w:gridCol w:w="1999"/>
      </w:tblGrid>
      <w:tr w:rsidR="00717372" w14:paraId="55D42A55" w14:textId="77777777">
        <w:trPr>
          <w:jc w:val="center"/>
        </w:trPr>
        <w:tc>
          <w:tcPr>
            <w:tcW w:w="2036" w:type="dxa"/>
            <w:shd w:val="clear" w:color="auto" w:fill="006064"/>
            <w:vAlign w:val="center"/>
          </w:tcPr>
          <w:p w14:paraId="7AA5EB74" w14:textId="77777777" w:rsidR="00717372" w:rsidRDefault="009B3D27">
            <w:r>
              <w:rPr>
                <w:b/>
                <w:color w:val="FFFFFF"/>
              </w:rPr>
              <w:t>Niveau</w:t>
            </w:r>
          </w:p>
        </w:tc>
        <w:tc>
          <w:tcPr>
            <w:tcW w:w="2036" w:type="dxa"/>
            <w:shd w:val="clear" w:color="auto" w:fill="006064"/>
            <w:vAlign w:val="center"/>
          </w:tcPr>
          <w:p w14:paraId="4A46C89C" w14:textId="77777777" w:rsidR="00717372" w:rsidRDefault="009B3D27">
            <w:r>
              <w:rPr>
                <w:b/>
                <w:color w:val="FFFFFF"/>
              </w:rPr>
              <w:t>ID WBS</w:t>
            </w:r>
          </w:p>
        </w:tc>
        <w:tc>
          <w:tcPr>
            <w:tcW w:w="2036" w:type="dxa"/>
            <w:shd w:val="clear" w:color="auto" w:fill="006064"/>
            <w:vAlign w:val="center"/>
          </w:tcPr>
          <w:p w14:paraId="188AF219" w14:textId="77777777" w:rsidR="00717372" w:rsidRDefault="009B3D27">
            <w:r>
              <w:rPr>
                <w:b/>
                <w:color w:val="FFFFFF"/>
              </w:rPr>
              <w:t>Intitulé</w:t>
            </w:r>
          </w:p>
        </w:tc>
        <w:tc>
          <w:tcPr>
            <w:tcW w:w="2036" w:type="dxa"/>
            <w:shd w:val="clear" w:color="auto" w:fill="006064"/>
            <w:vAlign w:val="center"/>
          </w:tcPr>
          <w:p w14:paraId="2576725D" w14:textId="77777777" w:rsidR="00717372" w:rsidRDefault="009B3D27">
            <w:r>
              <w:rPr>
                <w:b/>
                <w:color w:val="FFFFFF"/>
              </w:rPr>
              <w:t>Livrable clé</w:t>
            </w:r>
          </w:p>
        </w:tc>
        <w:tc>
          <w:tcPr>
            <w:tcW w:w="2036" w:type="dxa"/>
            <w:shd w:val="clear" w:color="auto" w:fill="006064"/>
            <w:vAlign w:val="center"/>
          </w:tcPr>
          <w:p w14:paraId="4C0E25FD" w14:textId="77777777" w:rsidR="00717372" w:rsidRDefault="009B3D27">
            <w:r>
              <w:rPr>
                <w:b/>
                <w:color w:val="FFFFFF"/>
              </w:rPr>
              <w:t>Propriétaire</w:t>
            </w:r>
          </w:p>
        </w:tc>
      </w:tr>
      <w:tr w:rsidR="00717372" w14:paraId="0BE3D99B" w14:textId="77777777">
        <w:trPr>
          <w:jc w:val="center"/>
        </w:trPr>
        <w:tc>
          <w:tcPr>
            <w:tcW w:w="2036" w:type="dxa"/>
            <w:shd w:val="clear" w:color="auto" w:fill="E0F7FA"/>
          </w:tcPr>
          <w:p w14:paraId="4768ED66" w14:textId="77777777" w:rsidR="00717372" w:rsidRDefault="009B3D27">
            <w:r>
              <w:t>1</w:t>
            </w:r>
          </w:p>
        </w:tc>
        <w:tc>
          <w:tcPr>
            <w:tcW w:w="2036" w:type="dxa"/>
            <w:shd w:val="clear" w:color="auto" w:fill="E0F7FA"/>
          </w:tcPr>
          <w:p w14:paraId="1F6838D3" w14:textId="77777777" w:rsidR="00717372" w:rsidRDefault="009B3D27">
            <w:r>
              <w:t>1.0</w:t>
            </w:r>
          </w:p>
        </w:tc>
        <w:tc>
          <w:tcPr>
            <w:tcW w:w="2036" w:type="dxa"/>
            <w:shd w:val="clear" w:color="auto" w:fill="E0F7FA"/>
          </w:tcPr>
          <w:p w14:paraId="7C58B72A" w14:textId="77777777" w:rsidR="00717372" w:rsidRDefault="009B3D27">
            <w:r>
              <w:t xml:space="preserve">Projet / </w:t>
            </w:r>
            <w:r>
              <w:t>Produit</w:t>
            </w:r>
          </w:p>
        </w:tc>
        <w:tc>
          <w:tcPr>
            <w:tcW w:w="2036" w:type="dxa"/>
            <w:shd w:val="clear" w:color="auto" w:fill="E0F7FA"/>
          </w:tcPr>
          <w:p w14:paraId="7277AF28" w14:textId="77777777" w:rsidR="00717372" w:rsidRDefault="009B3D27">
            <w:r>
              <w:t>Charte projet validée</w:t>
            </w:r>
          </w:p>
        </w:tc>
        <w:tc>
          <w:tcPr>
            <w:tcW w:w="2036" w:type="dxa"/>
            <w:shd w:val="clear" w:color="auto" w:fill="E0F7FA"/>
          </w:tcPr>
          <w:p w14:paraId="748776C2" w14:textId="77777777" w:rsidR="00717372" w:rsidRDefault="009B3D27">
            <w:r>
              <w:t>Nom, Prénom</w:t>
            </w:r>
          </w:p>
        </w:tc>
      </w:tr>
      <w:tr w:rsidR="00717372" w14:paraId="6E77FC92" w14:textId="77777777">
        <w:trPr>
          <w:jc w:val="center"/>
        </w:trPr>
        <w:tc>
          <w:tcPr>
            <w:tcW w:w="2036" w:type="dxa"/>
          </w:tcPr>
          <w:p w14:paraId="3F1FBCCA" w14:textId="77777777" w:rsidR="00717372" w:rsidRDefault="009B3D27">
            <w:r>
              <w:t>2</w:t>
            </w:r>
          </w:p>
        </w:tc>
        <w:tc>
          <w:tcPr>
            <w:tcW w:w="2036" w:type="dxa"/>
          </w:tcPr>
          <w:p w14:paraId="3F9A750A" w14:textId="77777777" w:rsidR="00717372" w:rsidRDefault="009B3D27">
            <w:r>
              <w:t>1.1</w:t>
            </w:r>
          </w:p>
        </w:tc>
        <w:tc>
          <w:tcPr>
            <w:tcW w:w="2036" w:type="dxa"/>
          </w:tcPr>
          <w:p w14:paraId="2388CA70" w14:textId="77777777" w:rsidR="00717372" w:rsidRDefault="009B3D27">
            <w:r>
              <w:t>Analyse</w:t>
            </w:r>
          </w:p>
        </w:tc>
        <w:tc>
          <w:tcPr>
            <w:tcW w:w="2036" w:type="dxa"/>
          </w:tcPr>
          <w:p w14:paraId="51CB014E" w14:textId="77777777" w:rsidR="00717372" w:rsidRDefault="009B3D27">
            <w:r>
              <w:t>Dossier d’exigences</w:t>
            </w:r>
          </w:p>
        </w:tc>
        <w:tc>
          <w:tcPr>
            <w:tcW w:w="2036" w:type="dxa"/>
          </w:tcPr>
          <w:p w14:paraId="73FDE646" w14:textId="77777777" w:rsidR="00717372" w:rsidRDefault="009B3D27">
            <w:r>
              <w:t>Nom, Prénom</w:t>
            </w:r>
          </w:p>
        </w:tc>
      </w:tr>
      <w:tr w:rsidR="00717372" w14:paraId="72D91CFB" w14:textId="77777777">
        <w:trPr>
          <w:jc w:val="center"/>
        </w:trPr>
        <w:tc>
          <w:tcPr>
            <w:tcW w:w="2036" w:type="dxa"/>
            <w:shd w:val="clear" w:color="auto" w:fill="E0F7FA"/>
          </w:tcPr>
          <w:p w14:paraId="0C2151AC" w14:textId="77777777" w:rsidR="00717372" w:rsidRDefault="009B3D27">
            <w:r>
              <w:t>2</w:t>
            </w:r>
          </w:p>
        </w:tc>
        <w:tc>
          <w:tcPr>
            <w:tcW w:w="2036" w:type="dxa"/>
            <w:shd w:val="clear" w:color="auto" w:fill="E0F7FA"/>
          </w:tcPr>
          <w:p w14:paraId="7546E4DC" w14:textId="77777777" w:rsidR="00717372" w:rsidRDefault="009B3D27">
            <w:r>
              <w:t>1.2</w:t>
            </w:r>
          </w:p>
        </w:tc>
        <w:tc>
          <w:tcPr>
            <w:tcW w:w="2036" w:type="dxa"/>
            <w:shd w:val="clear" w:color="auto" w:fill="E0F7FA"/>
          </w:tcPr>
          <w:p w14:paraId="3BC6C0A9" w14:textId="77777777" w:rsidR="00717372" w:rsidRDefault="009B3D27">
            <w:r>
              <w:t>Conception</w:t>
            </w:r>
          </w:p>
        </w:tc>
        <w:tc>
          <w:tcPr>
            <w:tcW w:w="2036" w:type="dxa"/>
            <w:shd w:val="clear" w:color="auto" w:fill="E0F7FA"/>
          </w:tcPr>
          <w:p w14:paraId="52D9ED3C" w14:textId="77777777" w:rsidR="00717372" w:rsidRDefault="009B3D27">
            <w:r>
              <w:t>Spécifications et maquettes</w:t>
            </w:r>
          </w:p>
        </w:tc>
        <w:tc>
          <w:tcPr>
            <w:tcW w:w="2036" w:type="dxa"/>
            <w:shd w:val="clear" w:color="auto" w:fill="E0F7FA"/>
          </w:tcPr>
          <w:p w14:paraId="0D6EE879" w14:textId="77777777" w:rsidR="00717372" w:rsidRDefault="009B3D27">
            <w:r>
              <w:t>Nom, Prénom</w:t>
            </w:r>
          </w:p>
        </w:tc>
      </w:tr>
      <w:tr w:rsidR="00717372" w14:paraId="271F9729" w14:textId="77777777">
        <w:trPr>
          <w:jc w:val="center"/>
        </w:trPr>
        <w:tc>
          <w:tcPr>
            <w:tcW w:w="2036" w:type="dxa"/>
          </w:tcPr>
          <w:p w14:paraId="0E39BDC6" w14:textId="77777777" w:rsidR="00717372" w:rsidRDefault="009B3D27">
            <w:r>
              <w:t>2</w:t>
            </w:r>
          </w:p>
        </w:tc>
        <w:tc>
          <w:tcPr>
            <w:tcW w:w="2036" w:type="dxa"/>
          </w:tcPr>
          <w:p w14:paraId="583220AE" w14:textId="77777777" w:rsidR="00717372" w:rsidRDefault="009B3D27">
            <w:r>
              <w:t>1.3</w:t>
            </w:r>
          </w:p>
        </w:tc>
        <w:tc>
          <w:tcPr>
            <w:tcW w:w="2036" w:type="dxa"/>
          </w:tcPr>
          <w:p w14:paraId="161CA58E" w14:textId="77777777" w:rsidR="00717372" w:rsidRDefault="009B3D27">
            <w:r>
              <w:t>Réalisation</w:t>
            </w:r>
          </w:p>
        </w:tc>
        <w:tc>
          <w:tcPr>
            <w:tcW w:w="2036" w:type="dxa"/>
          </w:tcPr>
          <w:p w14:paraId="6407F31A" w14:textId="77777777" w:rsidR="00717372" w:rsidRDefault="009B3D27">
            <w:r>
              <w:t>Modules/Composants A, B, C</w:t>
            </w:r>
          </w:p>
        </w:tc>
        <w:tc>
          <w:tcPr>
            <w:tcW w:w="2036" w:type="dxa"/>
          </w:tcPr>
          <w:p w14:paraId="20062754" w14:textId="77777777" w:rsidR="00717372" w:rsidRDefault="009B3D27">
            <w:r>
              <w:t>Nom, Prénom</w:t>
            </w:r>
          </w:p>
        </w:tc>
      </w:tr>
      <w:tr w:rsidR="00717372" w14:paraId="269781F5" w14:textId="77777777">
        <w:trPr>
          <w:jc w:val="center"/>
        </w:trPr>
        <w:tc>
          <w:tcPr>
            <w:tcW w:w="2036" w:type="dxa"/>
            <w:shd w:val="clear" w:color="auto" w:fill="E0F7FA"/>
          </w:tcPr>
          <w:p w14:paraId="01F6CAFA" w14:textId="77777777" w:rsidR="00717372" w:rsidRDefault="009B3D27">
            <w:r>
              <w:t>2</w:t>
            </w:r>
          </w:p>
        </w:tc>
        <w:tc>
          <w:tcPr>
            <w:tcW w:w="2036" w:type="dxa"/>
            <w:shd w:val="clear" w:color="auto" w:fill="E0F7FA"/>
          </w:tcPr>
          <w:p w14:paraId="73D58C71" w14:textId="77777777" w:rsidR="00717372" w:rsidRDefault="009B3D27">
            <w:r>
              <w:t>1.4</w:t>
            </w:r>
          </w:p>
        </w:tc>
        <w:tc>
          <w:tcPr>
            <w:tcW w:w="2036" w:type="dxa"/>
            <w:shd w:val="clear" w:color="auto" w:fill="E0F7FA"/>
          </w:tcPr>
          <w:p w14:paraId="6279D106" w14:textId="77777777" w:rsidR="00717372" w:rsidRDefault="009B3D27">
            <w:r>
              <w:t>Tests et Acceptation</w:t>
            </w:r>
          </w:p>
        </w:tc>
        <w:tc>
          <w:tcPr>
            <w:tcW w:w="2036" w:type="dxa"/>
            <w:shd w:val="clear" w:color="auto" w:fill="E0F7FA"/>
          </w:tcPr>
          <w:p w14:paraId="7654BB67" w14:textId="77777777" w:rsidR="00717372" w:rsidRDefault="009B3D27">
            <w:r>
              <w:t xml:space="preserve">Rapport </w:t>
            </w:r>
            <w:r>
              <w:t>d’essais et PV</w:t>
            </w:r>
          </w:p>
        </w:tc>
        <w:tc>
          <w:tcPr>
            <w:tcW w:w="2036" w:type="dxa"/>
            <w:shd w:val="clear" w:color="auto" w:fill="E0F7FA"/>
          </w:tcPr>
          <w:p w14:paraId="2BA651A9" w14:textId="77777777" w:rsidR="00717372" w:rsidRDefault="009B3D27">
            <w:r>
              <w:t>Nom, Prénom</w:t>
            </w:r>
          </w:p>
        </w:tc>
      </w:tr>
      <w:tr w:rsidR="00717372" w14:paraId="48DAA610" w14:textId="77777777">
        <w:trPr>
          <w:jc w:val="center"/>
        </w:trPr>
        <w:tc>
          <w:tcPr>
            <w:tcW w:w="2036" w:type="dxa"/>
          </w:tcPr>
          <w:p w14:paraId="1D616B5F" w14:textId="77777777" w:rsidR="00717372" w:rsidRDefault="009B3D27">
            <w:r>
              <w:t>2</w:t>
            </w:r>
          </w:p>
        </w:tc>
        <w:tc>
          <w:tcPr>
            <w:tcW w:w="2036" w:type="dxa"/>
          </w:tcPr>
          <w:p w14:paraId="3D60ED69" w14:textId="77777777" w:rsidR="00717372" w:rsidRDefault="009B3D27">
            <w:r>
              <w:t>1.5</w:t>
            </w:r>
          </w:p>
        </w:tc>
        <w:tc>
          <w:tcPr>
            <w:tcW w:w="2036" w:type="dxa"/>
          </w:tcPr>
          <w:p w14:paraId="4A809D13" w14:textId="77777777" w:rsidR="00717372" w:rsidRDefault="009B3D27">
            <w:r>
              <w:t>Déploiement</w:t>
            </w:r>
          </w:p>
        </w:tc>
        <w:tc>
          <w:tcPr>
            <w:tcW w:w="2036" w:type="dxa"/>
          </w:tcPr>
          <w:p w14:paraId="4316CA21" w14:textId="77777777" w:rsidR="00717372" w:rsidRDefault="009B3D27">
            <w:r>
              <w:t>Guide utilisateur / Mise en service</w:t>
            </w:r>
          </w:p>
        </w:tc>
        <w:tc>
          <w:tcPr>
            <w:tcW w:w="2036" w:type="dxa"/>
          </w:tcPr>
          <w:p w14:paraId="5C5520DD" w14:textId="77777777" w:rsidR="00717372" w:rsidRDefault="009B3D27">
            <w:r>
              <w:t>Nom, Prénom</w:t>
            </w:r>
          </w:p>
        </w:tc>
      </w:tr>
      <w:tr w:rsidR="00717372" w14:paraId="5A798019" w14:textId="77777777">
        <w:trPr>
          <w:jc w:val="center"/>
        </w:trPr>
        <w:tc>
          <w:tcPr>
            <w:tcW w:w="2036" w:type="dxa"/>
            <w:shd w:val="clear" w:color="auto" w:fill="F5F5F5"/>
          </w:tcPr>
          <w:p w14:paraId="07217D3F" w14:textId="77777777" w:rsidR="00717372" w:rsidRDefault="00717372"/>
        </w:tc>
        <w:tc>
          <w:tcPr>
            <w:tcW w:w="2036" w:type="dxa"/>
            <w:shd w:val="clear" w:color="auto" w:fill="F5F5F5"/>
          </w:tcPr>
          <w:p w14:paraId="2ACE8DAA" w14:textId="77777777" w:rsidR="00717372" w:rsidRDefault="00717372"/>
        </w:tc>
        <w:tc>
          <w:tcPr>
            <w:tcW w:w="2036" w:type="dxa"/>
            <w:shd w:val="clear" w:color="auto" w:fill="F5F5F5"/>
          </w:tcPr>
          <w:p w14:paraId="511D79F0" w14:textId="77777777" w:rsidR="00717372" w:rsidRDefault="00717372"/>
        </w:tc>
        <w:tc>
          <w:tcPr>
            <w:tcW w:w="2036" w:type="dxa"/>
            <w:shd w:val="clear" w:color="auto" w:fill="F5F5F5"/>
          </w:tcPr>
          <w:p w14:paraId="72DBDB74" w14:textId="77777777" w:rsidR="00717372" w:rsidRDefault="00717372"/>
        </w:tc>
        <w:tc>
          <w:tcPr>
            <w:tcW w:w="2036" w:type="dxa"/>
            <w:shd w:val="clear" w:color="auto" w:fill="F5F5F5"/>
          </w:tcPr>
          <w:p w14:paraId="777EE739" w14:textId="77777777" w:rsidR="00717372" w:rsidRDefault="00717372"/>
        </w:tc>
      </w:tr>
      <w:tr w:rsidR="00717372" w14:paraId="09673080" w14:textId="77777777">
        <w:trPr>
          <w:jc w:val="center"/>
        </w:trPr>
        <w:tc>
          <w:tcPr>
            <w:tcW w:w="2036" w:type="dxa"/>
          </w:tcPr>
          <w:p w14:paraId="02342BCF" w14:textId="77777777" w:rsidR="00717372" w:rsidRDefault="00717372"/>
        </w:tc>
        <w:tc>
          <w:tcPr>
            <w:tcW w:w="2036" w:type="dxa"/>
          </w:tcPr>
          <w:p w14:paraId="268146D1" w14:textId="77777777" w:rsidR="00717372" w:rsidRDefault="00717372"/>
        </w:tc>
        <w:tc>
          <w:tcPr>
            <w:tcW w:w="2036" w:type="dxa"/>
          </w:tcPr>
          <w:p w14:paraId="4886969F" w14:textId="77777777" w:rsidR="00717372" w:rsidRDefault="00717372"/>
        </w:tc>
        <w:tc>
          <w:tcPr>
            <w:tcW w:w="2036" w:type="dxa"/>
          </w:tcPr>
          <w:p w14:paraId="6E4D224F" w14:textId="77777777" w:rsidR="00717372" w:rsidRDefault="00717372"/>
        </w:tc>
        <w:tc>
          <w:tcPr>
            <w:tcW w:w="2036" w:type="dxa"/>
          </w:tcPr>
          <w:p w14:paraId="202A14A8" w14:textId="77777777" w:rsidR="00717372" w:rsidRDefault="00717372"/>
        </w:tc>
      </w:tr>
      <w:tr w:rsidR="00717372" w14:paraId="611151CD" w14:textId="77777777">
        <w:trPr>
          <w:jc w:val="center"/>
        </w:trPr>
        <w:tc>
          <w:tcPr>
            <w:tcW w:w="2036" w:type="dxa"/>
            <w:shd w:val="clear" w:color="auto" w:fill="F5F5F5"/>
          </w:tcPr>
          <w:p w14:paraId="56BC4C35" w14:textId="77777777" w:rsidR="00717372" w:rsidRDefault="00717372"/>
        </w:tc>
        <w:tc>
          <w:tcPr>
            <w:tcW w:w="2036" w:type="dxa"/>
            <w:shd w:val="clear" w:color="auto" w:fill="F5F5F5"/>
          </w:tcPr>
          <w:p w14:paraId="10C45F74" w14:textId="77777777" w:rsidR="00717372" w:rsidRDefault="00717372"/>
        </w:tc>
        <w:tc>
          <w:tcPr>
            <w:tcW w:w="2036" w:type="dxa"/>
            <w:shd w:val="clear" w:color="auto" w:fill="F5F5F5"/>
          </w:tcPr>
          <w:p w14:paraId="588EA295" w14:textId="77777777" w:rsidR="00717372" w:rsidRDefault="00717372"/>
        </w:tc>
        <w:tc>
          <w:tcPr>
            <w:tcW w:w="2036" w:type="dxa"/>
            <w:shd w:val="clear" w:color="auto" w:fill="F5F5F5"/>
          </w:tcPr>
          <w:p w14:paraId="730005DE" w14:textId="77777777" w:rsidR="00717372" w:rsidRDefault="00717372"/>
        </w:tc>
        <w:tc>
          <w:tcPr>
            <w:tcW w:w="2036" w:type="dxa"/>
            <w:shd w:val="clear" w:color="auto" w:fill="F5F5F5"/>
          </w:tcPr>
          <w:p w14:paraId="62EE0A63" w14:textId="77777777" w:rsidR="00717372" w:rsidRDefault="00717372"/>
        </w:tc>
      </w:tr>
      <w:tr w:rsidR="00717372" w14:paraId="644DB590" w14:textId="77777777">
        <w:trPr>
          <w:jc w:val="center"/>
        </w:trPr>
        <w:tc>
          <w:tcPr>
            <w:tcW w:w="2036" w:type="dxa"/>
          </w:tcPr>
          <w:p w14:paraId="707C1D81" w14:textId="77777777" w:rsidR="00717372" w:rsidRDefault="00717372"/>
        </w:tc>
        <w:tc>
          <w:tcPr>
            <w:tcW w:w="2036" w:type="dxa"/>
          </w:tcPr>
          <w:p w14:paraId="6484DD9D" w14:textId="77777777" w:rsidR="00717372" w:rsidRDefault="00717372"/>
        </w:tc>
        <w:tc>
          <w:tcPr>
            <w:tcW w:w="2036" w:type="dxa"/>
          </w:tcPr>
          <w:p w14:paraId="5836C4B3" w14:textId="77777777" w:rsidR="00717372" w:rsidRDefault="00717372"/>
        </w:tc>
        <w:tc>
          <w:tcPr>
            <w:tcW w:w="2036" w:type="dxa"/>
          </w:tcPr>
          <w:p w14:paraId="4824D9BF" w14:textId="77777777" w:rsidR="00717372" w:rsidRDefault="00717372"/>
        </w:tc>
        <w:tc>
          <w:tcPr>
            <w:tcW w:w="2036" w:type="dxa"/>
          </w:tcPr>
          <w:p w14:paraId="48C2629B" w14:textId="77777777" w:rsidR="00717372" w:rsidRDefault="00717372"/>
        </w:tc>
      </w:tr>
      <w:tr w:rsidR="00717372" w14:paraId="6FAC393F" w14:textId="77777777">
        <w:trPr>
          <w:jc w:val="center"/>
        </w:trPr>
        <w:tc>
          <w:tcPr>
            <w:tcW w:w="2036" w:type="dxa"/>
            <w:shd w:val="clear" w:color="auto" w:fill="F5F5F5"/>
          </w:tcPr>
          <w:p w14:paraId="143B4CAD" w14:textId="77777777" w:rsidR="00717372" w:rsidRDefault="00717372"/>
        </w:tc>
        <w:tc>
          <w:tcPr>
            <w:tcW w:w="2036" w:type="dxa"/>
            <w:shd w:val="clear" w:color="auto" w:fill="F5F5F5"/>
          </w:tcPr>
          <w:p w14:paraId="41F949E3" w14:textId="77777777" w:rsidR="00717372" w:rsidRDefault="00717372"/>
        </w:tc>
        <w:tc>
          <w:tcPr>
            <w:tcW w:w="2036" w:type="dxa"/>
            <w:shd w:val="clear" w:color="auto" w:fill="F5F5F5"/>
          </w:tcPr>
          <w:p w14:paraId="1394566B" w14:textId="77777777" w:rsidR="00717372" w:rsidRDefault="00717372"/>
        </w:tc>
        <w:tc>
          <w:tcPr>
            <w:tcW w:w="2036" w:type="dxa"/>
            <w:shd w:val="clear" w:color="auto" w:fill="F5F5F5"/>
          </w:tcPr>
          <w:p w14:paraId="3CC40F41" w14:textId="77777777" w:rsidR="00717372" w:rsidRDefault="00717372"/>
        </w:tc>
        <w:tc>
          <w:tcPr>
            <w:tcW w:w="2036" w:type="dxa"/>
            <w:shd w:val="clear" w:color="auto" w:fill="F5F5F5"/>
          </w:tcPr>
          <w:p w14:paraId="4889F5EC" w14:textId="77777777" w:rsidR="00717372" w:rsidRDefault="00717372"/>
        </w:tc>
      </w:tr>
      <w:tr w:rsidR="00717372" w14:paraId="6456975C" w14:textId="77777777">
        <w:trPr>
          <w:jc w:val="center"/>
        </w:trPr>
        <w:tc>
          <w:tcPr>
            <w:tcW w:w="2036" w:type="dxa"/>
          </w:tcPr>
          <w:p w14:paraId="3D1D0FE9" w14:textId="77777777" w:rsidR="00717372" w:rsidRDefault="00717372"/>
        </w:tc>
        <w:tc>
          <w:tcPr>
            <w:tcW w:w="2036" w:type="dxa"/>
          </w:tcPr>
          <w:p w14:paraId="1EF83863" w14:textId="77777777" w:rsidR="00717372" w:rsidRDefault="00717372"/>
        </w:tc>
        <w:tc>
          <w:tcPr>
            <w:tcW w:w="2036" w:type="dxa"/>
          </w:tcPr>
          <w:p w14:paraId="3397E02B" w14:textId="77777777" w:rsidR="00717372" w:rsidRDefault="00717372"/>
        </w:tc>
        <w:tc>
          <w:tcPr>
            <w:tcW w:w="2036" w:type="dxa"/>
          </w:tcPr>
          <w:p w14:paraId="647F9FEB" w14:textId="77777777" w:rsidR="00717372" w:rsidRDefault="00717372"/>
        </w:tc>
        <w:tc>
          <w:tcPr>
            <w:tcW w:w="2036" w:type="dxa"/>
          </w:tcPr>
          <w:p w14:paraId="0F26F375" w14:textId="77777777" w:rsidR="00717372" w:rsidRDefault="00717372"/>
        </w:tc>
      </w:tr>
      <w:tr w:rsidR="00717372" w14:paraId="1924ECC6" w14:textId="77777777">
        <w:trPr>
          <w:jc w:val="center"/>
        </w:trPr>
        <w:tc>
          <w:tcPr>
            <w:tcW w:w="2036" w:type="dxa"/>
            <w:shd w:val="clear" w:color="auto" w:fill="F5F5F5"/>
          </w:tcPr>
          <w:p w14:paraId="68F985AD" w14:textId="77777777" w:rsidR="00717372" w:rsidRDefault="00717372"/>
        </w:tc>
        <w:tc>
          <w:tcPr>
            <w:tcW w:w="2036" w:type="dxa"/>
            <w:shd w:val="clear" w:color="auto" w:fill="F5F5F5"/>
          </w:tcPr>
          <w:p w14:paraId="478A3535" w14:textId="77777777" w:rsidR="00717372" w:rsidRDefault="00717372"/>
        </w:tc>
        <w:tc>
          <w:tcPr>
            <w:tcW w:w="2036" w:type="dxa"/>
            <w:shd w:val="clear" w:color="auto" w:fill="F5F5F5"/>
          </w:tcPr>
          <w:p w14:paraId="1C2819A8" w14:textId="77777777" w:rsidR="00717372" w:rsidRDefault="00717372"/>
        </w:tc>
        <w:tc>
          <w:tcPr>
            <w:tcW w:w="2036" w:type="dxa"/>
            <w:shd w:val="clear" w:color="auto" w:fill="F5F5F5"/>
          </w:tcPr>
          <w:p w14:paraId="496D0EFB" w14:textId="77777777" w:rsidR="00717372" w:rsidRDefault="00717372"/>
        </w:tc>
        <w:tc>
          <w:tcPr>
            <w:tcW w:w="2036" w:type="dxa"/>
            <w:shd w:val="clear" w:color="auto" w:fill="F5F5F5"/>
          </w:tcPr>
          <w:p w14:paraId="77E4A1ED" w14:textId="77777777" w:rsidR="00717372" w:rsidRDefault="00717372"/>
        </w:tc>
      </w:tr>
      <w:tr w:rsidR="00717372" w14:paraId="46B0516D" w14:textId="77777777">
        <w:trPr>
          <w:jc w:val="center"/>
        </w:trPr>
        <w:tc>
          <w:tcPr>
            <w:tcW w:w="2036" w:type="dxa"/>
          </w:tcPr>
          <w:p w14:paraId="389C1C28" w14:textId="77777777" w:rsidR="00717372" w:rsidRDefault="00717372"/>
        </w:tc>
        <w:tc>
          <w:tcPr>
            <w:tcW w:w="2036" w:type="dxa"/>
          </w:tcPr>
          <w:p w14:paraId="57F0F529" w14:textId="77777777" w:rsidR="00717372" w:rsidRDefault="00717372"/>
        </w:tc>
        <w:tc>
          <w:tcPr>
            <w:tcW w:w="2036" w:type="dxa"/>
          </w:tcPr>
          <w:p w14:paraId="51F9FC70" w14:textId="77777777" w:rsidR="00717372" w:rsidRDefault="00717372"/>
        </w:tc>
        <w:tc>
          <w:tcPr>
            <w:tcW w:w="2036" w:type="dxa"/>
          </w:tcPr>
          <w:p w14:paraId="7E5626A8" w14:textId="77777777" w:rsidR="00717372" w:rsidRDefault="00717372"/>
        </w:tc>
        <w:tc>
          <w:tcPr>
            <w:tcW w:w="2036" w:type="dxa"/>
          </w:tcPr>
          <w:p w14:paraId="4A15F04B" w14:textId="77777777" w:rsidR="00717372" w:rsidRDefault="00717372"/>
        </w:tc>
      </w:tr>
    </w:tbl>
    <w:p w14:paraId="753096D0" w14:textId="77777777" w:rsidR="00717372" w:rsidRDefault="009B3D27">
      <w:r>
        <w:rPr>
          <w:b/>
          <w:color w:val="8E24AA"/>
          <w:sz w:val="28"/>
        </w:rPr>
        <w:t>2. Dictionnaire WBS — Fiches (à dupliquer)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5090"/>
        <w:gridCol w:w="5090"/>
      </w:tblGrid>
      <w:tr w:rsidR="00717372" w14:paraId="534F2A73" w14:textId="77777777">
        <w:trPr>
          <w:jc w:val="center"/>
        </w:trPr>
        <w:tc>
          <w:tcPr>
            <w:tcW w:w="5090" w:type="dxa"/>
            <w:shd w:val="clear" w:color="auto" w:fill="6A1B9A"/>
            <w:vAlign w:val="center"/>
          </w:tcPr>
          <w:p w14:paraId="6416B00F" w14:textId="77777777" w:rsidR="00717372" w:rsidRDefault="009B3D27">
            <w:r>
              <w:t>Fiche WBS — Lot de travail #1</w:t>
            </w:r>
          </w:p>
        </w:tc>
        <w:tc>
          <w:tcPr>
            <w:tcW w:w="5090" w:type="dxa"/>
            <w:shd w:val="clear" w:color="auto" w:fill="6A1B9A"/>
            <w:vAlign w:val="center"/>
          </w:tcPr>
          <w:p w14:paraId="556D0B16" w14:textId="77777777" w:rsidR="00717372" w:rsidRDefault="009B3D27">
            <w:r>
              <w:t xml:space="preserve">Statut (Planifié / En cours / </w:t>
            </w:r>
            <w:r>
              <w:t>Bloqué / Terminé)</w:t>
            </w:r>
          </w:p>
        </w:tc>
      </w:tr>
      <w:tr w:rsidR="00717372" w14:paraId="1A69DAF8" w14:textId="77777777">
        <w:trPr>
          <w:jc w:val="center"/>
        </w:trPr>
        <w:tc>
          <w:tcPr>
            <w:tcW w:w="5090" w:type="dxa"/>
            <w:shd w:val="clear" w:color="auto" w:fill="F3E5F5"/>
          </w:tcPr>
          <w:p w14:paraId="1F1C675B" w14:textId="77777777" w:rsidR="00717372" w:rsidRDefault="009B3D27">
            <w:r>
              <w:t>ID WBS</w:t>
            </w:r>
          </w:p>
        </w:tc>
        <w:tc>
          <w:tcPr>
            <w:tcW w:w="5090" w:type="dxa"/>
          </w:tcPr>
          <w:p w14:paraId="1FB5BEEA" w14:textId="77777777" w:rsidR="00717372" w:rsidRDefault="009B3D27">
            <w:r>
              <w:t>1.1.1</w:t>
            </w:r>
          </w:p>
        </w:tc>
      </w:tr>
      <w:tr w:rsidR="00717372" w14:paraId="0A37FCA2" w14:textId="77777777">
        <w:trPr>
          <w:jc w:val="center"/>
        </w:trPr>
        <w:tc>
          <w:tcPr>
            <w:tcW w:w="5090" w:type="dxa"/>
            <w:shd w:val="clear" w:color="auto" w:fill="F3E5F5"/>
          </w:tcPr>
          <w:p w14:paraId="6A022C44" w14:textId="77777777" w:rsidR="00717372" w:rsidRDefault="009B3D27">
            <w:r>
              <w:t>Intitulé</w:t>
            </w:r>
          </w:p>
        </w:tc>
        <w:tc>
          <w:tcPr>
            <w:tcW w:w="5090" w:type="dxa"/>
          </w:tcPr>
          <w:p w14:paraId="7069142D" w14:textId="77777777" w:rsidR="00717372" w:rsidRDefault="009B3D27">
            <w:r>
              <w:t>Atelier exigences</w:t>
            </w:r>
          </w:p>
        </w:tc>
      </w:tr>
      <w:tr w:rsidR="00717372" w14:paraId="7CEDB055" w14:textId="77777777">
        <w:trPr>
          <w:jc w:val="center"/>
        </w:trPr>
        <w:tc>
          <w:tcPr>
            <w:tcW w:w="5090" w:type="dxa"/>
            <w:shd w:val="clear" w:color="auto" w:fill="F3E5F5"/>
          </w:tcPr>
          <w:p w14:paraId="20E3971D" w14:textId="77777777" w:rsidR="00717372" w:rsidRDefault="009B3D27">
            <w:r>
              <w:t>Description détaillée</w:t>
            </w:r>
          </w:p>
        </w:tc>
        <w:tc>
          <w:tcPr>
            <w:tcW w:w="5090" w:type="dxa"/>
          </w:tcPr>
          <w:p w14:paraId="5628F938" w14:textId="77777777" w:rsidR="00717372" w:rsidRDefault="009B3D27">
            <w:r>
              <w:t>Recueillir, clarifier et valider les exigences fonctionnelles et non fonctionnelles.</w:t>
            </w:r>
          </w:p>
        </w:tc>
      </w:tr>
      <w:tr w:rsidR="00717372" w14:paraId="61378BD0" w14:textId="77777777">
        <w:trPr>
          <w:jc w:val="center"/>
        </w:trPr>
        <w:tc>
          <w:tcPr>
            <w:tcW w:w="5090" w:type="dxa"/>
            <w:shd w:val="clear" w:color="auto" w:fill="F3E5F5"/>
          </w:tcPr>
          <w:p w14:paraId="4592A8A9" w14:textId="77777777" w:rsidR="00717372" w:rsidRDefault="009B3D27">
            <w:r>
              <w:t>Livrables</w:t>
            </w:r>
          </w:p>
        </w:tc>
        <w:tc>
          <w:tcPr>
            <w:tcW w:w="5090" w:type="dxa"/>
          </w:tcPr>
          <w:p w14:paraId="265D37EF" w14:textId="77777777" w:rsidR="00717372" w:rsidRDefault="009B3D27">
            <w:r>
              <w:t>Backlog validé ; Compte rendu ; Matrice de traçabilité initiale</w:t>
            </w:r>
          </w:p>
        </w:tc>
      </w:tr>
      <w:tr w:rsidR="00717372" w14:paraId="46F631F7" w14:textId="77777777">
        <w:trPr>
          <w:jc w:val="center"/>
        </w:trPr>
        <w:tc>
          <w:tcPr>
            <w:tcW w:w="5090" w:type="dxa"/>
            <w:shd w:val="clear" w:color="auto" w:fill="F3E5F5"/>
          </w:tcPr>
          <w:p w14:paraId="2AFB890C" w14:textId="77777777" w:rsidR="00717372" w:rsidRDefault="009B3D27">
            <w:r>
              <w:lastRenderedPageBreak/>
              <w:t>Critères d’acceptation</w:t>
            </w:r>
          </w:p>
        </w:tc>
        <w:tc>
          <w:tcPr>
            <w:tcW w:w="5090" w:type="dxa"/>
          </w:tcPr>
          <w:p w14:paraId="0EC56D13" w14:textId="77777777" w:rsidR="00717372" w:rsidRDefault="009B3D27">
            <w:r>
              <w:t>Exigences SMART ; Validation sponsor/PO</w:t>
            </w:r>
          </w:p>
        </w:tc>
      </w:tr>
      <w:tr w:rsidR="00717372" w14:paraId="0B3760A3" w14:textId="77777777">
        <w:trPr>
          <w:jc w:val="center"/>
        </w:trPr>
        <w:tc>
          <w:tcPr>
            <w:tcW w:w="5090" w:type="dxa"/>
            <w:shd w:val="clear" w:color="auto" w:fill="F3E5F5"/>
          </w:tcPr>
          <w:p w14:paraId="6DE7B62E" w14:textId="77777777" w:rsidR="00717372" w:rsidRDefault="009B3D27">
            <w:r>
              <w:t>RACI</w:t>
            </w:r>
          </w:p>
        </w:tc>
        <w:tc>
          <w:tcPr>
            <w:tcW w:w="5090" w:type="dxa"/>
          </w:tcPr>
          <w:p w14:paraId="6D4500AA" w14:textId="77777777" w:rsidR="00717372" w:rsidRDefault="009B3D27">
            <w:r>
              <w:t>R: Nom, Prénom ; A: Sponsor ; C: Métier/Qualité ; I: SI</w:t>
            </w:r>
          </w:p>
        </w:tc>
      </w:tr>
      <w:tr w:rsidR="00717372" w14:paraId="06D152C4" w14:textId="77777777">
        <w:trPr>
          <w:jc w:val="center"/>
        </w:trPr>
        <w:tc>
          <w:tcPr>
            <w:tcW w:w="5090" w:type="dxa"/>
            <w:shd w:val="clear" w:color="auto" w:fill="F3E5F5"/>
          </w:tcPr>
          <w:p w14:paraId="66830FD3" w14:textId="77777777" w:rsidR="00717372" w:rsidRDefault="009B3D27">
            <w:r>
              <w:t>Effort (J/H)</w:t>
            </w:r>
          </w:p>
        </w:tc>
        <w:tc>
          <w:tcPr>
            <w:tcW w:w="5090" w:type="dxa"/>
          </w:tcPr>
          <w:p w14:paraId="4D02FDD9" w14:textId="77777777" w:rsidR="00717372" w:rsidRDefault="009B3D27">
            <w:r>
              <w:t>16</w:t>
            </w:r>
          </w:p>
        </w:tc>
      </w:tr>
      <w:tr w:rsidR="00717372" w14:paraId="03245FF9" w14:textId="77777777">
        <w:trPr>
          <w:jc w:val="center"/>
        </w:trPr>
        <w:tc>
          <w:tcPr>
            <w:tcW w:w="5090" w:type="dxa"/>
            <w:shd w:val="clear" w:color="auto" w:fill="F3E5F5"/>
          </w:tcPr>
          <w:p w14:paraId="2760D005" w14:textId="77777777" w:rsidR="00717372" w:rsidRDefault="009B3D27">
            <w:r>
              <w:t>Dépendances / Risques</w:t>
            </w:r>
          </w:p>
        </w:tc>
        <w:tc>
          <w:tcPr>
            <w:tcW w:w="5090" w:type="dxa"/>
          </w:tcPr>
          <w:p w14:paraId="481906BD" w14:textId="77777777" w:rsidR="00717372" w:rsidRDefault="009B3D27">
            <w:r>
              <w:t>Charte approuvée ; disponibilités métier</w:t>
            </w:r>
          </w:p>
        </w:tc>
      </w:tr>
    </w:tbl>
    <w:p w14:paraId="258288BC" w14:textId="77777777" w:rsidR="00717372" w:rsidRDefault="00717372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5090"/>
        <w:gridCol w:w="5090"/>
      </w:tblGrid>
      <w:tr w:rsidR="00717372" w14:paraId="48BB936E" w14:textId="77777777">
        <w:trPr>
          <w:jc w:val="center"/>
        </w:trPr>
        <w:tc>
          <w:tcPr>
            <w:tcW w:w="5090" w:type="dxa"/>
            <w:shd w:val="clear" w:color="auto" w:fill="6A1B9A"/>
            <w:vAlign w:val="center"/>
          </w:tcPr>
          <w:p w14:paraId="1BC44D66" w14:textId="77777777" w:rsidR="00717372" w:rsidRDefault="009B3D27">
            <w:r>
              <w:t>Fiche WBS — Lot de travail #2</w:t>
            </w:r>
          </w:p>
        </w:tc>
        <w:tc>
          <w:tcPr>
            <w:tcW w:w="5090" w:type="dxa"/>
            <w:shd w:val="clear" w:color="auto" w:fill="6A1B9A"/>
            <w:vAlign w:val="center"/>
          </w:tcPr>
          <w:p w14:paraId="54D9F5E7" w14:textId="77777777" w:rsidR="00717372" w:rsidRDefault="009B3D27">
            <w:r>
              <w:t xml:space="preserve">Statut </w:t>
            </w:r>
            <w:r>
              <w:t>(Planifié / En cours / Bloqué / Terminé)</w:t>
            </w:r>
          </w:p>
        </w:tc>
      </w:tr>
      <w:tr w:rsidR="00717372" w14:paraId="6E33AF92" w14:textId="77777777">
        <w:trPr>
          <w:jc w:val="center"/>
        </w:trPr>
        <w:tc>
          <w:tcPr>
            <w:tcW w:w="5090" w:type="dxa"/>
            <w:shd w:val="clear" w:color="auto" w:fill="F3E5F5"/>
          </w:tcPr>
          <w:p w14:paraId="5F13CE1B" w14:textId="77777777" w:rsidR="00717372" w:rsidRDefault="009B3D27">
            <w:r>
              <w:t>ID WBS</w:t>
            </w:r>
          </w:p>
        </w:tc>
        <w:tc>
          <w:tcPr>
            <w:tcW w:w="5090" w:type="dxa"/>
          </w:tcPr>
          <w:p w14:paraId="15D6D846" w14:textId="77777777" w:rsidR="00717372" w:rsidRDefault="00717372"/>
        </w:tc>
      </w:tr>
      <w:tr w:rsidR="00717372" w14:paraId="15E78A0D" w14:textId="77777777">
        <w:trPr>
          <w:jc w:val="center"/>
        </w:trPr>
        <w:tc>
          <w:tcPr>
            <w:tcW w:w="5090" w:type="dxa"/>
            <w:shd w:val="clear" w:color="auto" w:fill="F3E5F5"/>
          </w:tcPr>
          <w:p w14:paraId="4FE37271" w14:textId="77777777" w:rsidR="00717372" w:rsidRDefault="009B3D27">
            <w:r>
              <w:t>Intitulé</w:t>
            </w:r>
          </w:p>
        </w:tc>
        <w:tc>
          <w:tcPr>
            <w:tcW w:w="5090" w:type="dxa"/>
          </w:tcPr>
          <w:p w14:paraId="63AA435F" w14:textId="77777777" w:rsidR="00717372" w:rsidRDefault="00717372"/>
        </w:tc>
      </w:tr>
      <w:tr w:rsidR="00717372" w14:paraId="597AAC04" w14:textId="77777777">
        <w:trPr>
          <w:jc w:val="center"/>
        </w:trPr>
        <w:tc>
          <w:tcPr>
            <w:tcW w:w="5090" w:type="dxa"/>
            <w:shd w:val="clear" w:color="auto" w:fill="F3E5F5"/>
          </w:tcPr>
          <w:p w14:paraId="6EA7D5D5" w14:textId="77777777" w:rsidR="00717372" w:rsidRDefault="009B3D27">
            <w:r>
              <w:t>Description détaillée</w:t>
            </w:r>
          </w:p>
        </w:tc>
        <w:tc>
          <w:tcPr>
            <w:tcW w:w="5090" w:type="dxa"/>
          </w:tcPr>
          <w:p w14:paraId="37C346AA" w14:textId="77777777" w:rsidR="00717372" w:rsidRDefault="00717372"/>
        </w:tc>
      </w:tr>
      <w:tr w:rsidR="00717372" w14:paraId="04135132" w14:textId="77777777">
        <w:trPr>
          <w:jc w:val="center"/>
        </w:trPr>
        <w:tc>
          <w:tcPr>
            <w:tcW w:w="5090" w:type="dxa"/>
            <w:shd w:val="clear" w:color="auto" w:fill="F3E5F5"/>
          </w:tcPr>
          <w:p w14:paraId="52260180" w14:textId="77777777" w:rsidR="00717372" w:rsidRDefault="009B3D27">
            <w:r>
              <w:t>Livrables</w:t>
            </w:r>
          </w:p>
        </w:tc>
        <w:tc>
          <w:tcPr>
            <w:tcW w:w="5090" w:type="dxa"/>
          </w:tcPr>
          <w:p w14:paraId="1714627F" w14:textId="77777777" w:rsidR="00717372" w:rsidRDefault="00717372"/>
        </w:tc>
      </w:tr>
      <w:tr w:rsidR="00717372" w14:paraId="2F4113DB" w14:textId="77777777">
        <w:trPr>
          <w:jc w:val="center"/>
        </w:trPr>
        <w:tc>
          <w:tcPr>
            <w:tcW w:w="5090" w:type="dxa"/>
            <w:shd w:val="clear" w:color="auto" w:fill="F3E5F5"/>
          </w:tcPr>
          <w:p w14:paraId="741EA156" w14:textId="77777777" w:rsidR="00717372" w:rsidRDefault="009B3D27">
            <w:r>
              <w:t>Critères d’acceptation</w:t>
            </w:r>
          </w:p>
        </w:tc>
        <w:tc>
          <w:tcPr>
            <w:tcW w:w="5090" w:type="dxa"/>
          </w:tcPr>
          <w:p w14:paraId="56204698" w14:textId="77777777" w:rsidR="00717372" w:rsidRDefault="00717372"/>
        </w:tc>
      </w:tr>
      <w:tr w:rsidR="00717372" w14:paraId="06A74BF3" w14:textId="77777777">
        <w:trPr>
          <w:jc w:val="center"/>
        </w:trPr>
        <w:tc>
          <w:tcPr>
            <w:tcW w:w="5090" w:type="dxa"/>
            <w:shd w:val="clear" w:color="auto" w:fill="F3E5F5"/>
          </w:tcPr>
          <w:p w14:paraId="6EA37BD7" w14:textId="77777777" w:rsidR="00717372" w:rsidRDefault="009B3D27">
            <w:r>
              <w:t>RACI</w:t>
            </w:r>
          </w:p>
        </w:tc>
        <w:tc>
          <w:tcPr>
            <w:tcW w:w="5090" w:type="dxa"/>
          </w:tcPr>
          <w:p w14:paraId="10D2EBA8" w14:textId="77777777" w:rsidR="00717372" w:rsidRDefault="00717372"/>
        </w:tc>
      </w:tr>
      <w:tr w:rsidR="00717372" w14:paraId="34B10ACD" w14:textId="77777777">
        <w:trPr>
          <w:jc w:val="center"/>
        </w:trPr>
        <w:tc>
          <w:tcPr>
            <w:tcW w:w="5090" w:type="dxa"/>
            <w:shd w:val="clear" w:color="auto" w:fill="F3E5F5"/>
          </w:tcPr>
          <w:p w14:paraId="5B195A6E" w14:textId="77777777" w:rsidR="00717372" w:rsidRDefault="009B3D27">
            <w:r>
              <w:t>Effort (J/H)</w:t>
            </w:r>
          </w:p>
        </w:tc>
        <w:tc>
          <w:tcPr>
            <w:tcW w:w="5090" w:type="dxa"/>
          </w:tcPr>
          <w:p w14:paraId="76AF0DCB" w14:textId="77777777" w:rsidR="00717372" w:rsidRDefault="00717372"/>
        </w:tc>
      </w:tr>
      <w:tr w:rsidR="00717372" w14:paraId="784D495C" w14:textId="77777777">
        <w:trPr>
          <w:jc w:val="center"/>
        </w:trPr>
        <w:tc>
          <w:tcPr>
            <w:tcW w:w="5090" w:type="dxa"/>
            <w:shd w:val="clear" w:color="auto" w:fill="F3E5F5"/>
          </w:tcPr>
          <w:p w14:paraId="06F81D3D" w14:textId="77777777" w:rsidR="00717372" w:rsidRDefault="009B3D27">
            <w:r>
              <w:t>Dépendances / Risques</w:t>
            </w:r>
          </w:p>
        </w:tc>
        <w:tc>
          <w:tcPr>
            <w:tcW w:w="5090" w:type="dxa"/>
          </w:tcPr>
          <w:p w14:paraId="77865A90" w14:textId="77777777" w:rsidR="00717372" w:rsidRDefault="00717372"/>
        </w:tc>
      </w:tr>
    </w:tbl>
    <w:p w14:paraId="480442C9" w14:textId="77777777" w:rsidR="00717372" w:rsidRDefault="00717372"/>
    <w:p w14:paraId="6682F64E" w14:textId="77777777" w:rsidR="00717372" w:rsidRDefault="009B3D27">
      <w:r>
        <w:rPr>
          <w:b/>
          <w:color w:val="1B5E20"/>
          <w:sz w:val="28"/>
        </w:rPr>
        <w:t>3. Matrice RACI (éléments WBS × rôles)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442"/>
        <w:gridCol w:w="1515"/>
        <w:gridCol w:w="1448"/>
        <w:gridCol w:w="1445"/>
        <w:gridCol w:w="1447"/>
        <w:gridCol w:w="1446"/>
        <w:gridCol w:w="1438"/>
      </w:tblGrid>
      <w:tr w:rsidR="00717372" w14:paraId="567C6B7C" w14:textId="77777777">
        <w:trPr>
          <w:jc w:val="center"/>
        </w:trPr>
        <w:tc>
          <w:tcPr>
            <w:tcW w:w="1454" w:type="dxa"/>
            <w:shd w:val="clear" w:color="auto" w:fill="2E7D32"/>
            <w:vAlign w:val="center"/>
          </w:tcPr>
          <w:p w14:paraId="492FEDA5" w14:textId="77777777" w:rsidR="00717372" w:rsidRDefault="009B3D27">
            <w:r>
              <w:rPr>
                <w:b/>
                <w:color w:val="FFFFFF"/>
              </w:rPr>
              <w:t>ID WBS</w:t>
            </w:r>
          </w:p>
        </w:tc>
        <w:tc>
          <w:tcPr>
            <w:tcW w:w="1454" w:type="dxa"/>
            <w:shd w:val="clear" w:color="auto" w:fill="2E7D32"/>
            <w:vAlign w:val="center"/>
          </w:tcPr>
          <w:p w14:paraId="4EBCAE94" w14:textId="77777777" w:rsidR="00717372" w:rsidRDefault="009B3D27">
            <w:r>
              <w:rPr>
                <w:b/>
                <w:color w:val="FFFFFF"/>
              </w:rPr>
              <w:t>Intitulé</w:t>
            </w:r>
          </w:p>
        </w:tc>
        <w:tc>
          <w:tcPr>
            <w:tcW w:w="1454" w:type="dxa"/>
            <w:shd w:val="clear" w:color="auto" w:fill="2E7D32"/>
            <w:vAlign w:val="center"/>
          </w:tcPr>
          <w:p w14:paraId="3782433A" w14:textId="77777777" w:rsidR="00717372" w:rsidRDefault="009B3D27">
            <w:r>
              <w:rPr>
                <w:b/>
                <w:color w:val="FFFFFF"/>
              </w:rPr>
              <w:t>Sponsor</w:t>
            </w:r>
          </w:p>
        </w:tc>
        <w:tc>
          <w:tcPr>
            <w:tcW w:w="1454" w:type="dxa"/>
            <w:shd w:val="clear" w:color="auto" w:fill="2E7D32"/>
            <w:vAlign w:val="center"/>
          </w:tcPr>
          <w:p w14:paraId="1B59CB49" w14:textId="77777777" w:rsidR="00717372" w:rsidRDefault="009B3D27">
            <w:r>
              <w:rPr>
                <w:b/>
                <w:color w:val="FFFFFF"/>
              </w:rPr>
              <w:t>Chef de projet</w:t>
            </w:r>
          </w:p>
        </w:tc>
        <w:tc>
          <w:tcPr>
            <w:tcW w:w="1454" w:type="dxa"/>
            <w:shd w:val="clear" w:color="auto" w:fill="2E7D32"/>
            <w:vAlign w:val="center"/>
          </w:tcPr>
          <w:p w14:paraId="5ED8605F" w14:textId="77777777" w:rsidR="00717372" w:rsidRDefault="009B3D27">
            <w:r>
              <w:rPr>
                <w:b/>
                <w:color w:val="FFFFFF"/>
              </w:rPr>
              <w:t>Qualité</w:t>
            </w:r>
          </w:p>
        </w:tc>
        <w:tc>
          <w:tcPr>
            <w:tcW w:w="1454" w:type="dxa"/>
            <w:shd w:val="clear" w:color="auto" w:fill="2E7D32"/>
            <w:vAlign w:val="center"/>
          </w:tcPr>
          <w:p w14:paraId="2DF606D6" w14:textId="77777777" w:rsidR="00717372" w:rsidRDefault="009B3D27">
            <w:r>
              <w:rPr>
                <w:b/>
                <w:color w:val="FFFFFF"/>
              </w:rPr>
              <w:t>Métier</w:t>
            </w:r>
          </w:p>
        </w:tc>
        <w:tc>
          <w:tcPr>
            <w:tcW w:w="1454" w:type="dxa"/>
            <w:shd w:val="clear" w:color="auto" w:fill="2E7D32"/>
            <w:vAlign w:val="center"/>
          </w:tcPr>
          <w:p w14:paraId="52710FEA" w14:textId="77777777" w:rsidR="00717372" w:rsidRDefault="009B3D27">
            <w:r>
              <w:rPr>
                <w:b/>
                <w:color w:val="FFFFFF"/>
              </w:rPr>
              <w:t>SI</w:t>
            </w:r>
          </w:p>
        </w:tc>
      </w:tr>
      <w:tr w:rsidR="00717372" w14:paraId="3199EDE6" w14:textId="77777777">
        <w:trPr>
          <w:jc w:val="center"/>
        </w:trPr>
        <w:tc>
          <w:tcPr>
            <w:tcW w:w="1454" w:type="dxa"/>
          </w:tcPr>
          <w:p w14:paraId="7E3447F7" w14:textId="77777777" w:rsidR="00717372" w:rsidRDefault="009B3D27">
            <w:r>
              <w:t>1.2.1</w:t>
            </w:r>
          </w:p>
        </w:tc>
        <w:tc>
          <w:tcPr>
            <w:tcW w:w="1454" w:type="dxa"/>
          </w:tcPr>
          <w:p w14:paraId="36B9B95B" w14:textId="77777777" w:rsidR="00717372" w:rsidRDefault="009B3D27">
            <w:r>
              <w:t>Spécifications techniques</w:t>
            </w:r>
          </w:p>
        </w:tc>
        <w:tc>
          <w:tcPr>
            <w:tcW w:w="1454" w:type="dxa"/>
          </w:tcPr>
          <w:p w14:paraId="0E089DD2" w14:textId="77777777" w:rsidR="00717372" w:rsidRDefault="00717372"/>
        </w:tc>
        <w:tc>
          <w:tcPr>
            <w:tcW w:w="1454" w:type="dxa"/>
          </w:tcPr>
          <w:p w14:paraId="7B9B38E2" w14:textId="77777777" w:rsidR="00717372" w:rsidRDefault="00717372"/>
        </w:tc>
        <w:tc>
          <w:tcPr>
            <w:tcW w:w="1454" w:type="dxa"/>
          </w:tcPr>
          <w:p w14:paraId="0CE22DC4" w14:textId="77777777" w:rsidR="00717372" w:rsidRDefault="00717372"/>
        </w:tc>
        <w:tc>
          <w:tcPr>
            <w:tcW w:w="1454" w:type="dxa"/>
          </w:tcPr>
          <w:p w14:paraId="5C026ED3" w14:textId="77777777" w:rsidR="00717372" w:rsidRDefault="00717372"/>
        </w:tc>
        <w:tc>
          <w:tcPr>
            <w:tcW w:w="1454" w:type="dxa"/>
          </w:tcPr>
          <w:p w14:paraId="64627E73" w14:textId="77777777" w:rsidR="00717372" w:rsidRDefault="00717372"/>
        </w:tc>
      </w:tr>
      <w:tr w:rsidR="00717372" w14:paraId="749B53BC" w14:textId="77777777">
        <w:trPr>
          <w:jc w:val="center"/>
        </w:trPr>
        <w:tc>
          <w:tcPr>
            <w:tcW w:w="1454" w:type="dxa"/>
            <w:shd w:val="clear" w:color="auto" w:fill="E8F5E9"/>
          </w:tcPr>
          <w:p w14:paraId="79486E83" w14:textId="77777777" w:rsidR="00717372" w:rsidRDefault="00717372"/>
        </w:tc>
        <w:tc>
          <w:tcPr>
            <w:tcW w:w="1454" w:type="dxa"/>
            <w:shd w:val="clear" w:color="auto" w:fill="E8F5E9"/>
          </w:tcPr>
          <w:p w14:paraId="6AC48F3F" w14:textId="77777777" w:rsidR="00717372" w:rsidRDefault="00717372"/>
        </w:tc>
        <w:tc>
          <w:tcPr>
            <w:tcW w:w="1454" w:type="dxa"/>
            <w:shd w:val="clear" w:color="auto" w:fill="E8F5E9"/>
          </w:tcPr>
          <w:p w14:paraId="11B8673D" w14:textId="77777777" w:rsidR="00717372" w:rsidRDefault="00717372"/>
        </w:tc>
        <w:tc>
          <w:tcPr>
            <w:tcW w:w="1454" w:type="dxa"/>
            <w:shd w:val="clear" w:color="auto" w:fill="E8F5E9"/>
          </w:tcPr>
          <w:p w14:paraId="6A5D52AB" w14:textId="77777777" w:rsidR="00717372" w:rsidRDefault="00717372"/>
        </w:tc>
        <w:tc>
          <w:tcPr>
            <w:tcW w:w="1454" w:type="dxa"/>
            <w:shd w:val="clear" w:color="auto" w:fill="E8F5E9"/>
          </w:tcPr>
          <w:p w14:paraId="19395D37" w14:textId="77777777" w:rsidR="00717372" w:rsidRDefault="00717372"/>
        </w:tc>
        <w:tc>
          <w:tcPr>
            <w:tcW w:w="1454" w:type="dxa"/>
            <w:shd w:val="clear" w:color="auto" w:fill="E8F5E9"/>
          </w:tcPr>
          <w:p w14:paraId="48B9BA75" w14:textId="77777777" w:rsidR="00717372" w:rsidRDefault="00717372"/>
        </w:tc>
        <w:tc>
          <w:tcPr>
            <w:tcW w:w="1454" w:type="dxa"/>
            <w:shd w:val="clear" w:color="auto" w:fill="E8F5E9"/>
          </w:tcPr>
          <w:p w14:paraId="1832EC2E" w14:textId="77777777" w:rsidR="00717372" w:rsidRDefault="00717372"/>
        </w:tc>
      </w:tr>
      <w:tr w:rsidR="00717372" w14:paraId="5545D3D3" w14:textId="77777777">
        <w:trPr>
          <w:jc w:val="center"/>
        </w:trPr>
        <w:tc>
          <w:tcPr>
            <w:tcW w:w="1454" w:type="dxa"/>
          </w:tcPr>
          <w:p w14:paraId="05E847E4" w14:textId="77777777" w:rsidR="00717372" w:rsidRDefault="00717372"/>
        </w:tc>
        <w:tc>
          <w:tcPr>
            <w:tcW w:w="1454" w:type="dxa"/>
          </w:tcPr>
          <w:p w14:paraId="3B1A9B38" w14:textId="77777777" w:rsidR="00717372" w:rsidRDefault="00717372"/>
        </w:tc>
        <w:tc>
          <w:tcPr>
            <w:tcW w:w="1454" w:type="dxa"/>
          </w:tcPr>
          <w:p w14:paraId="06C17F53" w14:textId="77777777" w:rsidR="00717372" w:rsidRDefault="00717372"/>
        </w:tc>
        <w:tc>
          <w:tcPr>
            <w:tcW w:w="1454" w:type="dxa"/>
          </w:tcPr>
          <w:p w14:paraId="483E4DAC" w14:textId="77777777" w:rsidR="00717372" w:rsidRDefault="00717372"/>
        </w:tc>
        <w:tc>
          <w:tcPr>
            <w:tcW w:w="1454" w:type="dxa"/>
          </w:tcPr>
          <w:p w14:paraId="19369402" w14:textId="77777777" w:rsidR="00717372" w:rsidRDefault="00717372"/>
        </w:tc>
        <w:tc>
          <w:tcPr>
            <w:tcW w:w="1454" w:type="dxa"/>
          </w:tcPr>
          <w:p w14:paraId="5DD8C001" w14:textId="77777777" w:rsidR="00717372" w:rsidRDefault="00717372"/>
        </w:tc>
        <w:tc>
          <w:tcPr>
            <w:tcW w:w="1454" w:type="dxa"/>
          </w:tcPr>
          <w:p w14:paraId="5F4AD7CE" w14:textId="77777777" w:rsidR="00717372" w:rsidRDefault="00717372"/>
        </w:tc>
      </w:tr>
      <w:tr w:rsidR="00717372" w14:paraId="715818F9" w14:textId="77777777">
        <w:trPr>
          <w:jc w:val="center"/>
        </w:trPr>
        <w:tc>
          <w:tcPr>
            <w:tcW w:w="1454" w:type="dxa"/>
            <w:shd w:val="clear" w:color="auto" w:fill="E8F5E9"/>
          </w:tcPr>
          <w:p w14:paraId="72DC2542" w14:textId="77777777" w:rsidR="00717372" w:rsidRDefault="00717372"/>
        </w:tc>
        <w:tc>
          <w:tcPr>
            <w:tcW w:w="1454" w:type="dxa"/>
            <w:shd w:val="clear" w:color="auto" w:fill="E8F5E9"/>
          </w:tcPr>
          <w:p w14:paraId="028E4C7E" w14:textId="77777777" w:rsidR="00717372" w:rsidRDefault="00717372"/>
        </w:tc>
        <w:tc>
          <w:tcPr>
            <w:tcW w:w="1454" w:type="dxa"/>
            <w:shd w:val="clear" w:color="auto" w:fill="E8F5E9"/>
          </w:tcPr>
          <w:p w14:paraId="28192676" w14:textId="77777777" w:rsidR="00717372" w:rsidRDefault="00717372"/>
        </w:tc>
        <w:tc>
          <w:tcPr>
            <w:tcW w:w="1454" w:type="dxa"/>
            <w:shd w:val="clear" w:color="auto" w:fill="E8F5E9"/>
          </w:tcPr>
          <w:p w14:paraId="67E5488C" w14:textId="77777777" w:rsidR="00717372" w:rsidRDefault="00717372"/>
        </w:tc>
        <w:tc>
          <w:tcPr>
            <w:tcW w:w="1454" w:type="dxa"/>
            <w:shd w:val="clear" w:color="auto" w:fill="E8F5E9"/>
          </w:tcPr>
          <w:p w14:paraId="621CFEDF" w14:textId="77777777" w:rsidR="00717372" w:rsidRDefault="00717372"/>
        </w:tc>
        <w:tc>
          <w:tcPr>
            <w:tcW w:w="1454" w:type="dxa"/>
            <w:shd w:val="clear" w:color="auto" w:fill="E8F5E9"/>
          </w:tcPr>
          <w:p w14:paraId="0D6A8CF4" w14:textId="77777777" w:rsidR="00717372" w:rsidRDefault="00717372"/>
        </w:tc>
        <w:tc>
          <w:tcPr>
            <w:tcW w:w="1454" w:type="dxa"/>
            <w:shd w:val="clear" w:color="auto" w:fill="E8F5E9"/>
          </w:tcPr>
          <w:p w14:paraId="4BAE1B3F" w14:textId="77777777" w:rsidR="00717372" w:rsidRDefault="00717372"/>
        </w:tc>
      </w:tr>
      <w:tr w:rsidR="00717372" w14:paraId="1030E86D" w14:textId="77777777">
        <w:trPr>
          <w:jc w:val="center"/>
        </w:trPr>
        <w:tc>
          <w:tcPr>
            <w:tcW w:w="1454" w:type="dxa"/>
          </w:tcPr>
          <w:p w14:paraId="5BC30789" w14:textId="77777777" w:rsidR="00717372" w:rsidRDefault="00717372"/>
        </w:tc>
        <w:tc>
          <w:tcPr>
            <w:tcW w:w="1454" w:type="dxa"/>
          </w:tcPr>
          <w:p w14:paraId="6404EF01" w14:textId="77777777" w:rsidR="00717372" w:rsidRDefault="00717372"/>
        </w:tc>
        <w:tc>
          <w:tcPr>
            <w:tcW w:w="1454" w:type="dxa"/>
          </w:tcPr>
          <w:p w14:paraId="2C51EA35" w14:textId="77777777" w:rsidR="00717372" w:rsidRDefault="00717372"/>
        </w:tc>
        <w:tc>
          <w:tcPr>
            <w:tcW w:w="1454" w:type="dxa"/>
          </w:tcPr>
          <w:p w14:paraId="5D92BBDC" w14:textId="77777777" w:rsidR="00717372" w:rsidRDefault="00717372"/>
        </w:tc>
        <w:tc>
          <w:tcPr>
            <w:tcW w:w="1454" w:type="dxa"/>
          </w:tcPr>
          <w:p w14:paraId="613DC122" w14:textId="77777777" w:rsidR="00717372" w:rsidRDefault="00717372"/>
        </w:tc>
        <w:tc>
          <w:tcPr>
            <w:tcW w:w="1454" w:type="dxa"/>
          </w:tcPr>
          <w:p w14:paraId="192729DE" w14:textId="77777777" w:rsidR="00717372" w:rsidRDefault="00717372"/>
        </w:tc>
        <w:tc>
          <w:tcPr>
            <w:tcW w:w="1454" w:type="dxa"/>
          </w:tcPr>
          <w:p w14:paraId="0E7DEE70" w14:textId="77777777" w:rsidR="00717372" w:rsidRDefault="00717372"/>
        </w:tc>
      </w:tr>
      <w:tr w:rsidR="00717372" w14:paraId="5093CF1F" w14:textId="77777777">
        <w:trPr>
          <w:jc w:val="center"/>
        </w:trPr>
        <w:tc>
          <w:tcPr>
            <w:tcW w:w="1454" w:type="dxa"/>
            <w:shd w:val="clear" w:color="auto" w:fill="E8F5E9"/>
          </w:tcPr>
          <w:p w14:paraId="3F5157BE" w14:textId="77777777" w:rsidR="00717372" w:rsidRDefault="00717372"/>
        </w:tc>
        <w:tc>
          <w:tcPr>
            <w:tcW w:w="1454" w:type="dxa"/>
            <w:shd w:val="clear" w:color="auto" w:fill="E8F5E9"/>
          </w:tcPr>
          <w:p w14:paraId="2E9FEC11" w14:textId="77777777" w:rsidR="00717372" w:rsidRDefault="00717372"/>
        </w:tc>
        <w:tc>
          <w:tcPr>
            <w:tcW w:w="1454" w:type="dxa"/>
            <w:shd w:val="clear" w:color="auto" w:fill="E8F5E9"/>
          </w:tcPr>
          <w:p w14:paraId="48300C10" w14:textId="77777777" w:rsidR="00717372" w:rsidRDefault="00717372"/>
        </w:tc>
        <w:tc>
          <w:tcPr>
            <w:tcW w:w="1454" w:type="dxa"/>
            <w:shd w:val="clear" w:color="auto" w:fill="E8F5E9"/>
          </w:tcPr>
          <w:p w14:paraId="764B8B04" w14:textId="77777777" w:rsidR="00717372" w:rsidRDefault="00717372"/>
        </w:tc>
        <w:tc>
          <w:tcPr>
            <w:tcW w:w="1454" w:type="dxa"/>
            <w:shd w:val="clear" w:color="auto" w:fill="E8F5E9"/>
          </w:tcPr>
          <w:p w14:paraId="4B21040D" w14:textId="77777777" w:rsidR="00717372" w:rsidRDefault="00717372"/>
        </w:tc>
        <w:tc>
          <w:tcPr>
            <w:tcW w:w="1454" w:type="dxa"/>
            <w:shd w:val="clear" w:color="auto" w:fill="E8F5E9"/>
          </w:tcPr>
          <w:p w14:paraId="4CA53A44" w14:textId="77777777" w:rsidR="00717372" w:rsidRDefault="00717372"/>
        </w:tc>
        <w:tc>
          <w:tcPr>
            <w:tcW w:w="1454" w:type="dxa"/>
            <w:shd w:val="clear" w:color="auto" w:fill="E8F5E9"/>
          </w:tcPr>
          <w:p w14:paraId="79B930D8" w14:textId="77777777" w:rsidR="00717372" w:rsidRDefault="00717372"/>
        </w:tc>
      </w:tr>
      <w:tr w:rsidR="00717372" w14:paraId="5C69EE4E" w14:textId="77777777">
        <w:trPr>
          <w:jc w:val="center"/>
        </w:trPr>
        <w:tc>
          <w:tcPr>
            <w:tcW w:w="1454" w:type="dxa"/>
          </w:tcPr>
          <w:p w14:paraId="517DAD74" w14:textId="77777777" w:rsidR="00717372" w:rsidRDefault="00717372"/>
        </w:tc>
        <w:tc>
          <w:tcPr>
            <w:tcW w:w="1454" w:type="dxa"/>
          </w:tcPr>
          <w:p w14:paraId="5D742922" w14:textId="77777777" w:rsidR="00717372" w:rsidRDefault="00717372"/>
        </w:tc>
        <w:tc>
          <w:tcPr>
            <w:tcW w:w="1454" w:type="dxa"/>
          </w:tcPr>
          <w:p w14:paraId="4C5AF011" w14:textId="77777777" w:rsidR="00717372" w:rsidRDefault="00717372"/>
        </w:tc>
        <w:tc>
          <w:tcPr>
            <w:tcW w:w="1454" w:type="dxa"/>
          </w:tcPr>
          <w:p w14:paraId="57B89989" w14:textId="77777777" w:rsidR="00717372" w:rsidRDefault="00717372"/>
        </w:tc>
        <w:tc>
          <w:tcPr>
            <w:tcW w:w="1454" w:type="dxa"/>
          </w:tcPr>
          <w:p w14:paraId="5FE7030C" w14:textId="77777777" w:rsidR="00717372" w:rsidRDefault="00717372"/>
        </w:tc>
        <w:tc>
          <w:tcPr>
            <w:tcW w:w="1454" w:type="dxa"/>
          </w:tcPr>
          <w:p w14:paraId="3C6CBAE0" w14:textId="77777777" w:rsidR="00717372" w:rsidRDefault="00717372"/>
        </w:tc>
        <w:tc>
          <w:tcPr>
            <w:tcW w:w="1454" w:type="dxa"/>
          </w:tcPr>
          <w:p w14:paraId="324A0336" w14:textId="77777777" w:rsidR="00717372" w:rsidRDefault="00717372"/>
        </w:tc>
      </w:tr>
    </w:tbl>
    <w:p w14:paraId="66E80F4F" w14:textId="77777777" w:rsidR="00717372" w:rsidRDefault="009B3D27">
      <w:r>
        <w:rPr>
          <w:b/>
          <w:color w:val="EF6C00"/>
          <w:sz w:val="28"/>
        </w:rPr>
        <w:t>4. Traçabilité Exigences ↔ WBS ↔ Tests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036"/>
        <w:gridCol w:w="2036"/>
        <w:gridCol w:w="2036"/>
        <w:gridCol w:w="2036"/>
        <w:gridCol w:w="2036"/>
      </w:tblGrid>
      <w:tr w:rsidR="00717372" w14:paraId="3BF5D5CE" w14:textId="77777777">
        <w:trPr>
          <w:jc w:val="center"/>
        </w:trPr>
        <w:tc>
          <w:tcPr>
            <w:tcW w:w="2036" w:type="dxa"/>
            <w:shd w:val="clear" w:color="auto" w:fill="FB8C00"/>
            <w:vAlign w:val="center"/>
          </w:tcPr>
          <w:p w14:paraId="6FA035E5" w14:textId="77777777" w:rsidR="00717372" w:rsidRDefault="009B3D27">
            <w:r>
              <w:rPr>
                <w:b/>
                <w:color w:val="FFFFFF"/>
              </w:rPr>
              <w:t>ID Exigence</w:t>
            </w:r>
          </w:p>
        </w:tc>
        <w:tc>
          <w:tcPr>
            <w:tcW w:w="2036" w:type="dxa"/>
            <w:shd w:val="clear" w:color="auto" w:fill="FB8C00"/>
            <w:vAlign w:val="center"/>
          </w:tcPr>
          <w:p w14:paraId="7040771E" w14:textId="77777777" w:rsidR="00717372" w:rsidRDefault="009B3D27">
            <w:r>
              <w:rPr>
                <w:b/>
                <w:color w:val="FFFFFF"/>
              </w:rPr>
              <w:t>Description</w:t>
            </w:r>
          </w:p>
        </w:tc>
        <w:tc>
          <w:tcPr>
            <w:tcW w:w="2036" w:type="dxa"/>
            <w:shd w:val="clear" w:color="auto" w:fill="FB8C00"/>
            <w:vAlign w:val="center"/>
          </w:tcPr>
          <w:p w14:paraId="7426AD83" w14:textId="77777777" w:rsidR="00717372" w:rsidRDefault="009B3D27">
            <w:r>
              <w:rPr>
                <w:b/>
                <w:color w:val="FFFFFF"/>
              </w:rPr>
              <w:t>ID WBS lié</w:t>
            </w:r>
          </w:p>
        </w:tc>
        <w:tc>
          <w:tcPr>
            <w:tcW w:w="2036" w:type="dxa"/>
            <w:shd w:val="clear" w:color="auto" w:fill="FB8C00"/>
            <w:vAlign w:val="center"/>
          </w:tcPr>
          <w:p w14:paraId="0ADB5EEC" w14:textId="77777777" w:rsidR="00717372" w:rsidRDefault="009B3D27">
            <w:r>
              <w:rPr>
                <w:b/>
                <w:color w:val="FFFFFF"/>
              </w:rPr>
              <w:t>Cas de test</w:t>
            </w:r>
          </w:p>
        </w:tc>
        <w:tc>
          <w:tcPr>
            <w:tcW w:w="2036" w:type="dxa"/>
            <w:shd w:val="clear" w:color="auto" w:fill="FB8C00"/>
            <w:vAlign w:val="center"/>
          </w:tcPr>
          <w:p w14:paraId="1CD53F9B" w14:textId="77777777" w:rsidR="00717372" w:rsidRDefault="009B3D27">
            <w:r>
              <w:rPr>
                <w:b/>
                <w:color w:val="FFFFFF"/>
              </w:rPr>
              <w:t>Statut (OK/KO/N-A)</w:t>
            </w:r>
          </w:p>
        </w:tc>
      </w:tr>
      <w:tr w:rsidR="00717372" w14:paraId="099C4FFD" w14:textId="77777777">
        <w:trPr>
          <w:jc w:val="center"/>
        </w:trPr>
        <w:tc>
          <w:tcPr>
            <w:tcW w:w="2036" w:type="dxa"/>
            <w:shd w:val="clear" w:color="auto" w:fill="FFF3E0"/>
          </w:tcPr>
          <w:p w14:paraId="61181806" w14:textId="77777777" w:rsidR="00717372" w:rsidRDefault="009B3D27">
            <w:r>
              <w:t>REQ-001</w:t>
            </w:r>
          </w:p>
        </w:tc>
        <w:tc>
          <w:tcPr>
            <w:tcW w:w="2036" w:type="dxa"/>
            <w:shd w:val="clear" w:color="auto" w:fill="FFF3E0"/>
          </w:tcPr>
          <w:p w14:paraId="745E965D" w14:textId="77777777" w:rsidR="00717372" w:rsidRDefault="009B3D27">
            <w:r>
              <w:t>Traçabilité pièce par QR</w:t>
            </w:r>
          </w:p>
        </w:tc>
        <w:tc>
          <w:tcPr>
            <w:tcW w:w="2036" w:type="dxa"/>
            <w:shd w:val="clear" w:color="auto" w:fill="FFF3E0"/>
          </w:tcPr>
          <w:p w14:paraId="6BBB551C" w14:textId="77777777" w:rsidR="00717372" w:rsidRDefault="009B3D27">
            <w:r>
              <w:t>1.3.2</w:t>
            </w:r>
          </w:p>
        </w:tc>
        <w:tc>
          <w:tcPr>
            <w:tcW w:w="2036" w:type="dxa"/>
            <w:shd w:val="clear" w:color="auto" w:fill="FFF3E0"/>
          </w:tcPr>
          <w:p w14:paraId="0CBCFF99" w14:textId="77777777" w:rsidR="00717372" w:rsidRDefault="009B3D27">
            <w:r>
              <w:t>TEST-QR-01</w:t>
            </w:r>
          </w:p>
        </w:tc>
        <w:tc>
          <w:tcPr>
            <w:tcW w:w="2036" w:type="dxa"/>
            <w:shd w:val="clear" w:color="auto" w:fill="FFF3E0"/>
          </w:tcPr>
          <w:p w14:paraId="49A63DC3" w14:textId="77777777" w:rsidR="00717372" w:rsidRDefault="009B3D27">
            <w:r>
              <w:t>Planifié</w:t>
            </w:r>
          </w:p>
        </w:tc>
      </w:tr>
      <w:tr w:rsidR="00717372" w14:paraId="00F565EB" w14:textId="77777777">
        <w:trPr>
          <w:jc w:val="center"/>
        </w:trPr>
        <w:tc>
          <w:tcPr>
            <w:tcW w:w="2036" w:type="dxa"/>
          </w:tcPr>
          <w:p w14:paraId="4CB550D6" w14:textId="77777777" w:rsidR="00717372" w:rsidRDefault="009B3D27">
            <w:r>
              <w:lastRenderedPageBreak/>
              <w:t>REQ-002</w:t>
            </w:r>
          </w:p>
        </w:tc>
        <w:tc>
          <w:tcPr>
            <w:tcW w:w="2036" w:type="dxa"/>
          </w:tcPr>
          <w:p w14:paraId="62EAF6DC" w14:textId="77777777" w:rsidR="00717372" w:rsidRDefault="009B3D27">
            <w:r>
              <w:t>Rapport PDF horodaté</w:t>
            </w:r>
          </w:p>
        </w:tc>
        <w:tc>
          <w:tcPr>
            <w:tcW w:w="2036" w:type="dxa"/>
          </w:tcPr>
          <w:p w14:paraId="6B0D3CF2" w14:textId="77777777" w:rsidR="00717372" w:rsidRDefault="009B3D27">
            <w:r>
              <w:t>1.4.1</w:t>
            </w:r>
          </w:p>
        </w:tc>
        <w:tc>
          <w:tcPr>
            <w:tcW w:w="2036" w:type="dxa"/>
          </w:tcPr>
          <w:p w14:paraId="75E806BF" w14:textId="77777777" w:rsidR="00717372" w:rsidRDefault="009B3D27">
            <w:r>
              <w:t>TEST-REP-02</w:t>
            </w:r>
          </w:p>
        </w:tc>
        <w:tc>
          <w:tcPr>
            <w:tcW w:w="2036" w:type="dxa"/>
          </w:tcPr>
          <w:p w14:paraId="6157D0E2" w14:textId="77777777" w:rsidR="00717372" w:rsidRDefault="009B3D27">
            <w:r>
              <w:t>Planifié</w:t>
            </w:r>
          </w:p>
        </w:tc>
      </w:tr>
      <w:tr w:rsidR="00717372" w14:paraId="43780B96" w14:textId="77777777">
        <w:trPr>
          <w:jc w:val="center"/>
        </w:trPr>
        <w:tc>
          <w:tcPr>
            <w:tcW w:w="2036" w:type="dxa"/>
            <w:shd w:val="clear" w:color="auto" w:fill="FFF8E1"/>
          </w:tcPr>
          <w:p w14:paraId="6153867E" w14:textId="77777777" w:rsidR="00717372" w:rsidRDefault="00717372"/>
        </w:tc>
        <w:tc>
          <w:tcPr>
            <w:tcW w:w="2036" w:type="dxa"/>
            <w:shd w:val="clear" w:color="auto" w:fill="FFF8E1"/>
          </w:tcPr>
          <w:p w14:paraId="5C5B6A5D" w14:textId="77777777" w:rsidR="00717372" w:rsidRDefault="00717372"/>
        </w:tc>
        <w:tc>
          <w:tcPr>
            <w:tcW w:w="2036" w:type="dxa"/>
            <w:shd w:val="clear" w:color="auto" w:fill="FFF8E1"/>
          </w:tcPr>
          <w:p w14:paraId="3A0C47E1" w14:textId="77777777" w:rsidR="00717372" w:rsidRDefault="00717372"/>
        </w:tc>
        <w:tc>
          <w:tcPr>
            <w:tcW w:w="2036" w:type="dxa"/>
            <w:shd w:val="clear" w:color="auto" w:fill="FFF8E1"/>
          </w:tcPr>
          <w:p w14:paraId="042E5144" w14:textId="77777777" w:rsidR="00717372" w:rsidRDefault="00717372"/>
        </w:tc>
        <w:tc>
          <w:tcPr>
            <w:tcW w:w="2036" w:type="dxa"/>
            <w:shd w:val="clear" w:color="auto" w:fill="FFF8E1"/>
          </w:tcPr>
          <w:p w14:paraId="7FF05EF6" w14:textId="77777777" w:rsidR="00717372" w:rsidRDefault="00717372"/>
        </w:tc>
      </w:tr>
      <w:tr w:rsidR="00717372" w14:paraId="016337FF" w14:textId="77777777">
        <w:trPr>
          <w:jc w:val="center"/>
        </w:trPr>
        <w:tc>
          <w:tcPr>
            <w:tcW w:w="2036" w:type="dxa"/>
          </w:tcPr>
          <w:p w14:paraId="6F615C05" w14:textId="77777777" w:rsidR="00717372" w:rsidRDefault="00717372"/>
        </w:tc>
        <w:tc>
          <w:tcPr>
            <w:tcW w:w="2036" w:type="dxa"/>
          </w:tcPr>
          <w:p w14:paraId="0514268E" w14:textId="77777777" w:rsidR="00717372" w:rsidRDefault="00717372"/>
        </w:tc>
        <w:tc>
          <w:tcPr>
            <w:tcW w:w="2036" w:type="dxa"/>
          </w:tcPr>
          <w:p w14:paraId="7117B714" w14:textId="77777777" w:rsidR="00717372" w:rsidRDefault="00717372"/>
        </w:tc>
        <w:tc>
          <w:tcPr>
            <w:tcW w:w="2036" w:type="dxa"/>
          </w:tcPr>
          <w:p w14:paraId="35D75B86" w14:textId="77777777" w:rsidR="00717372" w:rsidRDefault="00717372"/>
        </w:tc>
        <w:tc>
          <w:tcPr>
            <w:tcW w:w="2036" w:type="dxa"/>
          </w:tcPr>
          <w:p w14:paraId="21DEF4D4" w14:textId="77777777" w:rsidR="00717372" w:rsidRDefault="00717372"/>
        </w:tc>
      </w:tr>
      <w:tr w:rsidR="00717372" w14:paraId="76789842" w14:textId="77777777">
        <w:trPr>
          <w:jc w:val="center"/>
        </w:trPr>
        <w:tc>
          <w:tcPr>
            <w:tcW w:w="2036" w:type="dxa"/>
            <w:shd w:val="clear" w:color="auto" w:fill="FFF8E1"/>
          </w:tcPr>
          <w:p w14:paraId="5667CFFB" w14:textId="77777777" w:rsidR="00717372" w:rsidRDefault="00717372"/>
        </w:tc>
        <w:tc>
          <w:tcPr>
            <w:tcW w:w="2036" w:type="dxa"/>
            <w:shd w:val="clear" w:color="auto" w:fill="FFF8E1"/>
          </w:tcPr>
          <w:p w14:paraId="67A2BFAD" w14:textId="77777777" w:rsidR="00717372" w:rsidRDefault="00717372"/>
        </w:tc>
        <w:tc>
          <w:tcPr>
            <w:tcW w:w="2036" w:type="dxa"/>
            <w:shd w:val="clear" w:color="auto" w:fill="FFF8E1"/>
          </w:tcPr>
          <w:p w14:paraId="69A03FF0" w14:textId="77777777" w:rsidR="00717372" w:rsidRDefault="00717372"/>
        </w:tc>
        <w:tc>
          <w:tcPr>
            <w:tcW w:w="2036" w:type="dxa"/>
            <w:shd w:val="clear" w:color="auto" w:fill="FFF8E1"/>
          </w:tcPr>
          <w:p w14:paraId="43C1D033" w14:textId="77777777" w:rsidR="00717372" w:rsidRDefault="00717372"/>
        </w:tc>
        <w:tc>
          <w:tcPr>
            <w:tcW w:w="2036" w:type="dxa"/>
            <w:shd w:val="clear" w:color="auto" w:fill="FFF8E1"/>
          </w:tcPr>
          <w:p w14:paraId="7D5D1196" w14:textId="77777777" w:rsidR="00717372" w:rsidRDefault="00717372"/>
        </w:tc>
      </w:tr>
      <w:tr w:rsidR="00717372" w14:paraId="01AA833D" w14:textId="77777777">
        <w:trPr>
          <w:jc w:val="center"/>
        </w:trPr>
        <w:tc>
          <w:tcPr>
            <w:tcW w:w="2036" w:type="dxa"/>
          </w:tcPr>
          <w:p w14:paraId="0B76040E" w14:textId="77777777" w:rsidR="00717372" w:rsidRDefault="00717372"/>
        </w:tc>
        <w:tc>
          <w:tcPr>
            <w:tcW w:w="2036" w:type="dxa"/>
          </w:tcPr>
          <w:p w14:paraId="49864C1A" w14:textId="77777777" w:rsidR="00717372" w:rsidRDefault="00717372"/>
        </w:tc>
        <w:tc>
          <w:tcPr>
            <w:tcW w:w="2036" w:type="dxa"/>
          </w:tcPr>
          <w:p w14:paraId="40225212" w14:textId="77777777" w:rsidR="00717372" w:rsidRDefault="00717372"/>
        </w:tc>
        <w:tc>
          <w:tcPr>
            <w:tcW w:w="2036" w:type="dxa"/>
          </w:tcPr>
          <w:p w14:paraId="7FB34118" w14:textId="77777777" w:rsidR="00717372" w:rsidRDefault="00717372"/>
        </w:tc>
        <w:tc>
          <w:tcPr>
            <w:tcW w:w="2036" w:type="dxa"/>
          </w:tcPr>
          <w:p w14:paraId="1AD53DA4" w14:textId="77777777" w:rsidR="00717372" w:rsidRDefault="00717372"/>
        </w:tc>
      </w:tr>
      <w:tr w:rsidR="00717372" w14:paraId="766E628C" w14:textId="77777777">
        <w:trPr>
          <w:jc w:val="center"/>
        </w:trPr>
        <w:tc>
          <w:tcPr>
            <w:tcW w:w="2036" w:type="dxa"/>
            <w:shd w:val="clear" w:color="auto" w:fill="FFF8E1"/>
          </w:tcPr>
          <w:p w14:paraId="057979A7" w14:textId="77777777" w:rsidR="00717372" w:rsidRDefault="00717372"/>
        </w:tc>
        <w:tc>
          <w:tcPr>
            <w:tcW w:w="2036" w:type="dxa"/>
            <w:shd w:val="clear" w:color="auto" w:fill="FFF8E1"/>
          </w:tcPr>
          <w:p w14:paraId="203CC1E1" w14:textId="77777777" w:rsidR="00717372" w:rsidRDefault="00717372"/>
        </w:tc>
        <w:tc>
          <w:tcPr>
            <w:tcW w:w="2036" w:type="dxa"/>
            <w:shd w:val="clear" w:color="auto" w:fill="FFF8E1"/>
          </w:tcPr>
          <w:p w14:paraId="55E6A6C6" w14:textId="77777777" w:rsidR="00717372" w:rsidRDefault="00717372"/>
        </w:tc>
        <w:tc>
          <w:tcPr>
            <w:tcW w:w="2036" w:type="dxa"/>
            <w:shd w:val="clear" w:color="auto" w:fill="FFF8E1"/>
          </w:tcPr>
          <w:p w14:paraId="0C98E6EB" w14:textId="77777777" w:rsidR="00717372" w:rsidRDefault="00717372"/>
        </w:tc>
        <w:tc>
          <w:tcPr>
            <w:tcW w:w="2036" w:type="dxa"/>
            <w:shd w:val="clear" w:color="auto" w:fill="FFF8E1"/>
          </w:tcPr>
          <w:p w14:paraId="60DF6D3B" w14:textId="77777777" w:rsidR="00717372" w:rsidRDefault="00717372"/>
        </w:tc>
      </w:tr>
      <w:tr w:rsidR="00717372" w14:paraId="0AD6E9D0" w14:textId="77777777">
        <w:trPr>
          <w:jc w:val="center"/>
        </w:trPr>
        <w:tc>
          <w:tcPr>
            <w:tcW w:w="2036" w:type="dxa"/>
          </w:tcPr>
          <w:p w14:paraId="03C78734" w14:textId="77777777" w:rsidR="00717372" w:rsidRDefault="00717372"/>
        </w:tc>
        <w:tc>
          <w:tcPr>
            <w:tcW w:w="2036" w:type="dxa"/>
          </w:tcPr>
          <w:p w14:paraId="189A9090" w14:textId="77777777" w:rsidR="00717372" w:rsidRDefault="00717372"/>
        </w:tc>
        <w:tc>
          <w:tcPr>
            <w:tcW w:w="2036" w:type="dxa"/>
          </w:tcPr>
          <w:p w14:paraId="7CA8A067" w14:textId="77777777" w:rsidR="00717372" w:rsidRDefault="00717372"/>
        </w:tc>
        <w:tc>
          <w:tcPr>
            <w:tcW w:w="2036" w:type="dxa"/>
          </w:tcPr>
          <w:p w14:paraId="6C1E832E" w14:textId="77777777" w:rsidR="00717372" w:rsidRDefault="00717372"/>
        </w:tc>
        <w:tc>
          <w:tcPr>
            <w:tcW w:w="2036" w:type="dxa"/>
          </w:tcPr>
          <w:p w14:paraId="699B6DF9" w14:textId="77777777" w:rsidR="00717372" w:rsidRDefault="00717372"/>
        </w:tc>
      </w:tr>
    </w:tbl>
    <w:p w14:paraId="71D489CE" w14:textId="77777777" w:rsidR="00717372" w:rsidRDefault="009B3D27">
      <w:r>
        <w:rPr>
          <w:b/>
          <w:color w:val="263238"/>
          <w:sz w:val="28"/>
        </w:rPr>
        <w:t>5. Checklist de complétude WBS</w:t>
      </w:r>
    </w:p>
    <w:p w14:paraId="01B79B5A" w14:textId="77777777" w:rsidR="00717372" w:rsidRDefault="009B3D27">
      <w:r>
        <w:rPr>
          <w:rFonts w:ascii="Calibri" w:hAnsi="Calibri"/>
          <w:sz w:val="21"/>
        </w:rPr>
        <w:t>☐</w:t>
      </w:r>
      <w:r>
        <w:rPr>
          <w:rFonts w:ascii="Calibri" w:hAnsi="Calibri"/>
          <w:sz w:val="21"/>
        </w:rPr>
        <w:t xml:space="preserve"> La décomposition couvre cent pour cent du périmètre sans chevauchement entre éléments de même niveau.</w:t>
      </w:r>
    </w:p>
    <w:p w14:paraId="7BCF7461" w14:textId="77777777" w:rsidR="00717372" w:rsidRDefault="009B3D27">
      <w:r>
        <w:rPr>
          <w:rFonts w:ascii="Calibri" w:hAnsi="Calibri"/>
          <w:sz w:val="21"/>
        </w:rPr>
        <w:t>☐</w:t>
      </w:r>
      <w:r>
        <w:rPr>
          <w:rFonts w:ascii="Calibri" w:hAnsi="Calibri"/>
          <w:sz w:val="21"/>
        </w:rPr>
        <w:t xml:space="preserve"> </w:t>
      </w:r>
      <w:r>
        <w:rPr>
          <w:rFonts w:ascii="Calibri" w:hAnsi="Calibri"/>
          <w:sz w:val="21"/>
        </w:rPr>
        <w:t>Chaque lot de travail possède un livrable, un critère d’acceptation et un propriétaire nommés.</w:t>
      </w:r>
    </w:p>
    <w:p w14:paraId="60B09F48" w14:textId="77777777" w:rsidR="00717372" w:rsidRDefault="009B3D27">
      <w:r>
        <w:rPr>
          <w:rFonts w:ascii="Calibri" w:hAnsi="Calibri"/>
          <w:sz w:val="21"/>
        </w:rPr>
        <w:t>☐</w:t>
      </w:r>
      <w:r>
        <w:rPr>
          <w:rFonts w:ascii="Calibri" w:hAnsi="Calibri"/>
          <w:sz w:val="21"/>
        </w:rPr>
        <w:t xml:space="preserve"> Les dépendances critiques sont identifiées et reliées à des jalons observables.</w:t>
      </w:r>
    </w:p>
    <w:p w14:paraId="72DB693E" w14:textId="77777777" w:rsidR="00717372" w:rsidRDefault="009B3D27">
      <w:r>
        <w:rPr>
          <w:rFonts w:ascii="Calibri" w:hAnsi="Calibri"/>
          <w:sz w:val="21"/>
        </w:rPr>
        <w:t>☐</w:t>
      </w:r>
      <w:r>
        <w:rPr>
          <w:rFonts w:ascii="Calibri" w:hAnsi="Calibri"/>
          <w:sz w:val="21"/>
        </w:rPr>
        <w:t xml:space="preserve"> Les estimations (jours-heures) ont été revues avec l’équipe et avec le manage</w:t>
      </w:r>
      <w:r>
        <w:rPr>
          <w:rFonts w:ascii="Calibri" w:hAnsi="Calibri"/>
          <w:sz w:val="21"/>
        </w:rPr>
        <w:t>ment.</w:t>
      </w:r>
    </w:p>
    <w:p w14:paraId="6661526D" w14:textId="77777777" w:rsidR="00717372" w:rsidRDefault="009B3D27">
      <w:r>
        <w:rPr>
          <w:rFonts w:ascii="Calibri" w:hAnsi="Calibri"/>
          <w:sz w:val="21"/>
        </w:rPr>
        <w:t>☐</w:t>
      </w:r>
      <w:r>
        <w:rPr>
          <w:rFonts w:ascii="Calibri" w:hAnsi="Calibri"/>
          <w:sz w:val="21"/>
        </w:rPr>
        <w:t xml:space="preserve"> La traçabilité exigences ↔ WBS ↔ tests est initialisée et maintenue.</w:t>
      </w:r>
    </w:p>
    <w:p w14:paraId="3EA416CF" w14:textId="77777777" w:rsidR="00717372" w:rsidRDefault="009B3D27">
      <w:r>
        <w:rPr>
          <w:rFonts w:ascii="Calibri" w:hAnsi="Calibri"/>
          <w:sz w:val="21"/>
        </w:rPr>
        <w:t>☐</w:t>
      </w:r>
      <w:r>
        <w:rPr>
          <w:rFonts w:ascii="Calibri" w:hAnsi="Calibri"/>
          <w:sz w:val="21"/>
        </w:rPr>
        <w:t xml:space="preserve"> La version WBS est figée et stockée, la matrice RACI est partagée.</w:t>
      </w:r>
    </w:p>
    <w:p w14:paraId="380BDCAA" w14:textId="77777777" w:rsidR="00717372" w:rsidRDefault="00717372"/>
    <w:p w14:paraId="3A1D3AF4" w14:textId="29CAAEAD" w:rsidR="00717372" w:rsidRDefault="009B3D27">
      <w:pPr>
        <w:jc w:val="center"/>
      </w:pPr>
      <w:proofErr w:type="spellStart"/>
      <w:r>
        <w:rPr>
          <w:rFonts w:ascii="Calibri" w:hAnsi="Calibri"/>
          <w:sz w:val="16"/>
        </w:rPr>
        <w:t>MonFuturPro</w:t>
      </w:r>
      <w:proofErr w:type="spellEnd"/>
      <w:r>
        <w:rPr>
          <w:rFonts w:ascii="Calibri" w:hAnsi="Calibri"/>
          <w:sz w:val="16"/>
        </w:rPr>
        <w:t xml:space="preserve"> </w:t>
      </w:r>
      <w:r>
        <w:rPr>
          <w:rFonts w:ascii="Calibri" w:hAnsi="Calibri"/>
          <w:sz w:val="16"/>
        </w:rPr>
        <w:t>—</w:t>
      </w:r>
      <w:r>
        <w:rPr>
          <w:rFonts w:ascii="Calibri" w:hAnsi="Calibri"/>
          <w:sz w:val="16"/>
        </w:rPr>
        <w:t xml:space="preserve">Lacoursgratuit.com </w:t>
      </w:r>
      <w:r>
        <w:rPr>
          <w:rFonts w:ascii="Calibri" w:hAnsi="Calibri"/>
          <w:sz w:val="16"/>
        </w:rPr>
        <w:t xml:space="preserve">— </w:t>
      </w:r>
      <w:proofErr w:type="spellStart"/>
      <w:r>
        <w:rPr>
          <w:rFonts w:ascii="Calibri" w:hAnsi="Calibri"/>
          <w:sz w:val="16"/>
        </w:rPr>
        <w:t>Modèle</w:t>
      </w:r>
      <w:proofErr w:type="spellEnd"/>
      <w:r>
        <w:rPr>
          <w:rFonts w:ascii="Calibri" w:hAnsi="Calibri"/>
          <w:sz w:val="16"/>
        </w:rPr>
        <w:t xml:space="preserve"> WBS </w:t>
      </w:r>
      <w:proofErr w:type="spellStart"/>
      <w:r>
        <w:rPr>
          <w:rFonts w:ascii="Calibri" w:hAnsi="Calibri"/>
          <w:sz w:val="16"/>
        </w:rPr>
        <w:t>en</w:t>
      </w:r>
      <w:proofErr w:type="spellEnd"/>
      <w:r>
        <w:rPr>
          <w:rFonts w:ascii="Calibri" w:hAnsi="Calibri"/>
          <w:sz w:val="16"/>
        </w:rPr>
        <w:t xml:space="preserve"> couleurs — Version 2 — © 2025 — Libre d’usage</w:t>
      </w:r>
    </w:p>
    <w:sectPr w:rsidR="00717372" w:rsidSect="00034616">
      <w:pgSz w:w="11909" w:h="16834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717372"/>
    <w:rsid w:val="009B3D27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9D8CBC8"/>
  <w14:defaultImageDpi w14:val="300"/>
  <w15:docId w15:val="{0B3DC3AA-B584-4357-AB81-CAE725957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380</Words>
  <Characters>2091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2467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pc</cp:lastModifiedBy>
  <cp:revision>2</cp:revision>
  <dcterms:created xsi:type="dcterms:W3CDTF">2025-09-13T17:18:00Z</dcterms:created>
  <dcterms:modified xsi:type="dcterms:W3CDTF">2025-09-13T17:18:00Z</dcterms:modified>
  <cp:category/>
</cp:coreProperties>
</file>