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9893"/>
      </w:tblGrid>
      <w:tr>
        <w:tc>
          <w:tcPr>
            <w:tcW w:type="dxa" w:w="9893"/>
            <w:shd w:val="clear" w:color="auto" w:fill="2E7D32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6"/>
              </w:rPr>
              <w:t>Lettre de refus d’une offre commerciale</w:t>
            </w:r>
          </w:p>
          <w:p>
            <w:r>
              <w:rPr>
                <w:color w:val="FFFFFF"/>
                <w:sz w:val="20"/>
              </w:rPr>
              <w:t>Modèles prêts à personnaliser — ton courtois et professionnel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93"/>
      </w:tblGrid>
      <w:tr>
        <w:tc>
          <w:tcPr>
            <w:tcW w:type="dxa" w:w="9893"/>
            <w:shd w:val="clear" w:color="auto" w:fill="00695C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8"/>
              </w:rPr>
              <w:t>Coordonnées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9893"/>
      </w:tblPr>
      <w:tblGrid>
        <w:gridCol w:w="4946"/>
        <w:gridCol w:w="4946"/>
      </w:tblGrid>
      <w:tr>
        <w:tc>
          <w:tcPr>
            <w:tcW w:type="dxa" w:w="4946"/>
            <w:vAlign w:val="center"/>
          </w:tcPr>
          <w:p>
            <w:pPr>
              <w:keepNext/>
              <w:keepLines/>
            </w:pPr>
            <w:r>
              <w:t>👤 Expéditeur</w:t>
              <w:br/>
              <w:t>[Nom Prénom]</w:t>
              <w:br/>
              <w:t>[Poste]</w:t>
              <w:br/>
              <w:t>[Entreprise]</w:t>
              <w:br/>
              <w:t>[Adresse]</w:t>
              <w:br/>
              <w:t>[Téléphone] • [Email]</w:t>
              <w:br/>
              <w:t>[Site/Logo]</w:t>
            </w:r>
          </w:p>
        </w:tc>
        <w:tc>
          <w:tcPr>
            <w:tcW w:type="dxa" w:w="4946"/>
            <w:vAlign w:val="center"/>
          </w:tcPr>
          <w:p>
            <w:pPr>
              <w:keepNext/>
              <w:keepLines/>
            </w:pPr>
            <w:r>
              <w:t>🏢 Destinataire</w:t>
              <w:br/>
              <w:t>[Nom / Service]</w:t>
              <w:br/>
              <w:t>[Entreprise]</w:t>
              <w:br/>
              <w:t>[Adresse]</w:t>
              <w:br/>
              <w:t>[CP Ville]</w:t>
              <w:br/>
              <w:t>[Référence interlocuteur]</w:t>
            </w:r>
          </w:p>
        </w:tc>
      </w:tr>
      <w:tr>
        <w:tc>
          <w:tcPr>
            <w:tcW w:type="dxa" w:w="4946"/>
            <w:vAlign w:val="center"/>
          </w:tcPr>
          <w:p>
            <w:pPr>
              <w:keepNext/>
              <w:keepLines/>
            </w:pPr>
            <w:r>
              <w:t>📅 Date : [JJ/MM/AAAA]</w:t>
              <w:br/>
              <w:t>🔖 Réf. dossier : [REF-123]</w:t>
              <w:br/>
              <w:t>📌 Objet : Refus de l’offre [intitulé / référence]</w:t>
            </w:r>
          </w:p>
        </w:tc>
        <w:tc>
          <w:tcPr>
            <w:tcW w:type="dxa" w:w="4946"/>
            <w:vAlign w:val="center"/>
          </w:tcPr>
          <w:p>
            <w:pPr>
              <w:keepNext/>
              <w:keepLines/>
            </w:pPr>
            <w:r>
              <w:t>📎 PJ éventuelles : [—]</w:t>
              <w:br/>
              <w:t>🔒 Mention : échanges confidentiels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9893"/>
      </w:tblPr>
      <w:tblGrid>
        <w:gridCol w:w="9893"/>
      </w:tblGrid>
      <w:tr>
        <w:tc>
          <w:tcPr>
            <w:tcW w:type="dxa" w:w="9893"/>
            <w:shd w:val="clear" w:color="auto" w:fill="F9A825"/>
            <w:vAlign w:val="center"/>
          </w:tcPr>
          <w:p>
            <w:pPr>
              <w:keepNext/>
              <w:keepLines/>
            </w:pPr>
            <w:r/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93"/>
      </w:tblGrid>
      <w:tr>
        <w:tc>
          <w:tcPr>
            <w:tcW w:type="dxa" w:w="9893"/>
            <w:shd w:val="clear" w:color="auto" w:fill="2632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4"/>
              </w:rPr>
              <w:t>Conseils de ton et de forme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9893"/>
      </w:tblPr>
      <w:tblGrid>
        <w:gridCol w:w="9893"/>
      </w:tblGrid>
      <w:tr>
        <w:tc>
          <w:tcPr>
            <w:tcW w:type="dxa" w:w="9893"/>
            <w:vAlign w:val="center"/>
          </w:tcPr>
          <w:p>
            <w:pPr>
              <w:keepNext/>
              <w:keepLines/>
            </w:pPr>
            <w:r>
              <w:t>• Rester factuel, remercier, expliquer brièvement sans dénigrer.</w:t>
              <w:br/>
              <w:t>• Proposer une porte ouverte (contact futur, veille, alternatives) si pertinent.</w:t>
              <w:br/>
              <w:t>• Vérifier l’orthographe des noms, références, montants et dates.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93"/>
      </w:tblGrid>
      <w:tr>
        <w:tc>
          <w:tcPr>
            <w:tcW w:type="dxa" w:w="9893"/>
            <w:shd w:val="clear" w:color="auto" w:fill="00838F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6"/>
              </w:rPr>
              <w:t>Modèle 1 — Refus courtois (maintien du contact)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9893"/>
      </w:tblPr>
      <w:tblGrid>
        <w:gridCol w:w="9893"/>
      </w:tblGrid>
      <w:tr>
        <w:tc>
          <w:tcPr>
            <w:tcW w:type="dxa" w:w="9893"/>
            <w:vAlign w:val="center"/>
          </w:tcPr>
          <w:p>
            <w:pPr>
              <w:keepNext/>
              <w:keepLines/>
            </w:pPr>
            <w:r>
              <w:t>Madame, Monsieur,</w:t>
              <w:br/>
              <w:br/>
              <w:t>Nous vous remercions pour votre proposition « [intitulé de l’offre] » datée du [date], ainsi que pour la qualité des échanges. Après étude approfondie de nos priorités et contraintes actuelles, nous ne donnerons pas suite à cette offre.</w:t>
              <w:br/>
              <w:br/>
              <w:t>Cette décision ne remet pas en cause l’intérêt que nous portons à vos solutions. Nous conserverons vos coordonnées et nous permettrons de revenir vers vous si notre contexte évolue. Encore merci pour le temps consacré et la clarté de votre proposition.</w:t>
              <w:br/>
              <w:br/>
              <w:t>Nous vous souhaitons pleine réussite dans vos projets et restons à disposition pour tout complément.</w:t>
              <w:br/>
              <w:br/>
              <w:t>Bien cordialement,</w:t>
              <w:br/>
              <w:t>[Nom, fonction]</w:t>
              <w:br/>
              <w:t>[Entreprise]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93"/>
      </w:tblGrid>
      <w:tr>
        <w:tc>
          <w:tcPr>
            <w:tcW w:type="dxa" w:w="9893"/>
            <w:shd w:val="clear" w:color="auto" w:fill="512DA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6"/>
              </w:rPr>
              <w:t>Modèle 2 — Refus avec alternative / cadrage différent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9893"/>
      </w:tblPr>
      <w:tblGrid>
        <w:gridCol w:w="9893"/>
      </w:tblGrid>
      <w:tr>
        <w:tc>
          <w:tcPr>
            <w:tcW w:type="dxa" w:w="9893"/>
            <w:vAlign w:val="center"/>
          </w:tcPr>
          <w:p>
            <w:pPr>
              <w:keepNext/>
              <w:keepLines/>
            </w:pPr>
            <w:r>
              <w:t>Madame, Monsieur,</w:t>
              <w:br/>
              <w:br/>
              <w:t>Merci pour votre offre « [intitulé] » (réf. [réf]). Malgré l’intérêt porté au périmètre proposé, nos contraintes budgétaires et de calendrier ne nous permettent pas de nous engager sur ce format.</w:t>
              <w:br/>
              <w:br/>
              <w:t>Si une version **cadrée** du projet restreint aux livrables suivants pouvait être étudiée — [livrable 1], [livrable 2], [livrable 3] — avec un budget cible de [€] et un horizon [date], nous serions volontiers disposés à reconsidérer votre proposition.</w:t>
              <w:br/>
              <w:br/>
              <w:t>À défaut, nous déclinons l’offre actuelle et vous remercions pour votre compréhension.</w:t>
              <w:br/>
              <w:br/>
              <w:t>Respectueusement,</w:t>
              <w:br/>
              <w:t>[Nom, fonction]</w:t>
              <w:br/>
              <w:t>[Entreprise]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93"/>
      </w:tblGrid>
      <w:tr>
        <w:tc>
          <w:tcPr>
            <w:tcW w:type="dxa" w:w="9893"/>
            <w:shd w:val="clear" w:color="auto" w:fill="5D4037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6"/>
              </w:rPr>
              <w:t>Modèle 3 — Refus temporaire (report / budget / priorités)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9893"/>
      </w:tblPr>
      <w:tblGrid>
        <w:gridCol w:w="9893"/>
      </w:tblGrid>
      <w:tr>
        <w:tc>
          <w:tcPr>
            <w:tcW w:type="dxa" w:w="9893"/>
            <w:vAlign w:val="center"/>
          </w:tcPr>
          <w:p>
            <w:pPr>
              <w:keepNext/>
              <w:keepLines/>
            </w:pPr>
            <w:r>
              <w:t>Madame, Monsieur,</w:t>
              <w:br/>
              <w:br/>
              <w:t>Suite à votre proposition du [date], nous confirmons avoir pris connaissance de l’ensemble des éléments. Notre feuille de route  [T1/T2/T3] et un gel budgétaire temporaire ne nous permettent pas de valider ce projet à ce stade.</w:t>
              <w:br/>
              <w:br/>
              <w:t>Nous vous proposons de refaire un point à partir du [mois/année] afin de réévaluer l’opportunité et les modalités. En attendant, n’hésitez pas à nous partager vos nouveautés produits ou retours d’expérience clients pertinents.</w:t>
              <w:br/>
              <w:br/>
              <w:t>Avec nos remerciements pour la qualité de vos échanges,</w:t>
              <w:br/>
              <w:t>[Nom, fonction]</w:t>
              <w:br/>
              <w:t>[Entreprise]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93"/>
      </w:tblGrid>
      <w:tr>
        <w:tc>
          <w:tcPr>
            <w:tcW w:type="dxa" w:w="9893"/>
            <w:shd w:val="clear" w:color="auto" w:fill="00695C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4"/>
              </w:rPr>
              <w:t>Options utiles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9893"/>
      </w:tblPr>
      <w:tblGrid>
        <w:gridCol w:w="4946"/>
        <w:gridCol w:w="4946"/>
      </w:tblGrid>
      <w:tr>
        <w:tc>
          <w:tcPr>
            <w:tcW w:type="dxa" w:w="4946"/>
            <w:vAlign w:val="center"/>
          </w:tcPr>
          <w:p>
            <w:pPr>
              <w:keepNext/>
              <w:keepLines/>
            </w:pPr>
            <w:r>
              <w:t>P.-S. (optionnel)</w:t>
            </w:r>
          </w:p>
        </w:tc>
        <w:tc>
          <w:tcPr>
            <w:tcW w:type="dxa" w:w="4946"/>
            <w:vAlign w:val="center"/>
          </w:tcPr>
          <w:p>
            <w:pPr>
              <w:keepNext/>
              <w:keepLines/>
            </w:pPr>
            <w:r>
              <w:t>« Nous restons joignables pour toute précision. Merci d’adresser toute mise à jour d’offre à [email]. »</w:t>
            </w:r>
          </w:p>
        </w:tc>
      </w:tr>
      <w:tr>
        <w:tc>
          <w:tcPr>
            <w:tcW w:type="dxa" w:w="4946"/>
            <w:vAlign w:val="center"/>
          </w:tcPr>
          <w:p>
            <w:pPr>
              <w:keepNext/>
              <w:keepLines/>
            </w:pPr>
            <w:r>
              <w:t>Mentions (si appel d’offres)</w:t>
            </w:r>
          </w:p>
        </w:tc>
        <w:tc>
          <w:tcPr>
            <w:tcW w:type="dxa" w:w="4946"/>
            <w:vAlign w:val="center"/>
          </w:tcPr>
          <w:p>
            <w:pPr>
              <w:keepNext/>
              <w:keepLines/>
            </w:pPr>
            <w:r>
              <w:t>« Notre décision est liée au cadrage et aux critères internes. Aucun jugement négatif sur la qualité du prestataire. »</w:t>
            </w:r>
          </w:p>
        </w:tc>
      </w:tr>
      <w:tr>
        <w:tc>
          <w:tcPr>
            <w:tcW w:type="dxa" w:w="4946"/>
            <w:vAlign w:val="center"/>
          </w:tcPr>
          <w:p>
            <w:pPr>
              <w:keepNext/>
              <w:keepLines/>
            </w:pPr>
            <w:r>
              <w:t>Signature</w:t>
            </w:r>
          </w:p>
        </w:tc>
        <w:tc>
          <w:tcPr>
            <w:tcW w:type="dxa" w:w="4946"/>
            <w:vAlign w:val="center"/>
          </w:tcPr>
          <w:p>
            <w:pPr>
              <w:keepNext/>
              <w:keepLines/>
            </w:pPr>
            <w:r>
              <w:t>[Nom, fonction]</w:t>
              <w:br/>
              <w:t>[Signature manuscrite si impression]</w:t>
              <w:br/>
              <w:t>[Coordonnées]</w:t>
            </w:r>
          </w:p>
        </w:tc>
      </w:tr>
    </w:tbl>
    <w:p>
      <w:pPr>
        <w:jc w:val="center"/>
      </w:pPr>
      <w:r>
        <w:rPr>
          <w:sz w:val="16"/>
        </w:rPr>
        <w:t>lecoursgratuit.com — Trame : Lettre de refus d’une offre commerciale — © 2025 — Libre d’usage</w:t>
      </w:r>
    </w:p>
    <w:sectPr w:rsidR="00FC693F" w:rsidRPr="0006063C" w:rsidSect="00034616">
      <w:pgSz w:w="11909" w:h="16834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