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6"/>
        </w:rPr>
        <w:t>Tableau Kanban — A3 (impression)</w:t>
      </w:r>
    </w:p>
    <w:tbl>
      <w:tblPr>
        <w:tblW w:type="auto" w:w="0"/>
        <w:tblLayout w:type="autofit"/>
        <w:tblLook w:firstColumn="1" w:firstRow="1" w:lastColumn="0" w:lastRow="0" w:noHBand="0" w:noVBand="1" w:val="04A0"/>
        <w:tblBorders>
          <w:top w:val="single" w:sz="4" w:color="BFBFBF"/>
          <w:left w:val="single" w:sz="4" w:color="BFBFBF"/>
          <w:bottom w:val="single" w:sz="4" w:color="BFBFBF"/>
          <w:right w:val="single" w:sz="4" w:color="BFBFBF"/>
          <w:insideH w:val="single" w:sz="4" w:color="BFBFBF"/>
          <w:insideV w:val="single" w:sz="4" w:color="BFBFBF"/>
        </w:tblBorders>
      </w:tblPr>
      <w:tblGrid>
        <w:gridCol w:w="4535"/>
        <w:gridCol w:w="4535"/>
        <w:gridCol w:w="4535"/>
        <w:gridCol w:w="4535"/>
        <w:gridCol w:w="4535"/>
      </w:tblGrid>
      <w:tr>
        <w:tc>
          <w:tcPr>
            <w:tcW w:type="dxa" w:w="4535"/>
            <w:shd w:val="clear" w:color="auto" w:fill="EFEFEF"/>
          </w:tcPr>
          <w:p>
            <w:r>
              <w:rPr>
                <w:b/>
                <w:sz w:val="18"/>
              </w:rPr>
              <w:t>À FAIRE</w:t>
            </w:r>
          </w:p>
        </w:tc>
        <w:tc>
          <w:tcPr>
            <w:tcW w:type="dxa" w:w="4535"/>
            <w:shd w:val="clear" w:color="auto" w:fill="EFEFEF"/>
          </w:tcPr>
          <w:p>
            <w:r>
              <w:rPr>
                <w:b/>
                <w:sz w:val="18"/>
              </w:rPr>
              <w:t>EN COURS</w:t>
            </w:r>
          </w:p>
        </w:tc>
        <w:tc>
          <w:tcPr>
            <w:tcW w:type="dxa" w:w="4535"/>
            <w:shd w:val="clear" w:color="auto" w:fill="EFEFEF"/>
          </w:tcPr>
          <w:p>
            <w:r>
              <w:rPr>
                <w:b/>
                <w:sz w:val="18"/>
              </w:rPr>
              <w:t>BLOQUÉ</w:t>
            </w:r>
          </w:p>
        </w:tc>
        <w:tc>
          <w:tcPr>
            <w:tcW w:type="dxa" w:w="4535"/>
            <w:shd w:val="clear" w:color="auto" w:fill="EFEFEF"/>
          </w:tcPr>
          <w:p>
            <w:r>
              <w:rPr>
                <w:b/>
                <w:sz w:val="18"/>
              </w:rPr>
              <w:t>À VALIDER</w:t>
            </w:r>
          </w:p>
        </w:tc>
        <w:tc>
          <w:tcPr>
            <w:tcW w:type="dxa" w:w="4535"/>
            <w:shd w:val="clear" w:color="auto" w:fill="EFEFEF"/>
          </w:tcPr>
          <w:p>
            <w:r>
              <w:rPr>
                <w:b/>
                <w:sz w:val="18"/>
              </w:rPr>
              <w:t>TERMINÉ</w:t>
            </w:r>
          </w:p>
        </w:tc>
      </w:tr>
      <w:tr>
        <w:tc>
          <w:tcPr>
            <w:tcW w:type="dxa" w:w="4535"/>
          </w:tcPr>
          <w:p>
            <w:r>
              <w:t>Limite WIP :  [   ]</w:t>
            </w:r>
          </w:p>
        </w:tc>
        <w:tc>
          <w:tcPr>
            <w:tcW w:type="dxa" w:w="4535"/>
          </w:tcPr>
          <w:p>
            <w:r>
              <w:t>Limite WIP :  [   ]</w:t>
            </w:r>
          </w:p>
        </w:tc>
        <w:tc>
          <w:tcPr>
            <w:tcW w:type="dxa" w:w="4535"/>
          </w:tcPr>
          <w:p>
            <w:r>
              <w:t>Limite WIP :  [   ]</w:t>
            </w:r>
          </w:p>
        </w:tc>
        <w:tc>
          <w:tcPr>
            <w:tcW w:type="dxa" w:w="4535"/>
          </w:tcPr>
          <w:p>
            <w:r>
              <w:t>Limite WIP :  [   ]</w:t>
            </w:r>
          </w:p>
        </w:tc>
        <w:tc>
          <w:tcPr>
            <w:tcW w:type="dxa" w:w="4535"/>
          </w:tcPr>
          <w:p>
            <w:r>
              <w:t>Limite WIP :  [   ]</w:t>
            </w:r>
          </w:p>
        </w:tc>
      </w:tr>
    </w:tbl>
    <w:p/>
    <w:tbl>
      <w:tblPr>
        <w:tblW w:type="auto" w:w="0"/>
        <w:tblLayout w:type="autofit"/>
        <w:tblLook w:firstColumn="1" w:firstRow="1" w:lastColumn="0" w:lastRow="0" w:noHBand="0" w:noVBand="1" w:val="04A0"/>
        <w:tblBorders>
          <w:top w:val="single" w:sz="4" w:color="BFBFBF"/>
          <w:left w:val="single" w:sz="4" w:color="BFBFBF"/>
          <w:bottom w:val="single" w:sz="4" w:color="BFBFBF"/>
          <w:right w:val="single" w:sz="4" w:color="BFBFBF"/>
          <w:insideH w:val="single" w:sz="4" w:color="BFBFBF"/>
          <w:insideV w:val="single" w:sz="4" w:color="BFBFBF"/>
        </w:tblBorders>
      </w:tblPr>
      <w:tblGrid>
        <w:gridCol w:w="4535"/>
        <w:gridCol w:w="4535"/>
        <w:gridCol w:w="4535"/>
        <w:gridCol w:w="4535"/>
        <w:gridCol w:w="4535"/>
      </w:tblGrid>
      <w:tr>
        <w:tc>
          <w:tcPr>
            <w:tcW w:type="dxa" w:w="4535"/>
            <w:shd w:val="clear" w:color="auto" w:fill="EFEFEF"/>
          </w:tcPr>
          <w:p>
            <w:r>
              <w:rPr>
                <w:b/>
                <w:sz w:val="18"/>
              </w:rPr>
              <w:t>À FAIRE</w:t>
            </w:r>
          </w:p>
        </w:tc>
        <w:tc>
          <w:tcPr>
            <w:tcW w:type="dxa" w:w="4535"/>
            <w:shd w:val="clear" w:color="auto" w:fill="EFEFEF"/>
          </w:tcPr>
          <w:p>
            <w:r>
              <w:rPr>
                <w:b/>
                <w:sz w:val="18"/>
              </w:rPr>
              <w:t>EN COURS</w:t>
            </w:r>
          </w:p>
        </w:tc>
        <w:tc>
          <w:tcPr>
            <w:tcW w:type="dxa" w:w="4535"/>
            <w:shd w:val="clear" w:color="auto" w:fill="EFEFEF"/>
          </w:tcPr>
          <w:p>
            <w:r>
              <w:rPr>
                <w:b/>
                <w:sz w:val="18"/>
              </w:rPr>
              <w:t>BLOQUÉ</w:t>
            </w:r>
          </w:p>
        </w:tc>
        <w:tc>
          <w:tcPr>
            <w:tcW w:type="dxa" w:w="4535"/>
            <w:shd w:val="clear" w:color="auto" w:fill="EFEFEF"/>
          </w:tcPr>
          <w:p>
            <w:r>
              <w:rPr>
                <w:b/>
                <w:sz w:val="18"/>
              </w:rPr>
              <w:t>À VALIDER</w:t>
            </w:r>
          </w:p>
        </w:tc>
        <w:tc>
          <w:tcPr>
            <w:tcW w:type="dxa" w:w="4535"/>
            <w:shd w:val="clear" w:color="auto" w:fill="EFEFEF"/>
          </w:tcPr>
          <w:p>
            <w:r>
              <w:rPr>
                <w:b/>
                <w:sz w:val="18"/>
              </w:rPr>
              <w:t>TERMINÉ</w:t>
            </w:r>
          </w:p>
        </w:tc>
      </w:tr>
      <w:tr>
        <w:tc>
          <w:tcPr>
            <w:tcW w:type="dxa" w:w="4535"/>
          </w:tcPr>
          <w:p/>
        </w:tc>
        <w:tc>
          <w:tcPr>
            <w:tcW w:type="dxa" w:w="4535"/>
          </w:tcPr>
          <w:p/>
        </w:tc>
        <w:tc>
          <w:tcPr>
            <w:tcW w:type="dxa" w:w="4535"/>
          </w:tcPr>
          <w:p/>
        </w:tc>
        <w:tc>
          <w:tcPr>
            <w:tcW w:type="dxa" w:w="4535"/>
          </w:tcPr>
          <w:p/>
        </w:tc>
        <w:tc>
          <w:tcPr>
            <w:tcW w:type="dxa" w:w="4535"/>
          </w:tcPr>
          <w:p/>
        </w:tc>
      </w:tr>
      <w:tr>
        <w:tc>
          <w:tcPr>
            <w:tcW w:type="dxa" w:w="4535"/>
          </w:tcPr>
          <w:p/>
        </w:tc>
        <w:tc>
          <w:tcPr>
            <w:tcW w:type="dxa" w:w="4535"/>
          </w:tcPr>
          <w:p/>
        </w:tc>
        <w:tc>
          <w:tcPr>
            <w:tcW w:type="dxa" w:w="4535"/>
          </w:tcPr>
          <w:p/>
        </w:tc>
        <w:tc>
          <w:tcPr>
            <w:tcW w:type="dxa" w:w="4535"/>
          </w:tcPr>
          <w:p/>
        </w:tc>
        <w:tc>
          <w:tcPr>
            <w:tcW w:type="dxa" w:w="4535"/>
          </w:tcPr>
          <w:p/>
        </w:tc>
      </w:tr>
      <w:tr>
        <w:tc>
          <w:tcPr>
            <w:tcW w:type="dxa" w:w="4535"/>
          </w:tcPr>
          <w:p/>
        </w:tc>
        <w:tc>
          <w:tcPr>
            <w:tcW w:type="dxa" w:w="4535"/>
          </w:tcPr>
          <w:p/>
        </w:tc>
        <w:tc>
          <w:tcPr>
            <w:tcW w:type="dxa" w:w="4535"/>
          </w:tcPr>
          <w:p/>
        </w:tc>
        <w:tc>
          <w:tcPr>
            <w:tcW w:type="dxa" w:w="4535"/>
          </w:tcPr>
          <w:p/>
        </w:tc>
        <w:tc>
          <w:tcPr>
            <w:tcW w:type="dxa" w:w="4535"/>
          </w:tcPr>
          <w:p/>
        </w:tc>
      </w:tr>
      <w:tr>
        <w:tc>
          <w:tcPr>
            <w:tcW w:type="dxa" w:w="4535"/>
          </w:tcPr>
          <w:p/>
        </w:tc>
        <w:tc>
          <w:tcPr>
            <w:tcW w:type="dxa" w:w="4535"/>
          </w:tcPr>
          <w:p/>
        </w:tc>
        <w:tc>
          <w:tcPr>
            <w:tcW w:type="dxa" w:w="4535"/>
          </w:tcPr>
          <w:p/>
        </w:tc>
        <w:tc>
          <w:tcPr>
            <w:tcW w:type="dxa" w:w="4535"/>
          </w:tcPr>
          <w:p/>
        </w:tc>
        <w:tc>
          <w:tcPr>
            <w:tcW w:type="dxa" w:w="4535"/>
          </w:tcPr>
          <w:p/>
        </w:tc>
      </w:tr>
      <w:tr>
        <w:tc>
          <w:tcPr>
            <w:tcW w:type="dxa" w:w="4535"/>
          </w:tcPr>
          <w:p/>
        </w:tc>
        <w:tc>
          <w:tcPr>
            <w:tcW w:type="dxa" w:w="4535"/>
          </w:tcPr>
          <w:p/>
        </w:tc>
        <w:tc>
          <w:tcPr>
            <w:tcW w:type="dxa" w:w="4535"/>
          </w:tcPr>
          <w:p/>
        </w:tc>
        <w:tc>
          <w:tcPr>
            <w:tcW w:type="dxa" w:w="4535"/>
          </w:tcPr>
          <w:p/>
        </w:tc>
        <w:tc>
          <w:tcPr>
            <w:tcW w:type="dxa" w:w="4535"/>
          </w:tcPr>
          <w:p/>
        </w:tc>
      </w:tr>
      <w:tr>
        <w:tc>
          <w:tcPr>
            <w:tcW w:type="dxa" w:w="4535"/>
          </w:tcPr>
          <w:p/>
        </w:tc>
        <w:tc>
          <w:tcPr>
            <w:tcW w:type="dxa" w:w="4535"/>
          </w:tcPr>
          <w:p/>
        </w:tc>
        <w:tc>
          <w:tcPr>
            <w:tcW w:type="dxa" w:w="4535"/>
          </w:tcPr>
          <w:p/>
        </w:tc>
        <w:tc>
          <w:tcPr>
            <w:tcW w:type="dxa" w:w="4535"/>
          </w:tcPr>
          <w:p/>
        </w:tc>
        <w:tc>
          <w:tcPr>
            <w:tcW w:type="dxa" w:w="4535"/>
          </w:tcPr>
          <w:p/>
        </w:tc>
      </w:tr>
      <w:tr>
        <w:tc>
          <w:tcPr>
            <w:tcW w:type="dxa" w:w="4535"/>
          </w:tcPr>
          <w:p/>
        </w:tc>
        <w:tc>
          <w:tcPr>
            <w:tcW w:type="dxa" w:w="4535"/>
          </w:tcPr>
          <w:p/>
        </w:tc>
        <w:tc>
          <w:tcPr>
            <w:tcW w:type="dxa" w:w="4535"/>
          </w:tcPr>
          <w:p/>
        </w:tc>
        <w:tc>
          <w:tcPr>
            <w:tcW w:type="dxa" w:w="4535"/>
          </w:tcPr>
          <w:p/>
        </w:tc>
        <w:tc>
          <w:tcPr>
            <w:tcW w:type="dxa" w:w="4535"/>
          </w:tcPr>
          <w:p/>
        </w:tc>
      </w:tr>
      <w:tr>
        <w:tc>
          <w:tcPr>
            <w:tcW w:type="dxa" w:w="4535"/>
          </w:tcPr>
          <w:p/>
        </w:tc>
        <w:tc>
          <w:tcPr>
            <w:tcW w:type="dxa" w:w="4535"/>
          </w:tcPr>
          <w:p/>
        </w:tc>
        <w:tc>
          <w:tcPr>
            <w:tcW w:type="dxa" w:w="4535"/>
          </w:tcPr>
          <w:p/>
        </w:tc>
        <w:tc>
          <w:tcPr>
            <w:tcW w:type="dxa" w:w="4535"/>
          </w:tcPr>
          <w:p/>
        </w:tc>
        <w:tc>
          <w:tcPr>
            <w:tcW w:type="dxa" w:w="4535"/>
          </w:tcPr>
          <w:p/>
        </w:tc>
      </w:tr>
      <w:tr>
        <w:tc>
          <w:tcPr>
            <w:tcW w:type="dxa" w:w="4535"/>
          </w:tcPr>
          <w:p/>
        </w:tc>
        <w:tc>
          <w:tcPr>
            <w:tcW w:type="dxa" w:w="4535"/>
          </w:tcPr>
          <w:p/>
        </w:tc>
        <w:tc>
          <w:tcPr>
            <w:tcW w:type="dxa" w:w="4535"/>
          </w:tcPr>
          <w:p/>
        </w:tc>
        <w:tc>
          <w:tcPr>
            <w:tcW w:type="dxa" w:w="4535"/>
          </w:tcPr>
          <w:p/>
        </w:tc>
        <w:tc>
          <w:tcPr>
            <w:tcW w:type="dxa" w:w="4535"/>
          </w:tcPr>
          <w:p/>
        </w:tc>
      </w:tr>
      <w:tr>
        <w:tc>
          <w:tcPr>
            <w:tcW w:type="dxa" w:w="4535"/>
          </w:tcPr>
          <w:p/>
        </w:tc>
        <w:tc>
          <w:tcPr>
            <w:tcW w:type="dxa" w:w="4535"/>
          </w:tcPr>
          <w:p/>
        </w:tc>
        <w:tc>
          <w:tcPr>
            <w:tcW w:type="dxa" w:w="4535"/>
          </w:tcPr>
          <w:p/>
        </w:tc>
        <w:tc>
          <w:tcPr>
            <w:tcW w:type="dxa" w:w="4535"/>
          </w:tcPr>
          <w:p/>
        </w:tc>
        <w:tc>
          <w:tcPr>
            <w:tcW w:type="dxa" w:w="4535"/>
          </w:tcPr>
          <w:p/>
        </w:tc>
      </w:tr>
      <w:tr>
        <w:tc>
          <w:tcPr>
            <w:tcW w:type="dxa" w:w="4535"/>
          </w:tcPr>
          <w:p/>
        </w:tc>
        <w:tc>
          <w:tcPr>
            <w:tcW w:type="dxa" w:w="4535"/>
          </w:tcPr>
          <w:p/>
        </w:tc>
        <w:tc>
          <w:tcPr>
            <w:tcW w:type="dxa" w:w="4535"/>
          </w:tcPr>
          <w:p/>
        </w:tc>
        <w:tc>
          <w:tcPr>
            <w:tcW w:type="dxa" w:w="4535"/>
          </w:tcPr>
          <w:p/>
        </w:tc>
        <w:tc>
          <w:tcPr>
            <w:tcW w:type="dxa" w:w="4535"/>
          </w:tcPr>
          <w:p/>
        </w:tc>
      </w:tr>
      <w:tr>
        <w:tc>
          <w:tcPr>
            <w:tcW w:type="dxa" w:w="4535"/>
          </w:tcPr>
          <w:p/>
        </w:tc>
        <w:tc>
          <w:tcPr>
            <w:tcW w:type="dxa" w:w="4535"/>
          </w:tcPr>
          <w:p/>
        </w:tc>
        <w:tc>
          <w:tcPr>
            <w:tcW w:type="dxa" w:w="4535"/>
          </w:tcPr>
          <w:p/>
        </w:tc>
        <w:tc>
          <w:tcPr>
            <w:tcW w:type="dxa" w:w="4535"/>
          </w:tcPr>
          <w:p/>
        </w:tc>
        <w:tc>
          <w:tcPr>
            <w:tcW w:type="dxa" w:w="4535"/>
          </w:tcPr>
          <w:p/>
        </w:tc>
      </w:tr>
      <w:tr>
        <w:tc>
          <w:tcPr>
            <w:tcW w:type="dxa" w:w="4535"/>
          </w:tcPr>
          <w:p/>
        </w:tc>
        <w:tc>
          <w:tcPr>
            <w:tcW w:type="dxa" w:w="4535"/>
          </w:tcPr>
          <w:p/>
        </w:tc>
        <w:tc>
          <w:tcPr>
            <w:tcW w:type="dxa" w:w="4535"/>
          </w:tcPr>
          <w:p/>
        </w:tc>
        <w:tc>
          <w:tcPr>
            <w:tcW w:type="dxa" w:w="4535"/>
          </w:tcPr>
          <w:p/>
        </w:tc>
        <w:tc>
          <w:tcPr>
            <w:tcW w:type="dxa" w:w="4535"/>
          </w:tcPr>
          <w:p/>
        </w:tc>
      </w:tr>
      <w:tr>
        <w:tc>
          <w:tcPr>
            <w:tcW w:type="dxa" w:w="4535"/>
          </w:tcPr>
          <w:p/>
        </w:tc>
        <w:tc>
          <w:tcPr>
            <w:tcW w:type="dxa" w:w="4535"/>
          </w:tcPr>
          <w:p/>
        </w:tc>
        <w:tc>
          <w:tcPr>
            <w:tcW w:type="dxa" w:w="4535"/>
          </w:tcPr>
          <w:p/>
        </w:tc>
        <w:tc>
          <w:tcPr>
            <w:tcW w:type="dxa" w:w="4535"/>
          </w:tcPr>
          <w:p/>
        </w:tc>
        <w:tc>
          <w:tcPr>
            <w:tcW w:type="dxa" w:w="4535"/>
          </w:tcPr>
          <w:p/>
        </w:tc>
      </w:tr>
    </w:tbl>
    <w:p/>
    <w:tbl>
      <w:tblPr>
        <w:tblW w:type="auto" w:w="0"/>
        <w:tblLayout w:type="autofit"/>
        <w:tblLook w:firstColumn="1" w:firstRow="1" w:lastColumn="0" w:lastRow="0" w:noHBand="0" w:noVBand="1" w:val="04A0"/>
        <w:tblBorders>
          <w:top w:val="single" w:sz="4" w:color="BFBFBF"/>
          <w:left w:val="single" w:sz="4" w:color="BFBFBF"/>
          <w:bottom w:val="single" w:sz="4" w:color="BFBFBF"/>
          <w:right w:val="single" w:sz="4" w:color="BFBFBF"/>
          <w:insideH w:val="single" w:sz="4" w:color="BFBFBF"/>
          <w:insideV w:val="single" w:sz="4" w:color="BFBFBF"/>
        </w:tblBorders>
      </w:tblPr>
      <w:tblGrid>
        <w:gridCol w:w="3779"/>
        <w:gridCol w:w="3779"/>
        <w:gridCol w:w="3779"/>
        <w:gridCol w:w="3779"/>
        <w:gridCol w:w="3779"/>
        <w:gridCol w:w="3779"/>
      </w:tblGrid>
      <w:tr>
        <w:tc>
          <w:tcPr>
            <w:tcW w:type="dxa" w:w="3779"/>
            <w:shd w:val="clear" w:color="auto" w:fill="EFEFEF"/>
          </w:tcPr>
          <w:p>
            <w:r>
              <w:rPr>
                <w:b/>
                <w:sz w:val="18"/>
              </w:rPr>
              <w:t>Priorité</w:t>
            </w:r>
          </w:p>
        </w:tc>
        <w:tc>
          <w:tcPr>
            <w:tcW w:type="dxa" w:w="3779"/>
            <w:shd w:val="clear" w:color="auto" w:fill="EFEFEF"/>
          </w:tcPr>
          <w:p>
            <w:r>
              <w:rPr>
                <w:b/>
                <w:sz w:val="18"/>
              </w:rPr>
              <w:t>Type</w:t>
            </w:r>
          </w:p>
        </w:tc>
        <w:tc>
          <w:tcPr>
            <w:tcW w:type="dxa" w:w="3779"/>
            <w:shd w:val="clear" w:color="auto" w:fill="EFEFEF"/>
          </w:tcPr>
          <w:p>
            <w:r>
              <w:rPr>
                <w:b/>
                <w:sz w:val="18"/>
              </w:rPr>
              <w:t>Responsable</w:t>
            </w:r>
          </w:p>
        </w:tc>
        <w:tc>
          <w:tcPr>
            <w:tcW w:type="dxa" w:w="3779"/>
            <w:shd w:val="clear" w:color="auto" w:fill="EFEFEF"/>
          </w:tcPr>
          <w:p>
            <w:r>
              <w:rPr>
                <w:b/>
                <w:sz w:val="18"/>
              </w:rPr>
              <w:t>Échéance</w:t>
            </w:r>
          </w:p>
        </w:tc>
        <w:tc>
          <w:tcPr>
            <w:tcW w:type="dxa" w:w="3779"/>
            <w:shd w:val="clear" w:color="auto" w:fill="EFEFEF"/>
          </w:tcPr>
          <w:p>
            <w:r>
              <w:rPr>
                <w:b/>
                <w:sz w:val="18"/>
              </w:rPr>
              <w:t>Lot/Zone</w:t>
            </w:r>
          </w:p>
        </w:tc>
        <w:tc>
          <w:tcPr>
            <w:tcW w:type="dxa" w:w="3779"/>
            <w:shd w:val="clear" w:color="auto" w:fill="EFEFEF"/>
          </w:tcPr>
          <w:p>
            <w:r>
              <w:rPr>
                <w:b/>
                <w:sz w:val="18"/>
              </w:rPr>
              <w:t>Notes</w:t>
            </w:r>
          </w:p>
        </w:tc>
      </w:tr>
      <w:tr>
        <w:tc>
          <w:tcPr>
            <w:tcW w:type="dxa" w:w="3779"/>
          </w:tcPr>
          <w:p>
            <w:r>
              <w:t>H ☐  M ☐  B ☐</w:t>
            </w:r>
          </w:p>
        </w:tc>
        <w:tc>
          <w:tcPr>
            <w:tcW w:type="dxa" w:w="3779"/>
          </w:tcPr>
          <w:p>
            <w:r>
              <w:t>Travaux ☐  Sinistre ☐  Contrat ☐  Contrôle ☐</w:t>
            </w:r>
          </w:p>
        </w:tc>
        <w:tc>
          <w:tcPr>
            <w:tcW w:type="dxa" w:w="3779"/>
          </w:tcPr>
          <w:p>
            <w:r>
              <w:t>[Nom]</w:t>
            </w:r>
          </w:p>
        </w:tc>
        <w:tc>
          <w:tcPr>
            <w:tcW w:type="dxa" w:w="3779"/>
          </w:tcPr>
          <w:p>
            <w:r>
              <w:t>[JJ/MM]</w:t>
            </w:r>
          </w:p>
        </w:tc>
        <w:tc>
          <w:tcPr>
            <w:tcW w:type="dxa" w:w="3779"/>
          </w:tcPr>
          <w:p>
            <w:r>
              <w:t>[Ex : Chaufferie / Escalier B]</w:t>
            </w:r>
          </w:p>
        </w:tc>
        <w:tc>
          <w:tcPr>
            <w:tcW w:type="dxa" w:w="3779"/>
          </w:tcPr>
          <w:p>
            <w:r>
              <w:t>…</w:t>
            </w:r>
          </w:p>
        </w:tc>
      </w:tr>
    </w:tbl>
    <w:p>
      <w:r>
        <w:br w:type="page"/>
      </w:r>
    </w:p>
    <w:p>
      <w:pPr>
        <w:jc w:val="center"/>
      </w:pPr>
      <w:r>
        <w:rPr>
          <w:b/>
          <w:sz w:val="36"/>
        </w:rPr>
        <w:t>Cartes Kanban — A découper (A3)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0" w:color="FFFFFF"/>
          <w:left w:val="single" w:sz="0" w:color="FFFFFF"/>
          <w:bottom w:val="single" w:sz="0" w:color="FFFFFF"/>
          <w:right w:val="single" w:sz="0" w:color="FFFFFF"/>
          <w:insideH w:val="single" w:sz="0" w:color="FFFFFF"/>
          <w:insideV w:val="single" w:sz="0" w:color="FFFFFF"/>
        </w:tblBorders>
      </w:tblPr>
      <w:tblGrid>
        <w:gridCol w:w="7559"/>
        <w:gridCol w:w="7559"/>
        <w:gridCol w:w="7559"/>
      </w:tblGrid>
      <w:tr>
        <w:tc>
          <w:tcPr>
            <w:tcW w:type="dxa" w:w="7559"/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16" w:color="000000"/>
                <w:left w:val="single" w:sz="16" w:color="000000"/>
                <w:bottom w:val="single" w:sz="16" w:color="000000"/>
                <w:right w:val="single" w:sz="16" w:color="000000"/>
                <w:insideH w:val="single" w:sz="16" w:color="000000"/>
                <w:insideV w:val="single" w:sz="16" w:color="000000"/>
              </w:tblBorders>
            </w:tblPr>
            <w:tblGrid>
              <w:gridCol w:w="3779"/>
              <w:gridCol w:w="3779"/>
            </w:tblGrid>
            <w:tr>
              <w:tc>
                <w:tcPr>
                  <w:tcW w:type="dxa" w:w="3779"/>
                </w:tcPr>
                <w:p>
                  <w:r>
                    <w:t>Tâche / Titre</w:t>
                  </w:r>
                </w:p>
              </w:tc>
              <w:tc>
                <w:tcPr>
                  <w:tcW w:type="dxa" w:w="3779"/>
                </w:tcPr>
                <w:p>
                  <w:r>
                    <w:t>[_________]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Description</w:t>
                  </w:r>
                </w:p>
              </w:tc>
              <w:tc>
                <w:tcPr>
                  <w:tcW w:type="dxa" w:w="3779"/>
                </w:tcPr>
                <w:p>
                  <w:r>
                    <w:t xml:space="preserve"> 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Responsable</w:t>
                  </w:r>
                </w:p>
              </w:tc>
              <w:tc>
                <w:tcPr>
                  <w:tcW w:type="dxa" w:w="3779"/>
                </w:tcPr>
                <w:p>
                  <w:r>
                    <w:t>[_________]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Échéance</w:t>
                  </w:r>
                </w:p>
              </w:tc>
              <w:tc>
                <w:tcPr>
                  <w:tcW w:type="dxa" w:w="3779"/>
                </w:tcPr>
                <w:p>
                  <w:r>
                    <w:t>[__/__/____]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Priorité</w:t>
                  </w:r>
                </w:p>
              </w:tc>
              <w:tc>
                <w:tcPr>
                  <w:tcW w:type="dxa" w:w="3779"/>
                </w:tcPr>
                <w:p>
                  <w:r>
                    <w:t>Haute ☐  Moyenne ☐  Basse ☐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Type</w:t>
                  </w:r>
                </w:p>
              </w:tc>
              <w:tc>
                <w:tcPr>
                  <w:tcW w:type="dxa" w:w="3779"/>
                </w:tcPr>
                <w:p>
                  <w:r>
                    <w:t>Travaux ☐  Sinistre ☐  Contrat ☐  Contrôle ☐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Notes</w:t>
                  </w:r>
                </w:p>
              </w:tc>
              <w:tc>
                <w:tcPr>
                  <w:tcW w:type="dxa" w:w="3779"/>
                </w:tcPr>
                <w:p>
                  <w:r>
                    <w:t xml:space="preserve"> </w:t>
                  </w:r>
                </w:p>
              </w:tc>
            </w:tr>
          </w:tbl>
          <w:p/>
        </w:tc>
        <w:tc>
          <w:tcPr>
            <w:tcW w:type="dxa" w:w="7559"/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16" w:color="000000"/>
                <w:left w:val="single" w:sz="16" w:color="000000"/>
                <w:bottom w:val="single" w:sz="16" w:color="000000"/>
                <w:right w:val="single" w:sz="16" w:color="000000"/>
                <w:insideH w:val="single" w:sz="16" w:color="000000"/>
                <w:insideV w:val="single" w:sz="16" w:color="000000"/>
              </w:tblBorders>
            </w:tblPr>
            <w:tblGrid>
              <w:gridCol w:w="3779"/>
              <w:gridCol w:w="3779"/>
            </w:tblGrid>
            <w:tr>
              <w:tc>
                <w:tcPr>
                  <w:tcW w:type="dxa" w:w="3779"/>
                </w:tcPr>
                <w:p>
                  <w:r>
                    <w:t>Tâche / Titre</w:t>
                  </w:r>
                </w:p>
              </w:tc>
              <w:tc>
                <w:tcPr>
                  <w:tcW w:type="dxa" w:w="3779"/>
                </w:tcPr>
                <w:p>
                  <w:r>
                    <w:t>[_________]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Description</w:t>
                  </w:r>
                </w:p>
              </w:tc>
              <w:tc>
                <w:tcPr>
                  <w:tcW w:type="dxa" w:w="3779"/>
                </w:tcPr>
                <w:p>
                  <w:r>
                    <w:t xml:space="preserve"> 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Responsable</w:t>
                  </w:r>
                </w:p>
              </w:tc>
              <w:tc>
                <w:tcPr>
                  <w:tcW w:type="dxa" w:w="3779"/>
                </w:tcPr>
                <w:p>
                  <w:r>
                    <w:t>[_________]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Échéance</w:t>
                  </w:r>
                </w:p>
              </w:tc>
              <w:tc>
                <w:tcPr>
                  <w:tcW w:type="dxa" w:w="3779"/>
                </w:tcPr>
                <w:p>
                  <w:r>
                    <w:t>[__/__/____]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Priorité</w:t>
                  </w:r>
                </w:p>
              </w:tc>
              <w:tc>
                <w:tcPr>
                  <w:tcW w:type="dxa" w:w="3779"/>
                </w:tcPr>
                <w:p>
                  <w:r>
                    <w:t>Haute ☐  Moyenne ☐  Basse ☐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Type</w:t>
                  </w:r>
                </w:p>
              </w:tc>
              <w:tc>
                <w:tcPr>
                  <w:tcW w:type="dxa" w:w="3779"/>
                </w:tcPr>
                <w:p>
                  <w:r>
                    <w:t>Travaux ☐  Sinistre ☐  Contrat ☐  Contrôle ☐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Notes</w:t>
                  </w:r>
                </w:p>
              </w:tc>
              <w:tc>
                <w:tcPr>
                  <w:tcW w:type="dxa" w:w="3779"/>
                </w:tcPr>
                <w:p>
                  <w:r>
                    <w:t xml:space="preserve"> </w:t>
                  </w:r>
                </w:p>
              </w:tc>
            </w:tr>
          </w:tbl>
          <w:p/>
        </w:tc>
        <w:tc>
          <w:tcPr>
            <w:tcW w:type="dxa" w:w="7559"/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16" w:color="000000"/>
                <w:left w:val="single" w:sz="16" w:color="000000"/>
                <w:bottom w:val="single" w:sz="16" w:color="000000"/>
                <w:right w:val="single" w:sz="16" w:color="000000"/>
                <w:insideH w:val="single" w:sz="16" w:color="000000"/>
                <w:insideV w:val="single" w:sz="16" w:color="000000"/>
              </w:tblBorders>
            </w:tblPr>
            <w:tblGrid>
              <w:gridCol w:w="3779"/>
              <w:gridCol w:w="3779"/>
            </w:tblGrid>
            <w:tr>
              <w:tc>
                <w:tcPr>
                  <w:tcW w:type="dxa" w:w="3779"/>
                </w:tcPr>
                <w:p>
                  <w:r>
                    <w:t>Tâche / Titre</w:t>
                  </w:r>
                </w:p>
              </w:tc>
              <w:tc>
                <w:tcPr>
                  <w:tcW w:type="dxa" w:w="3779"/>
                </w:tcPr>
                <w:p>
                  <w:r>
                    <w:t>[_________]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Description</w:t>
                  </w:r>
                </w:p>
              </w:tc>
              <w:tc>
                <w:tcPr>
                  <w:tcW w:type="dxa" w:w="3779"/>
                </w:tcPr>
                <w:p>
                  <w:r>
                    <w:t xml:space="preserve"> 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Responsable</w:t>
                  </w:r>
                </w:p>
              </w:tc>
              <w:tc>
                <w:tcPr>
                  <w:tcW w:type="dxa" w:w="3779"/>
                </w:tcPr>
                <w:p>
                  <w:r>
                    <w:t>[_________]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Échéance</w:t>
                  </w:r>
                </w:p>
              </w:tc>
              <w:tc>
                <w:tcPr>
                  <w:tcW w:type="dxa" w:w="3779"/>
                </w:tcPr>
                <w:p>
                  <w:r>
                    <w:t>[__/__/____]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Priorité</w:t>
                  </w:r>
                </w:p>
              </w:tc>
              <w:tc>
                <w:tcPr>
                  <w:tcW w:type="dxa" w:w="3779"/>
                </w:tcPr>
                <w:p>
                  <w:r>
                    <w:t>Haute ☐  Moyenne ☐  Basse ☐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Type</w:t>
                  </w:r>
                </w:p>
              </w:tc>
              <w:tc>
                <w:tcPr>
                  <w:tcW w:type="dxa" w:w="3779"/>
                </w:tcPr>
                <w:p>
                  <w:r>
                    <w:t>Travaux ☐  Sinistre ☐  Contrat ☐  Contrôle ☐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Notes</w:t>
                  </w:r>
                </w:p>
              </w:tc>
              <w:tc>
                <w:tcPr>
                  <w:tcW w:type="dxa" w:w="3779"/>
                </w:tcPr>
                <w:p>
                  <w:r>
                    <w:t xml:space="preserve"> </w:t>
                  </w:r>
                </w:p>
              </w:tc>
            </w:tr>
          </w:tbl>
          <w:p/>
        </w:tc>
      </w:tr>
      <w:tr>
        <w:tc>
          <w:tcPr>
            <w:tcW w:type="dxa" w:w="7559"/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16" w:color="000000"/>
                <w:left w:val="single" w:sz="16" w:color="000000"/>
                <w:bottom w:val="single" w:sz="16" w:color="000000"/>
                <w:right w:val="single" w:sz="16" w:color="000000"/>
                <w:insideH w:val="single" w:sz="16" w:color="000000"/>
                <w:insideV w:val="single" w:sz="16" w:color="000000"/>
              </w:tblBorders>
            </w:tblPr>
            <w:tblGrid>
              <w:gridCol w:w="3779"/>
              <w:gridCol w:w="3779"/>
            </w:tblGrid>
            <w:tr>
              <w:tc>
                <w:tcPr>
                  <w:tcW w:type="dxa" w:w="3779"/>
                </w:tcPr>
                <w:p>
                  <w:r>
                    <w:t>Tâche / Titre</w:t>
                  </w:r>
                </w:p>
              </w:tc>
              <w:tc>
                <w:tcPr>
                  <w:tcW w:type="dxa" w:w="3779"/>
                </w:tcPr>
                <w:p>
                  <w:r>
                    <w:t>[_________]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Description</w:t>
                  </w:r>
                </w:p>
              </w:tc>
              <w:tc>
                <w:tcPr>
                  <w:tcW w:type="dxa" w:w="3779"/>
                </w:tcPr>
                <w:p>
                  <w:r>
                    <w:t xml:space="preserve"> 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Responsable</w:t>
                  </w:r>
                </w:p>
              </w:tc>
              <w:tc>
                <w:tcPr>
                  <w:tcW w:type="dxa" w:w="3779"/>
                </w:tcPr>
                <w:p>
                  <w:r>
                    <w:t>[_________]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Échéance</w:t>
                  </w:r>
                </w:p>
              </w:tc>
              <w:tc>
                <w:tcPr>
                  <w:tcW w:type="dxa" w:w="3779"/>
                </w:tcPr>
                <w:p>
                  <w:r>
                    <w:t>[__/__/____]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Priorité</w:t>
                  </w:r>
                </w:p>
              </w:tc>
              <w:tc>
                <w:tcPr>
                  <w:tcW w:type="dxa" w:w="3779"/>
                </w:tcPr>
                <w:p>
                  <w:r>
                    <w:t>Haute ☐  Moyenne ☐  Basse ☐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Type</w:t>
                  </w:r>
                </w:p>
              </w:tc>
              <w:tc>
                <w:tcPr>
                  <w:tcW w:type="dxa" w:w="3779"/>
                </w:tcPr>
                <w:p>
                  <w:r>
                    <w:t>Travaux ☐  Sinistre ☐  Contrat ☐  Contrôle ☐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Notes</w:t>
                  </w:r>
                </w:p>
              </w:tc>
              <w:tc>
                <w:tcPr>
                  <w:tcW w:type="dxa" w:w="3779"/>
                </w:tcPr>
                <w:p>
                  <w:r>
                    <w:t xml:space="preserve"> </w:t>
                  </w:r>
                </w:p>
              </w:tc>
            </w:tr>
          </w:tbl>
          <w:p/>
        </w:tc>
        <w:tc>
          <w:tcPr>
            <w:tcW w:type="dxa" w:w="7559"/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16" w:color="000000"/>
                <w:left w:val="single" w:sz="16" w:color="000000"/>
                <w:bottom w:val="single" w:sz="16" w:color="000000"/>
                <w:right w:val="single" w:sz="16" w:color="000000"/>
                <w:insideH w:val="single" w:sz="16" w:color="000000"/>
                <w:insideV w:val="single" w:sz="16" w:color="000000"/>
              </w:tblBorders>
            </w:tblPr>
            <w:tblGrid>
              <w:gridCol w:w="3779"/>
              <w:gridCol w:w="3779"/>
            </w:tblGrid>
            <w:tr>
              <w:tc>
                <w:tcPr>
                  <w:tcW w:type="dxa" w:w="3779"/>
                </w:tcPr>
                <w:p>
                  <w:r>
                    <w:t>Tâche / Titre</w:t>
                  </w:r>
                </w:p>
              </w:tc>
              <w:tc>
                <w:tcPr>
                  <w:tcW w:type="dxa" w:w="3779"/>
                </w:tcPr>
                <w:p>
                  <w:r>
                    <w:t>[_________]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Description</w:t>
                  </w:r>
                </w:p>
              </w:tc>
              <w:tc>
                <w:tcPr>
                  <w:tcW w:type="dxa" w:w="3779"/>
                </w:tcPr>
                <w:p>
                  <w:r>
                    <w:t xml:space="preserve"> 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Responsable</w:t>
                  </w:r>
                </w:p>
              </w:tc>
              <w:tc>
                <w:tcPr>
                  <w:tcW w:type="dxa" w:w="3779"/>
                </w:tcPr>
                <w:p>
                  <w:r>
                    <w:t>[_________]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Échéance</w:t>
                  </w:r>
                </w:p>
              </w:tc>
              <w:tc>
                <w:tcPr>
                  <w:tcW w:type="dxa" w:w="3779"/>
                </w:tcPr>
                <w:p>
                  <w:r>
                    <w:t>[__/__/____]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Priorité</w:t>
                  </w:r>
                </w:p>
              </w:tc>
              <w:tc>
                <w:tcPr>
                  <w:tcW w:type="dxa" w:w="3779"/>
                </w:tcPr>
                <w:p>
                  <w:r>
                    <w:t>Haute ☐  Moyenne ☐  Basse ☐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Type</w:t>
                  </w:r>
                </w:p>
              </w:tc>
              <w:tc>
                <w:tcPr>
                  <w:tcW w:type="dxa" w:w="3779"/>
                </w:tcPr>
                <w:p>
                  <w:r>
                    <w:t>Travaux ☐  Sinistre ☐  Contrat ☐  Contrôle ☐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Notes</w:t>
                  </w:r>
                </w:p>
              </w:tc>
              <w:tc>
                <w:tcPr>
                  <w:tcW w:type="dxa" w:w="3779"/>
                </w:tcPr>
                <w:p>
                  <w:r>
                    <w:t xml:space="preserve"> </w:t>
                  </w:r>
                </w:p>
              </w:tc>
            </w:tr>
          </w:tbl>
          <w:p/>
        </w:tc>
        <w:tc>
          <w:tcPr>
            <w:tcW w:type="dxa" w:w="7559"/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16" w:color="000000"/>
                <w:left w:val="single" w:sz="16" w:color="000000"/>
                <w:bottom w:val="single" w:sz="16" w:color="000000"/>
                <w:right w:val="single" w:sz="16" w:color="000000"/>
                <w:insideH w:val="single" w:sz="16" w:color="000000"/>
                <w:insideV w:val="single" w:sz="16" w:color="000000"/>
              </w:tblBorders>
            </w:tblPr>
            <w:tblGrid>
              <w:gridCol w:w="3779"/>
              <w:gridCol w:w="3779"/>
            </w:tblGrid>
            <w:tr>
              <w:tc>
                <w:tcPr>
                  <w:tcW w:type="dxa" w:w="3779"/>
                </w:tcPr>
                <w:p>
                  <w:r>
                    <w:t>Tâche / Titre</w:t>
                  </w:r>
                </w:p>
              </w:tc>
              <w:tc>
                <w:tcPr>
                  <w:tcW w:type="dxa" w:w="3779"/>
                </w:tcPr>
                <w:p>
                  <w:r>
                    <w:t>[_________]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Description</w:t>
                  </w:r>
                </w:p>
              </w:tc>
              <w:tc>
                <w:tcPr>
                  <w:tcW w:type="dxa" w:w="3779"/>
                </w:tcPr>
                <w:p>
                  <w:r>
                    <w:t xml:space="preserve"> 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Responsable</w:t>
                  </w:r>
                </w:p>
              </w:tc>
              <w:tc>
                <w:tcPr>
                  <w:tcW w:type="dxa" w:w="3779"/>
                </w:tcPr>
                <w:p>
                  <w:r>
                    <w:t>[_________]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Échéance</w:t>
                  </w:r>
                </w:p>
              </w:tc>
              <w:tc>
                <w:tcPr>
                  <w:tcW w:type="dxa" w:w="3779"/>
                </w:tcPr>
                <w:p>
                  <w:r>
                    <w:t>[__/__/____]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Priorité</w:t>
                  </w:r>
                </w:p>
              </w:tc>
              <w:tc>
                <w:tcPr>
                  <w:tcW w:type="dxa" w:w="3779"/>
                </w:tcPr>
                <w:p>
                  <w:r>
                    <w:t>Haute ☐  Moyenne ☐  Basse ☐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Type</w:t>
                  </w:r>
                </w:p>
              </w:tc>
              <w:tc>
                <w:tcPr>
                  <w:tcW w:type="dxa" w:w="3779"/>
                </w:tcPr>
                <w:p>
                  <w:r>
                    <w:t>Travaux ☐  Sinistre ☐  Contrat ☐  Contrôle ☐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Notes</w:t>
                  </w:r>
                </w:p>
              </w:tc>
              <w:tc>
                <w:tcPr>
                  <w:tcW w:type="dxa" w:w="3779"/>
                </w:tcPr>
                <w:p>
                  <w:r>
                    <w:t xml:space="preserve"> </w:t>
                  </w:r>
                </w:p>
              </w:tc>
            </w:tr>
          </w:tbl>
          <w:p/>
        </w:tc>
      </w:tr>
      <w:tr>
        <w:tc>
          <w:tcPr>
            <w:tcW w:type="dxa" w:w="7559"/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16" w:color="000000"/>
                <w:left w:val="single" w:sz="16" w:color="000000"/>
                <w:bottom w:val="single" w:sz="16" w:color="000000"/>
                <w:right w:val="single" w:sz="16" w:color="000000"/>
                <w:insideH w:val="single" w:sz="16" w:color="000000"/>
                <w:insideV w:val="single" w:sz="16" w:color="000000"/>
              </w:tblBorders>
            </w:tblPr>
            <w:tblGrid>
              <w:gridCol w:w="3779"/>
              <w:gridCol w:w="3779"/>
            </w:tblGrid>
            <w:tr>
              <w:tc>
                <w:tcPr>
                  <w:tcW w:type="dxa" w:w="3779"/>
                </w:tcPr>
                <w:p>
                  <w:r>
                    <w:t>Tâche / Titre</w:t>
                  </w:r>
                </w:p>
              </w:tc>
              <w:tc>
                <w:tcPr>
                  <w:tcW w:type="dxa" w:w="3779"/>
                </w:tcPr>
                <w:p>
                  <w:r>
                    <w:t>[_________]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Description</w:t>
                  </w:r>
                </w:p>
              </w:tc>
              <w:tc>
                <w:tcPr>
                  <w:tcW w:type="dxa" w:w="3779"/>
                </w:tcPr>
                <w:p>
                  <w:r>
                    <w:t xml:space="preserve"> 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Responsable</w:t>
                  </w:r>
                </w:p>
              </w:tc>
              <w:tc>
                <w:tcPr>
                  <w:tcW w:type="dxa" w:w="3779"/>
                </w:tcPr>
                <w:p>
                  <w:r>
                    <w:t>[_________]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Échéance</w:t>
                  </w:r>
                </w:p>
              </w:tc>
              <w:tc>
                <w:tcPr>
                  <w:tcW w:type="dxa" w:w="3779"/>
                </w:tcPr>
                <w:p>
                  <w:r>
                    <w:t>[__/__/____]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Priorité</w:t>
                  </w:r>
                </w:p>
              </w:tc>
              <w:tc>
                <w:tcPr>
                  <w:tcW w:type="dxa" w:w="3779"/>
                </w:tcPr>
                <w:p>
                  <w:r>
                    <w:t>Haute ☐  Moyenne ☐  Basse ☐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Type</w:t>
                  </w:r>
                </w:p>
              </w:tc>
              <w:tc>
                <w:tcPr>
                  <w:tcW w:type="dxa" w:w="3779"/>
                </w:tcPr>
                <w:p>
                  <w:r>
                    <w:t>Travaux ☐  Sinistre ☐  Contrat ☐  Contrôle ☐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Notes</w:t>
                  </w:r>
                </w:p>
              </w:tc>
              <w:tc>
                <w:tcPr>
                  <w:tcW w:type="dxa" w:w="3779"/>
                </w:tcPr>
                <w:p>
                  <w:r>
                    <w:t xml:space="preserve"> </w:t>
                  </w:r>
                </w:p>
              </w:tc>
            </w:tr>
          </w:tbl>
          <w:p/>
        </w:tc>
        <w:tc>
          <w:tcPr>
            <w:tcW w:type="dxa" w:w="7559"/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16" w:color="000000"/>
                <w:left w:val="single" w:sz="16" w:color="000000"/>
                <w:bottom w:val="single" w:sz="16" w:color="000000"/>
                <w:right w:val="single" w:sz="16" w:color="000000"/>
                <w:insideH w:val="single" w:sz="16" w:color="000000"/>
                <w:insideV w:val="single" w:sz="16" w:color="000000"/>
              </w:tblBorders>
            </w:tblPr>
            <w:tblGrid>
              <w:gridCol w:w="3779"/>
              <w:gridCol w:w="3779"/>
            </w:tblGrid>
            <w:tr>
              <w:tc>
                <w:tcPr>
                  <w:tcW w:type="dxa" w:w="3779"/>
                </w:tcPr>
                <w:p>
                  <w:r>
                    <w:t>Tâche / Titre</w:t>
                  </w:r>
                </w:p>
              </w:tc>
              <w:tc>
                <w:tcPr>
                  <w:tcW w:type="dxa" w:w="3779"/>
                </w:tcPr>
                <w:p>
                  <w:r>
                    <w:t>[_________]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Description</w:t>
                  </w:r>
                </w:p>
              </w:tc>
              <w:tc>
                <w:tcPr>
                  <w:tcW w:type="dxa" w:w="3779"/>
                </w:tcPr>
                <w:p>
                  <w:r>
                    <w:t xml:space="preserve"> 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Responsable</w:t>
                  </w:r>
                </w:p>
              </w:tc>
              <w:tc>
                <w:tcPr>
                  <w:tcW w:type="dxa" w:w="3779"/>
                </w:tcPr>
                <w:p>
                  <w:r>
                    <w:t>[_________]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Échéance</w:t>
                  </w:r>
                </w:p>
              </w:tc>
              <w:tc>
                <w:tcPr>
                  <w:tcW w:type="dxa" w:w="3779"/>
                </w:tcPr>
                <w:p>
                  <w:r>
                    <w:t>[__/__/____]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Priorité</w:t>
                  </w:r>
                </w:p>
              </w:tc>
              <w:tc>
                <w:tcPr>
                  <w:tcW w:type="dxa" w:w="3779"/>
                </w:tcPr>
                <w:p>
                  <w:r>
                    <w:t>Haute ☐  Moyenne ☐  Basse ☐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Type</w:t>
                  </w:r>
                </w:p>
              </w:tc>
              <w:tc>
                <w:tcPr>
                  <w:tcW w:type="dxa" w:w="3779"/>
                </w:tcPr>
                <w:p>
                  <w:r>
                    <w:t>Travaux ☐  Sinistre ☐  Contrat ☐  Contrôle ☐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Notes</w:t>
                  </w:r>
                </w:p>
              </w:tc>
              <w:tc>
                <w:tcPr>
                  <w:tcW w:type="dxa" w:w="3779"/>
                </w:tcPr>
                <w:p>
                  <w:r>
                    <w:t xml:space="preserve"> </w:t>
                  </w:r>
                </w:p>
              </w:tc>
            </w:tr>
          </w:tbl>
          <w:p/>
        </w:tc>
        <w:tc>
          <w:tcPr>
            <w:tcW w:type="dxa" w:w="7559"/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16" w:color="000000"/>
                <w:left w:val="single" w:sz="16" w:color="000000"/>
                <w:bottom w:val="single" w:sz="16" w:color="000000"/>
                <w:right w:val="single" w:sz="16" w:color="000000"/>
                <w:insideH w:val="single" w:sz="16" w:color="000000"/>
                <w:insideV w:val="single" w:sz="16" w:color="000000"/>
              </w:tblBorders>
            </w:tblPr>
            <w:tblGrid>
              <w:gridCol w:w="3779"/>
              <w:gridCol w:w="3779"/>
            </w:tblGrid>
            <w:tr>
              <w:tc>
                <w:tcPr>
                  <w:tcW w:type="dxa" w:w="3779"/>
                </w:tcPr>
                <w:p>
                  <w:r>
                    <w:t>Tâche / Titre</w:t>
                  </w:r>
                </w:p>
              </w:tc>
              <w:tc>
                <w:tcPr>
                  <w:tcW w:type="dxa" w:w="3779"/>
                </w:tcPr>
                <w:p>
                  <w:r>
                    <w:t>[_________]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Description</w:t>
                  </w:r>
                </w:p>
              </w:tc>
              <w:tc>
                <w:tcPr>
                  <w:tcW w:type="dxa" w:w="3779"/>
                </w:tcPr>
                <w:p>
                  <w:r>
                    <w:t xml:space="preserve"> 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Responsable</w:t>
                  </w:r>
                </w:p>
              </w:tc>
              <w:tc>
                <w:tcPr>
                  <w:tcW w:type="dxa" w:w="3779"/>
                </w:tcPr>
                <w:p>
                  <w:r>
                    <w:t>[_________]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Échéance</w:t>
                  </w:r>
                </w:p>
              </w:tc>
              <w:tc>
                <w:tcPr>
                  <w:tcW w:type="dxa" w:w="3779"/>
                </w:tcPr>
                <w:p>
                  <w:r>
                    <w:t>[__/__/____]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Priorité</w:t>
                  </w:r>
                </w:p>
              </w:tc>
              <w:tc>
                <w:tcPr>
                  <w:tcW w:type="dxa" w:w="3779"/>
                </w:tcPr>
                <w:p>
                  <w:r>
                    <w:t>Haute ☐  Moyenne ☐  Basse ☐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Type</w:t>
                  </w:r>
                </w:p>
              </w:tc>
              <w:tc>
                <w:tcPr>
                  <w:tcW w:type="dxa" w:w="3779"/>
                </w:tcPr>
                <w:p>
                  <w:r>
                    <w:t>Travaux ☐  Sinistre ☐  Contrat ☐  Contrôle ☐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Notes</w:t>
                  </w:r>
                </w:p>
              </w:tc>
              <w:tc>
                <w:tcPr>
                  <w:tcW w:type="dxa" w:w="3779"/>
                </w:tcPr>
                <w:p>
                  <w:r>
                    <w:t xml:space="preserve"> </w:t>
                  </w:r>
                </w:p>
              </w:tc>
            </w:tr>
          </w:tbl>
          <w:p/>
        </w:tc>
      </w:tr>
      <w:tr>
        <w:tc>
          <w:tcPr>
            <w:tcW w:type="dxa" w:w="7559"/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16" w:color="000000"/>
                <w:left w:val="single" w:sz="16" w:color="000000"/>
                <w:bottom w:val="single" w:sz="16" w:color="000000"/>
                <w:right w:val="single" w:sz="16" w:color="000000"/>
                <w:insideH w:val="single" w:sz="16" w:color="000000"/>
                <w:insideV w:val="single" w:sz="16" w:color="000000"/>
              </w:tblBorders>
            </w:tblPr>
            <w:tblGrid>
              <w:gridCol w:w="3779"/>
              <w:gridCol w:w="3779"/>
            </w:tblGrid>
            <w:tr>
              <w:tc>
                <w:tcPr>
                  <w:tcW w:type="dxa" w:w="3779"/>
                </w:tcPr>
                <w:p>
                  <w:r>
                    <w:t>Tâche / Titre</w:t>
                  </w:r>
                </w:p>
              </w:tc>
              <w:tc>
                <w:tcPr>
                  <w:tcW w:type="dxa" w:w="3779"/>
                </w:tcPr>
                <w:p>
                  <w:r>
                    <w:t>[_________]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Description</w:t>
                  </w:r>
                </w:p>
              </w:tc>
              <w:tc>
                <w:tcPr>
                  <w:tcW w:type="dxa" w:w="3779"/>
                </w:tcPr>
                <w:p>
                  <w:r>
                    <w:t xml:space="preserve"> 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Responsable</w:t>
                  </w:r>
                </w:p>
              </w:tc>
              <w:tc>
                <w:tcPr>
                  <w:tcW w:type="dxa" w:w="3779"/>
                </w:tcPr>
                <w:p>
                  <w:r>
                    <w:t>[_________]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Échéance</w:t>
                  </w:r>
                </w:p>
              </w:tc>
              <w:tc>
                <w:tcPr>
                  <w:tcW w:type="dxa" w:w="3779"/>
                </w:tcPr>
                <w:p>
                  <w:r>
                    <w:t>[__/__/____]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Priorité</w:t>
                  </w:r>
                </w:p>
              </w:tc>
              <w:tc>
                <w:tcPr>
                  <w:tcW w:type="dxa" w:w="3779"/>
                </w:tcPr>
                <w:p>
                  <w:r>
                    <w:t>Haute ☐  Moyenne ☐  Basse ☐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Type</w:t>
                  </w:r>
                </w:p>
              </w:tc>
              <w:tc>
                <w:tcPr>
                  <w:tcW w:type="dxa" w:w="3779"/>
                </w:tcPr>
                <w:p>
                  <w:r>
                    <w:t>Travaux ☐  Sinistre ☐  Contrat ☐  Contrôle ☐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Notes</w:t>
                  </w:r>
                </w:p>
              </w:tc>
              <w:tc>
                <w:tcPr>
                  <w:tcW w:type="dxa" w:w="3779"/>
                </w:tcPr>
                <w:p>
                  <w:r>
                    <w:t xml:space="preserve"> </w:t>
                  </w:r>
                </w:p>
              </w:tc>
            </w:tr>
          </w:tbl>
          <w:p/>
        </w:tc>
        <w:tc>
          <w:tcPr>
            <w:tcW w:type="dxa" w:w="7559"/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16" w:color="000000"/>
                <w:left w:val="single" w:sz="16" w:color="000000"/>
                <w:bottom w:val="single" w:sz="16" w:color="000000"/>
                <w:right w:val="single" w:sz="16" w:color="000000"/>
                <w:insideH w:val="single" w:sz="16" w:color="000000"/>
                <w:insideV w:val="single" w:sz="16" w:color="000000"/>
              </w:tblBorders>
            </w:tblPr>
            <w:tblGrid>
              <w:gridCol w:w="3779"/>
              <w:gridCol w:w="3779"/>
            </w:tblGrid>
            <w:tr>
              <w:tc>
                <w:tcPr>
                  <w:tcW w:type="dxa" w:w="3779"/>
                </w:tcPr>
                <w:p>
                  <w:r>
                    <w:t>Tâche / Titre</w:t>
                  </w:r>
                </w:p>
              </w:tc>
              <w:tc>
                <w:tcPr>
                  <w:tcW w:type="dxa" w:w="3779"/>
                </w:tcPr>
                <w:p>
                  <w:r>
                    <w:t>[_________]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Description</w:t>
                  </w:r>
                </w:p>
              </w:tc>
              <w:tc>
                <w:tcPr>
                  <w:tcW w:type="dxa" w:w="3779"/>
                </w:tcPr>
                <w:p>
                  <w:r>
                    <w:t xml:space="preserve"> 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Responsable</w:t>
                  </w:r>
                </w:p>
              </w:tc>
              <w:tc>
                <w:tcPr>
                  <w:tcW w:type="dxa" w:w="3779"/>
                </w:tcPr>
                <w:p>
                  <w:r>
                    <w:t>[_________]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Échéance</w:t>
                  </w:r>
                </w:p>
              </w:tc>
              <w:tc>
                <w:tcPr>
                  <w:tcW w:type="dxa" w:w="3779"/>
                </w:tcPr>
                <w:p>
                  <w:r>
                    <w:t>[__/__/____]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Priorité</w:t>
                  </w:r>
                </w:p>
              </w:tc>
              <w:tc>
                <w:tcPr>
                  <w:tcW w:type="dxa" w:w="3779"/>
                </w:tcPr>
                <w:p>
                  <w:r>
                    <w:t>Haute ☐  Moyenne ☐  Basse ☐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Type</w:t>
                  </w:r>
                </w:p>
              </w:tc>
              <w:tc>
                <w:tcPr>
                  <w:tcW w:type="dxa" w:w="3779"/>
                </w:tcPr>
                <w:p>
                  <w:r>
                    <w:t>Travaux ☐  Sinistre ☐  Contrat ☐  Contrôle ☐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Notes</w:t>
                  </w:r>
                </w:p>
              </w:tc>
              <w:tc>
                <w:tcPr>
                  <w:tcW w:type="dxa" w:w="3779"/>
                </w:tcPr>
                <w:p>
                  <w:r>
                    <w:t xml:space="preserve"> </w:t>
                  </w:r>
                </w:p>
              </w:tc>
            </w:tr>
          </w:tbl>
          <w:p/>
        </w:tc>
        <w:tc>
          <w:tcPr>
            <w:tcW w:type="dxa" w:w="7559"/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16" w:color="000000"/>
                <w:left w:val="single" w:sz="16" w:color="000000"/>
                <w:bottom w:val="single" w:sz="16" w:color="000000"/>
                <w:right w:val="single" w:sz="16" w:color="000000"/>
                <w:insideH w:val="single" w:sz="16" w:color="000000"/>
                <w:insideV w:val="single" w:sz="16" w:color="000000"/>
              </w:tblBorders>
            </w:tblPr>
            <w:tblGrid>
              <w:gridCol w:w="3779"/>
              <w:gridCol w:w="3779"/>
            </w:tblGrid>
            <w:tr>
              <w:tc>
                <w:tcPr>
                  <w:tcW w:type="dxa" w:w="3779"/>
                </w:tcPr>
                <w:p>
                  <w:r>
                    <w:t>Tâche / Titre</w:t>
                  </w:r>
                </w:p>
              </w:tc>
              <w:tc>
                <w:tcPr>
                  <w:tcW w:type="dxa" w:w="3779"/>
                </w:tcPr>
                <w:p>
                  <w:r>
                    <w:t>[_________]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Description</w:t>
                  </w:r>
                </w:p>
              </w:tc>
              <w:tc>
                <w:tcPr>
                  <w:tcW w:type="dxa" w:w="3779"/>
                </w:tcPr>
                <w:p>
                  <w:r>
                    <w:t xml:space="preserve"> 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Responsable</w:t>
                  </w:r>
                </w:p>
              </w:tc>
              <w:tc>
                <w:tcPr>
                  <w:tcW w:type="dxa" w:w="3779"/>
                </w:tcPr>
                <w:p>
                  <w:r>
                    <w:t>[_________]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Échéance</w:t>
                  </w:r>
                </w:p>
              </w:tc>
              <w:tc>
                <w:tcPr>
                  <w:tcW w:type="dxa" w:w="3779"/>
                </w:tcPr>
                <w:p>
                  <w:r>
                    <w:t>[__/__/____]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Priorité</w:t>
                  </w:r>
                </w:p>
              </w:tc>
              <w:tc>
                <w:tcPr>
                  <w:tcW w:type="dxa" w:w="3779"/>
                </w:tcPr>
                <w:p>
                  <w:r>
                    <w:t>Haute ☐  Moyenne ☐  Basse ☐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Type</w:t>
                  </w:r>
                </w:p>
              </w:tc>
              <w:tc>
                <w:tcPr>
                  <w:tcW w:type="dxa" w:w="3779"/>
                </w:tcPr>
                <w:p>
                  <w:r>
                    <w:t>Travaux ☐  Sinistre ☐  Contrat ☐  Contrôle ☐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Notes</w:t>
                  </w:r>
                </w:p>
              </w:tc>
              <w:tc>
                <w:tcPr>
                  <w:tcW w:type="dxa" w:w="3779"/>
                </w:tcPr>
                <w:p>
                  <w:r>
                    <w:t xml:space="preserve"> </w:t>
                  </w:r>
                </w:p>
              </w:tc>
            </w:tr>
          </w:tbl>
          <w:p/>
        </w:tc>
      </w:tr>
      <w:tr>
        <w:tc>
          <w:tcPr>
            <w:tcW w:type="dxa" w:w="7559"/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16" w:color="000000"/>
                <w:left w:val="single" w:sz="16" w:color="000000"/>
                <w:bottom w:val="single" w:sz="16" w:color="000000"/>
                <w:right w:val="single" w:sz="16" w:color="000000"/>
                <w:insideH w:val="single" w:sz="16" w:color="000000"/>
                <w:insideV w:val="single" w:sz="16" w:color="000000"/>
              </w:tblBorders>
            </w:tblPr>
            <w:tblGrid>
              <w:gridCol w:w="3779"/>
              <w:gridCol w:w="3779"/>
            </w:tblGrid>
            <w:tr>
              <w:tc>
                <w:tcPr>
                  <w:tcW w:type="dxa" w:w="3779"/>
                </w:tcPr>
                <w:p>
                  <w:r>
                    <w:t>Tâche / Titre</w:t>
                  </w:r>
                </w:p>
              </w:tc>
              <w:tc>
                <w:tcPr>
                  <w:tcW w:type="dxa" w:w="3779"/>
                </w:tcPr>
                <w:p>
                  <w:r>
                    <w:t>[_________]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Description</w:t>
                  </w:r>
                </w:p>
              </w:tc>
              <w:tc>
                <w:tcPr>
                  <w:tcW w:type="dxa" w:w="3779"/>
                </w:tcPr>
                <w:p>
                  <w:r>
                    <w:t xml:space="preserve"> 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Responsable</w:t>
                  </w:r>
                </w:p>
              </w:tc>
              <w:tc>
                <w:tcPr>
                  <w:tcW w:type="dxa" w:w="3779"/>
                </w:tcPr>
                <w:p>
                  <w:r>
                    <w:t>[_________]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Échéance</w:t>
                  </w:r>
                </w:p>
              </w:tc>
              <w:tc>
                <w:tcPr>
                  <w:tcW w:type="dxa" w:w="3779"/>
                </w:tcPr>
                <w:p>
                  <w:r>
                    <w:t>[__/__/____]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Priorité</w:t>
                  </w:r>
                </w:p>
              </w:tc>
              <w:tc>
                <w:tcPr>
                  <w:tcW w:type="dxa" w:w="3779"/>
                </w:tcPr>
                <w:p>
                  <w:r>
                    <w:t>Haute ☐  Moyenne ☐  Basse ☐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Type</w:t>
                  </w:r>
                </w:p>
              </w:tc>
              <w:tc>
                <w:tcPr>
                  <w:tcW w:type="dxa" w:w="3779"/>
                </w:tcPr>
                <w:p>
                  <w:r>
                    <w:t>Travaux ☐  Sinistre ☐  Contrat ☐  Contrôle ☐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Notes</w:t>
                  </w:r>
                </w:p>
              </w:tc>
              <w:tc>
                <w:tcPr>
                  <w:tcW w:type="dxa" w:w="3779"/>
                </w:tcPr>
                <w:p>
                  <w:r>
                    <w:t xml:space="preserve"> </w:t>
                  </w:r>
                </w:p>
              </w:tc>
            </w:tr>
          </w:tbl>
          <w:p/>
        </w:tc>
        <w:tc>
          <w:tcPr>
            <w:tcW w:type="dxa" w:w="7559"/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16" w:color="000000"/>
                <w:left w:val="single" w:sz="16" w:color="000000"/>
                <w:bottom w:val="single" w:sz="16" w:color="000000"/>
                <w:right w:val="single" w:sz="16" w:color="000000"/>
                <w:insideH w:val="single" w:sz="16" w:color="000000"/>
                <w:insideV w:val="single" w:sz="16" w:color="000000"/>
              </w:tblBorders>
            </w:tblPr>
            <w:tblGrid>
              <w:gridCol w:w="3779"/>
              <w:gridCol w:w="3779"/>
            </w:tblGrid>
            <w:tr>
              <w:tc>
                <w:tcPr>
                  <w:tcW w:type="dxa" w:w="3779"/>
                </w:tcPr>
                <w:p>
                  <w:r>
                    <w:t>Tâche / Titre</w:t>
                  </w:r>
                </w:p>
              </w:tc>
              <w:tc>
                <w:tcPr>
                  <w:tcW w:type="dxa" w:w="3779"/>
                </w:tcPr>
                <w:p>
                  <w:r>
                    <w:t>[_________]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Description</w:t>
                  </w:r>
                </w:p>
              </w:tc>
              <w:tc>
                <w:tcPr>
                  <w:tcW w:type="dxa" w:w="3779"/>
                </w:tcPr>
                <w:p>
                  <w:r>
                    <w:t xml:space="preserve"> 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Responsable</w:t>
                  </w:r>
                </w:p>
              </w:tc>
              <w:tc>
                <w:tcPr>
                  <w:tcW w:type="dxa" w:w="3779"/>
                </w:tcPr>
                <w:p>
                  <w:r>
                    <w:t>[_________]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Échéance</w:t>
                  </w:r>
                </w:p>
              </w:tc>
              <w:tc>
                <w:tcPr>
                  <w:tcW w:type="dxa" w:w="3779"/>
                </w:tcPr>
                <w:p>
                  <w:r>
                    <w:t>[__/__/____]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Priorité</w:t>
                  </w:r>
                </w:p>
              </w:tc>
              <w:tc>
                <w:tcPr>
                  <w:tcW w:type="dxa" w:w="3779"/>
                </w:tcPr>
                <w:p>
                  <w:r>
                    <w:t>Haute ☐  Moyenne ☐  Basse ☐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Type</w:t>
                  </w:r>
                </w:p>
              </w:tc>
              <w:tc>
                <w:tcPr>
                  <w:tcW w:type="dxa" w:w="3779"/>
                </w:tcPr>
                <w:p>
                  <w:r>
                    <w:t>Travaux ☐  Sinistre ☐  Contrat ☐  Contrôle ☐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Notes</w:t>
                  </w:r>
                </w:p>
              </w:tc>
              <w:tc>
                <w:tcPr>
                  <w:tcW w:type="dxa" w:w="3779"/>
                </w:tcPr>
                <w:p>
                  <w:r>
                    <w:t xml:space="preserve"> </w:t>
                  </w:r>
                </w:p>
              </w:tc>
            </w:tr>
          </w:tbl>
          <w:p/>
        </w:tc>
        <w:tc>
          <w:tcPr>
            <w:tcW w:type="dxa" w:w="7559"/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16" w:color="000000"/>
                <w:left w:val="single" w:sz="16" w:color="000000"/>
                <w:bottom w:val="single" w:sz="16" w:color="000000"/>
                <w:right w:val="single" w:sz="16" w:color="000000"/>
                <w:insideH w:val="single" w:sz="16" w:color="000000"/>
                <w:insideV w:val="single" w:sz="16" w:color="000000"/>
              </w:tblBorders>
            </w:tblPr>
            <w:tblGrid>
              <w:gridCol w:w="3779"/>
              <w:gridCol w:w="3779"/>
            </w:tblGrid>
            <w:tr>
              <w:tc>
                <w:tcPr>
                  <w:tcW w:type="dxa" w:w="3779"/>
                </w:tcPr>
                <w:p>
                  <w:r>
                    <w:t>Tâche / Titre</w:t>
                  </w:r>
                </w:p>
              </w:tc>
              <w:tc>
                <w:tcPr>
                  <w:tcW w:type="dxa" w:w="3779"/>
                </w:tcPr>
                <w:p>
                  <w:r>
                    <w:t>[_________]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Description</w:t>
                  </w:r>
                </w:p>
              </w:tc>
              <w:tc>
                <w:tcPr>
                  <w:tcW w:type="dxa" w:w="3779"/>
                </w:tcPr>
                <w:p>
                  <w:r>
                    <w:t xml:space="preserve"> 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Responsable</w:t>
                  </w:r>
                </w:p>
              </w:tc>
              <w:tc>
                <w:tcPr>
                  <w:tcW w:type="dxa" w:w="3779"/>
                </w:tcPr>
                <w:p>
                  <w:r>
                    <w:t>[_________]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Échéance</w:t>
                  </w:r>
                </w:p>
              </w:tc>
              <w:tc>
                <w:tcPr>
                  <w:tcW w:type="dxa" w:w="3779"/>
                </w:tcPr>
                <w:p>
                  <w:r>
                    <w:t>[__/__/____]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Priorité</w:t>
                  </w:r>
                </w:p>
              </w:tc>
              <w:tc>
                <w:tcPr>
                  <w:tcW w:type="dxa" w:w="3779"/>
                </w:tcPr>
                <w:p>
                  <w:r>
                    <w:t>Haute ☐  Moyenne ☐  Basse ☐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Type</w:t>
                  </w:r>
                </w:p>
              </w:tc>
              <w:tc>
                <w:tcPr>
                  <w:tcW w:type="dxa" w:w="3779"/>
                </w:tcPr>
                <w:p>
                  <w:r>
                    <w:t>Travaux ☐  Sinistre ☐  Contrat ☐  Contrôle ☐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Notes</w:t>
                  </w:r>
                </w:p>
              </w:tc>
              <w:tc>
                <w:tcPr>
                  <w:tcW w:type="dxa" w:w="3779"/>
                </w:tcPr>
                <w:p>
                  <w:r>
                    <w:t xml:space="preserve"> </w:t>
                  </w:r>
                </w:p>
              </w:tc>
            </w:tr>
          </w:tbl>
          <w:p/>
        </w:tc>
      </w:tr>
      <w:tr>
        <w:tc>
          <w:tcPr>
            <w:tcW w:type="dxa" w:w="7559"/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16" w:color="000000"/>
                <w:left w:val="single" w:sz="16" w:color="000000"/>
                <w:bottom w:val="single" w:sz="16" w:color="000000"/>
                <w:right w:val="single" w:sz="16" w:color="000000"/>
                <w:insideH w:val="single" w:sz="16" w:color="000000"/>
                <w:insideV w:val="single" w:sz="16" w:color="000000"/>
              </w:tblBorders>
            </w:tblPr>
            <w:tblGrid>
              <w:gridCol w:w="3779"/>
              <w:gridCol w:w="3779"/>
            </w:tblGrid>
            <w:tr>
              <w:tc>
                <w:tcPr>
                  <w:tcW w:type="dxa" w:w="3779"/>
                </w:tcPr>
                <w:p>
                  <w:r>
                    <w:t>Tâche / Titre</w:t>
                  </w:r>
                </w:p>
              </w:tc>
              <w:tc>
                <w:tcPr>
                  <w:tcW w:type="dxa" w:w="3779"/>
                </w:tcPr>
                <w:p>
                  <w:r>
                    <w:t>[_________]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Description</w:t>
                  </w:r>
                </w:p>
              </w:tc>
              <w:tc>
                <w:tcPr>
                  <w:tcW w:type="dxa" w:w="3779"/>
                </w:tcPr>
                <w:p>
                  <w:r>
                    <w:t xml:space="preserve"> 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Responsable</w:t>
                  </w:r>
                </w:p>
              </w:tc>
              <w:tc>
                <w:tcPr>
                  <w:tcW w:type="dxa" w:w="3779"/>
                </w:tcPr>
                <w:p>
                  <w:r>
                    <w:t>[_________]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Échéance</w:t>
                  </w:r>
                </w:p>
              </w:tc>
              <w:tc>
                <w:tcPr>
                  <w:tcW w:type="dxa" w:w="3779"/>
                </w:tcPr>
                <w:p>
                  <w:r>
                    <w:t>[__/__/____]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Priorité</w:t>
                  </w:r>
                </w:p>
              </w:tc>
              <w:tc>
                <w:tcPr>
                  <w:tcW w:type="dxa" w:w="3779"/>
                </w:tcPr>
                <w:p>
                  <w:r>
                    <w:t>Haute ☐  Moyenne ☐  Basse ☐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Type</w:t>
                  </w:r>
                </w:p>
              </w:tc>
              <w:tc>
                <w:tcPr>
                  <w:tcW w:type="dxa" w:w="3779"/>
                </w:tcPr>
                <w:p>
                  <w:r>
                    <w:t>Travaux ☐  Sinistre ☐  Contrat ☐  Contrôle ☐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Notes</w:t>
                  </w:r>
                </w:p>
              </w:tc>
              <w:tc>
                <w:tcPr>
                  <w:tcW w:type="dxa" w:w="3779"/>
                </w:tcPr>
                <w:p>
                  <w:r>
                    <w:t xml:space="preserve"> </w:t>
                  </w:r>
                </w:p>
              </w:tc>
            </w:tr>
          </w:tbl>
          <w:p/>
        </w:tc>
        <w:tc>
          <w:tcPr>
            <w:tcW w:type="dxa" w:w="7559"/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16" w:color="000000"/>
                <w:left w:val="single" w:sz="16" w:color="000000"/>
                <w:bottom w:val="single" w:sz="16" w:color="000000"/>
                <w:right w:val="single" w:sz="16" w:color="000000"/>
                <w:insideH w:val="single" w:sz="16" w:color="000000"/>
                <w:insideV w:val="single" w:sz="16" w:color="000000"/>
              </w:tblBorders>
            </w:tblPr>
            <w:tblGrid>
              <w:gridCol w:w="3779"/>
              <w:gridCol w:w="3779"/>
            </w:tblGrid>
            <w:tr>
              <w:tc>
                <w:tcPr>
                  <w:tcW w:type="dxa" w:w="3779"/>
                </w:tcPr>
                <w:p>
                  <w:r>
                    <w:t>Tâche / Titre</w:t>
                  </w:r>
                </w:p>
              </w:tc>
              <w:tc>
                <w:tcPr>
                  <w:tcW w:type="dxa" w:w="3779"/>
                </w:tcPr>
                <w:p>
                  <w:r>
                    <w:t>[_________]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Description</w:t>
                  </w:r>
                </w:p>
              </w:tc>
              <w:tc>
                <w:tcPr>
                  <w:tcW w:type="dxa" w:w="3779"/>
                </w:tcPr>
                <w:p>
                  <w:r>
                    <w:t xml:space="preserve"> 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Responsable</w:t>
                  </w:r>
                </w:p>
              </w:tc>
              <w:tc>
                <w:tcPr>
                  <w:tcW w:type="dxa" w:w="3779"/>
                </w:tcPr>
                <w:p>
                  <w:r>
                    <w:t>[_________]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Échéance</w:t>
                  </w:r>
                </w:p>
              </w:tc>
              <w:tc>
                <w:tcPr>
                  <w:tcW w:type="dxa" w:w="3779"/>
                </w:tcPr>
                <w:p>
                  <w:r>
                    <w:t>[__/__/____]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Priorité</w:t>
                  </w:r>
                </w:p>
              </w:tc>
              <w:tc>
                <w:tcPr>
                  <w:tcW w:type="dxa" w:w="3779"/>
                </w:tcPr>
                <w:p>
                  <w:r>
                    <w:t>Haute ☐  Moyenne ☐  Basse ☐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Type</w:t>
                  </w:r>
                </w:p>
              </w:tc>
              <w:tc>
                <w:tcPr>
                  <w:tcW w:type="dxa" w:w="3779"/>
                </w:tcPr>
                <w:p>
                  <w:r>
                    <w:t>Travaux ☐  Sinistre ☐  Contrat ☐  Contrôle ☐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Notes</w:t>
                  </w:r>
                </w:p>
              </w:tc>
              <w:tc>
                <w:tcPr>
                  <w:tcW w:type="dxa" w:w="3779"/>
                </w:tcPr>
                <w:p>
                  <w:r>
                    <w:t xml:space="preserve"> </w:t>
                  </w:r>
                </w:p>
              </w:tc>
            </w:tr>
          </w:tbl>
          <w:p/>
        </w:tc>
        <w:tc>
          <w:tcPr>
            <w:tcW w:type="dxa" w:w="7559"/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16" w:color="000000"/>
                <w:left w:val="single" w:sz="16" w:color="000000"/>
                <w:bottom w:val="single" w:sz="16" w:color="000000"/>
                <w:right w:val="single" w:sz="16" w:color="000000"/>
                <w:insideH w:val="single" w:sz="16" w:color="000000"/>
                <w:insideV w:val="single" w:sz="16" w:color="000000"/>
              </w:tblBorders>
            </w:tblPr>
            <w:tblGrid>
              <w:gridCol w:w="3779"/>
              <w:gridCol w:w="3779"/>
            </w:tblGrid>
            <w:tr>
              <w:tc>
                <w:tcPr>
                  <w:tcW w:type="dxa" w:w="3779"/>
                </w:tcPr>
                <w:p>
                  <w:r>
                    <w:t>Tâche / Titre</w:t>
                  </w:r>
                </w:p>
              </w:tc>
              <w:tc>
                <w:tcPr>
                  <w:tcW w:type="dxa" w:w="3779"/>
                </w:tcPr>
                <w:p>
                  <w:r>
                    <w:t>[_________]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Description</w:t>
                  </w:r>
                </w:p>
              </w:tc>
              <w:tc>
                <w:tcPr>
                  <w:tcW w:type="dxa" w:w="3779"/>
                </w:tcPr>
                <w:p>
                  <w:r>
                    <w:t xml:space="preserve"> 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Responsable</w:t>
                  </w:r>
                </w:p>
              </w:tc>
              <w:tc>
                <w:tcPr>
                  <w:tcW w:type="dxa" w:w="3779"/>
                </w:tcPr>
                <w:p>
                  <w:r>
                    <w:t>[_________]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Échéance</w:t>
                  </w:r>
                </w:p>
              </w:tc>
              <w:tc>
                <w:tcPr>
                  <w:tcW w:type="dxa" w:w="3779"/>
                </w:tcPr>
                <w:p>
                  <w:r>
                    <w:t>[__/__/____]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Priorité</w:t>
                  </w:r>
                </w:p>
              </w:tc>
              <w:tc>
                <w:tcPr>
                  <w:tcW w:type="dxa" w:w="3779"/>
                </w:tcPr>
                <w:p>
                  <w:r>
                    <w:t>Haute ☐  Moyenne ☐  Basse ☐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Type</w:t>
                  </w:r>
                </w:p>
              </w:tc>
              <w:tc>
                <w:tcPr>
                  <w:tcW w:type="dxa" w:w="3779"/>
                </w:tcPr>
                <w:p>
                  <w:r>
                    <w:t>Travaux ☐  Sinistre ☐  Contrat ☐  Contrôle ☐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Notes</w:t>
                  </w:r>
                </w:p>
              </w:tc>
              <w:tc>
                <w:tcPr>
                  <w:tcW w:type="dxa" w:w="3779"/>
                </w:tcPr>
                <w:p>
                  <w:r>
                    <w:t xml:space="preserve"> </w:t>
                  </w:r>
                </w:p>
              </w:tc>
            </w:tr>
          </w:tbl>
          <w:p/>
        </w:tc>
      </w:tr>
    </w:tbl>
    <w:sectPr w:rsidR="00FC693F" w:rsidRPr="0006063C" w:rsidSect="00034616">
      <w:footerReference w:type="default" r:id="rId9"/>
      <w:pgSz w:w="23811" w:h="16838"/>
      <w:pgMar w:top="454" w:right="567" w:bottom="454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6"/>
      </w:rPr>
      <w:t>Modèle Kanban A3 — 30/09/2025  — Feuille 1/2 : Tableau principal</w:t>
    </w:r>
    <w:r>
      <w:rPr>
        <w:sz w:val="16"/>
      </w:rPr>
      <w:t>Modèle Kanban A3 — 30/09/2025  — Feuille 2/2 : Cartes à découper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sz w:val="1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