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36"/>
              </w:rPr>
              <w:t>RAPPORT JOURNALIER DE CHANTIER — TRAME</w:t>
            </w:r>
          </w:p>
        </w:tc>
      </w:tr>
    </w:tbl>
    <w:p>
      <w:r>
        <w:rPr>
          <w:b/>
        </w:rPr>
        <w:t>En-tête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r>
              <w:t>Projet</w:t>
              <w:br/>
              <w:t>[Nom du projet]</w:t>
            </w:r>
          </w:p>
        </w:tc>
        <w:tc>
          <w:tcPr>
            <w:tcW w:type="dxa" w:w="2545"/>
            <w:vAlign w:val="center"/>
          </w:tcPr>
          <w:p>
            <w:r>
              <w:t>Chantier</w:t>
              <w:br/>
              <w:t>[Nom du chantier]</w:t>
            </w:r>
          </w:p>
        </w:tc>
        <w:tc>
          <w:tcPr>
            <w:tcW w:type="dxa" w:w="2545"/>
            <w:vAlign w:val="center"/>
          </w:tcPr>
          <w:p>
            <w:r>
              <w:t>Lot</w:t>
              <w:br/>
              <w:t>[Lot/Section]</w:t>
            </w:r>
          </w:p>
        </w:tc>
        <w:tc>
          <w:tcPr>
            <w:tcW w:type="dxa" w:w="2545"/>
            <w:vAlign w:val="center"/>
          </w:tcPr>
          <w:p>
            <w:r>
              <w:t>N° RJC</w:t>
              <w:br/>
              <w:t>[000]</w:t>
            </w:r>
          </w:p>
        </w:tc>
      </w:tr>
      <w:tr>
        <w:tc>
          <w:tcPr>
            <w:tcW w:type="dxa" w:w="2545"/>
            <w:vAlign w:val="center"/>
          </w:tcPr>
          <w:p>
            <w:r>
              <w:t>Date (AAAA-MM-JJ)</w:t>
              <w:br/>
              <w:t>[2025-09-14]</w:t>
            </w:r>
          </w:p>
        </w:tc>
        <w:tc>
          <w:tcPr>
            <w:tcW w:type="dxa" w:w="2545"/>
            <w:vAlign w:val="center"/>
          </w:tcPr>
          <w:p>
            <w:r>
              <w:t>Rédacteur</w:t>
              <w:br/>
              <w:t>[Nom, Fonction]</w:t>
            </w:r>
          </w:p>
        </w:tc>
        <w:tc>
          <w:tcPr>
            <w:tcW w:type="dxa" w:w="2545"/>
            <w:vAlign w:val="center"/>
          </w:tcPr>
          <w:p>
            <w:r>
              <w:t>Diffusion</w:t>
              <w:br/>
              <w:t>[MOA, MOE, CSPS, etc.]</w:t>
            </w:r>
          </w:p>
        </w:tc>
        <w:tc>
          <w:tcPr>
            <w:tcW w:type="dxa" w:w="2545"/>
            <w:vAlign w:val="center"/>
          </w:tcPr>
          <w:p>
            <w:r>
              <w:t>Météo (☀/⛅/🌧/🌬/⛈)</w:t>
              <w:br/>
              <w:t>[Choisir]</w:t>
            </w:r>
          </w:p>
        </w:tc>
      </w:tr>
      <w:tr>
        <w:tc>
          <w:tcPr>
            <w:tcW w:type="dxa" w:w="2545"/>
            <w:vAlign w:val="center"/>
          </w:tcPr>
          <w:p>
            <w:r>
              <w:t>T° min (°C)</w:t>
              <w:br/>
              <w:t>[..]</w:t>
            </w:r>
          </w:p>
        </w:tc>
        <w:tc>
          <w:tcPr>
            <w:tcW w:type="dxa" w:w="2545"/>
            <w:vAlign w:val="center"/>
          </w:tcPr>
          <w:p>
            <w:r>
              <w:t>T° max (°C)</w:t>
              <w:br/>
              <w:t>[..]</w:t>
            </w:r>
          </w:p>
        </w:tc>
        <w:tc>
          <w:tcPr>
            <w:tcW w:type="dxa" w:w="2545"/>
            <w:vAlign w:val="center"/>
          </w:tcPr>
          <w:p>
            <w:r>
              <w:t>Vent (km/h)</w:t>
              <w:br/>
              <w:t>[..]</w:t>
            </w:r>
          </w:p>
        </w:tc>
        <w:tc>
          <w:tcPr>
            <w:tcW w:type="dxa" w:w="2545"/>
            <w:vAlign w:val="center"/>
          </w:tcPr>
          <w:p>
            <w:r>
              <w:t>Intempéries (Oui/Non)</w:t>
              <w:br/>
              <w:t>[Choisir]</w:t>
            </w:r>
          </w:p>
        </w:tc>
      </w:tr>
      <w:tr>
        <w:tc>
          <w:tcPr>
            <w:tcW w:type="dxa" w:w="2545"/>
          </w:tcPr>
          <w:p/>
        </w:tc>
        <w:tc>
          <w:tcPr>
            <w:tcW w:type="dxa" w:w="2545"/>
          </w:tcPr>
          <w:p/>
        </w:tc>
        <w:tc>
          <w:tcPr>
            <w:tcW w:type="dxa" w:w="2545"/>
          </w:tcPr>
          <w:p/>
        </w:tc>
        <w:tc>
          <w:tcPr>
            <w:tcW w:type="dxa" w:w="2545"/>
          </w:tcPr>
          <w:p/>
        </w:tc>
      </w:tr>
      <w:tr>
        <w:tc>
          <w:tcPr>
            <w:tcW w:type="dxa" w:w="10180"/>
            <w:gridSpan w:val="4"/>
          </w:tcPr>
          <w:p>
            <w:r>
              <w:t>Remarques météo / créneaux d'intempéries : [Décrire ici]</w:t>
            </w:r>
          </w:p>
        </w:tc>
      </w:tr>
    </w:tbl>
    <w:p>
      <w:r>
        <w:rPr>
          <w:b/>
        </w:rPr>
        <w:t>Effectifs &amp; Entreprises (heures)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</w:tcPr>
          <w:p>
            <w:r>
              <w:t>Entreprise</w:t>
            </w:r>
          </w:p>
        </w:tc>
        <w:tc>
          <w:tcPr>
            <w:tcW w:type="dxa" w:w="1454"/>
          </w:tcPr>
          <w:p>
            <w:r>
              <w:t>Corps d’état</w:t>
            </w:r>
          </w:p>
        </w:tc>
        <w:tc>
          <w:tcPr>
            <w:tcW w:type="dxa" w:w="1454"/>
          </w:tcPr>
          <w:p>
            <w:r>
              <w:t>Nb pers.</w:t>
            </w:r>
          </w:p>
        </w:tc>
        <w:tc>
          <w:tcPr>
            <w:tcW w:type="dxa" w:w="1454"/>
          </w:tcPr>
          <w:p>
            <w:r>
              <w:t>Heures (jour)</w:t>
            </w:r>
          </w:p>
        </w:tc>
        <w:tc>
          <w:tcPr>
            <w:tcW w:type="dxa" w:w="1454"/>
          </w:tcPr>
          <w:p>
            <w:r>
              <w:t>Heures (nuit)</w:t>
            </w:r>
          </w:p>
        </w:tc>
        <w:tc>
          <w:tcPr>
            <w:tcW w:type="dxa" w:w="1454"/>
          </w:tcPr>
          <w:p>
            <w:r>
              <w:t>Heures (WE)</w:t>
            </w:r>
          </w:p>
        </w:tc>
        <w:tc>
          <w:tcPr>
            <w:tcW w:type="dxa" w:w="1454"/>
          </w:tcPr>
          <w:p>
            <w:r>
              <w:t>Observations</w:t>
            </w:r>
          </w:p>
        </w:tc>
      </w:tr>
      <w:tr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</w:tr>
    </w:tbl>
    <w:p>
      <w:r>
        <w:rPr>
          <w:b/>
        </w:rPr>
        <w:t>Moyens matériels / Engins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</w:tcPr>
          <w:p>
            <w:r>
              <w:t>Type</w:t>
            </w:r>
          </w:p>
        </w:tc>
        <w:tc>
          <w:tcPr>
            <w:tcW w:type="dxa" w:w="1697"/>
          </w:tcPr>
          <w:p>
            <w:r>
              <w:t>Identifiant</w:t>
            </w:r>
          </w:p>
        </w:tc>
        <w:tc>
          <w:tcPr>
            <w:tcW w:type="dxa" w:w="1697"/>
          </w:tcPr>
          <w:p>
            <w:r>
              <w:t>Heures service</w:t>
            </w:r>
          </w:p>
        </w:tc>
        <w:tc>
          <w:tcPr>
            <w:tcW w:type="dxa" w:w="1697"/>
          </w:tcPr>
          <w:p>
            <w:r>
              <w:t>Panne (h)</w:t>
            </w:r>
          </w:p>
        </w:tc>
        <w:tc>
          <w:tcPr>
            <w:tcW w:type="dxa" w:w="1697"/>
          </w:tcPr>
          <w:p>
            <w:r>
              <w:t>Opérateur</w:t>
            </w:r>
          </w:p>
        </w:tc>
        <w:tc>
          <w:tcPr>
            <w:tcW w:type="dxa" w:w="1697"/>
          </w:tcPr>
          <w:p>
            <w:r>
              <w:t>Observations</w:t>
            </w:r>
          </w:p>
        </w:tc>
      </w:tr>
      <w:tr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</w:tr>
    </w:tbl>
    <w:p>
      <w:r>
        <w:rPr>
          <w:b/>
        </w:rPr>
        <w:t>Travaux réalisés — quantités &amp; localisation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31"/>
        <w:gridCol w:w="1131"/>
        <w:gridCol w:w="1131"/>
        <w:gridCol w:w="1131"/>
        <w:gridCol w:w="1131"/>
        <w:gridCol w:w="1131"/>
        <w:gridCol w:w="1131"/>
        <w:gridCol w:w="1131"/>
        <w:gridCol w:w="1131"/>
      </w:tblGrid>
      <w:tr>
        <w:tc>
          <w:tcPr>
            <w:tcW w:type="dxa" w:w="1131"/>
          </w:tcPr>
          <w:p>
            <w:r>
              <w:t>WBS/Tâche</w:t>
            </w:r>
          </w:p>
        </w:tc>
        <w:tc>
          <w:tcPr>
            <w:tcW w:type="dxa" w:w="1131"/>
          </w:tcPr>
          <w:p>
            <w:r>
              <w:t>Activité</w:t>
            </w:r>
          </w:p>
        </w:tc>
        <w:tc>
          <w:tcPr>
            <w:tcW w:type="dxa" w:w="1131"/>
          </w:tcPr>
          <w:p>
            <w:r>
              <w:t>Zone/Repère</w:t>
            </w:r>
          </w:p>
        </w:tc>
        <w:tc>
          <w:tcPr>
            <w:tcW w:type="dxa" w:w="1131"/>
          </w:tcPr>
          <w:p>
            <w:r>
              <w:t>Quantité</w:t>
            </w:r>
          </w:p>
        </w:tc>
        <w:tc>
          <w:tcPr>
            <w:tcW w:type="dxa" w:w="1131"/>
          </w:tcPr>
          <w:p>
            <w:r>
              <w:t>Unité</w:t>
            </w:r>
          </w:p>
        </w:tc>
        <w:tc>
          <w:tcPr>
            <w:tcW w:type="dxa" w:w="1131"/>
          </w:tcPr>
          <w:p>
            <w:r>
              <w:t>Heures</w:t>
            </w:r>
          </w:p>
        </w:tc>
        <w:tc>
          <w:tcPr>
            <w:tcW w:type="dxa" w:w="1131"/>
          </w:tcPr>
          <w:p>
            <w:r>
              <w:t>% Avancement</w:t>
            </w:r>
          </w:p>
        </w:tc>
        <w:tc>
          <w:tcPr>
            <w:tcW w:type="dxa" w:w="1131"/>
          </w:tcPr>
          <w:p>
            <w:r>
              <w:t>Réf. plan</w:t>
            </w:r>
          </w:p>
        </w:tc>
        <w:tc>
          <w:tcPr>
            <w:tcW w:type="dxa" w:w="1131"/>
          </w:tcPr>
          <w:p>
            <w:r>
              <w:t>Commentaires</w:t>
            </w:r>
          </w:p>
        </w:tc>
      </w:tr>
      <w:tr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  <w:tc>
          <w:tcPr>
            <w:tcW w:type="dxa" w:w="1131"/>
          </w:tcPr>
          <w:p>
            <w:r>
              <w:t>[...]</w:t>
            </w:r>
          </w:p>
        </w:tc>
      </w:tr>
    </w:tbl>
    <w:p>
      <w:r>
        <w:rPr>
          <w:b/>
        </w:rPr>
        <w:t>Livraisons &amp; consommations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</w:tcPr>
          <w:p>
            <w:r>
              <w:t>Date/heure</w:t>
            </w:r>
          </w:p>
        </w:tc>
        <w:tc>
          <w:tcPr>
            <w:tcW w:type="dxa" w:w="1454"/>
          </w:tcPr>
          <w:p>
            <w:r>
              <w:t>Fournisseur</w:t>
            </w:r>
          </w:p>
        </w:tc>
        <w:tc>
          <w:tcPr>
            <w:tcW w:type="dxa" w:w="1454"/>
          </w:tcPr>
          <w:p>
            <w:r>
              <w:t>BL n°</w:t>
            </w:r>
          </w:p>
        </w:tc>
        <w:tc>
          <w:tcPr>
            <w:tcW w:type="dxa" w:w="1454"/>
          </w:tcPr>
          <w:p>
            <w:r>
              <w:t>Article</w:t>
            </w:r>
          </w:p>
        </w:tc>
        <w:tc>
          <w:tcPr>
            <w:tcW w:type="dxa" w:w="1454"/>
          </w:tcPr>
          <w:p>
            <w:r>
              <w:t>Quantité</w:t>
            </w:r>
          </w:p>
        </w:tc>
        <w:tc>
          <w:tcPr>
            <w:tcW w:type="dxa" w:w="1454"/>
          </w:tcPr>
          <w:p>
            <w:r>
              <w:t>Unité</w:t>
            </w:r>
          </w:p>
        </w:tc>
        <w:tc>
          <w:tcPr>
            <w:tcW w:type="dxa" w:w="1454"/>
          </w:tcPr>
          <w:p>
            <w:r>
              <w:t>Contrôle (OK/NOK)</w:t>
            </w:r>
          </w:p>
        </w:tc>
      </w:tr>
      <w:tr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  <w:tc>
          <w:tcPr>
            <w:tcW w:type="dxa" w:w="1454"/>
          </w:tcPr>
          <w:p>
            <w:r>
              <w:t>[...]</w:t>
            </w:r>
          </w:p>
        </w:tc>
      </w:tr>
    </w:tbl>
    <w:p>
      <w:r>
        <w:rPr>
          <w:b/>
        </w:rPr>
        <w:t>Qualité (contrôles, essais, non-conformités)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</w:tcPr>
          <w:p>
            <w:r>
              <w:t>Type contrôle</w:t>
            </w:r>
          </w:p>
        </w:tc>
        <w:tc>
          <w:tcPr>
            <w:tcW w:type="dxa" w:w="1697"/>
          </w:tcPr>
          <w:p>
            <w:r>
              <w:t>Réf. PV</w:t>
            </w:r>
          </w:p>
        </w:tc>
        <w:tc>
          <w:tcPr>
            <w:tcW w:type="dxa" w:w="1697"/>
          </w:tcPr>
          <w:p>
            <w:r>
              <w:t>Résultat (OK/NOK)</w:t>
            </w:r>
          </w:p>
        </w:tc>
        <w:tc>
          <w:tcPr>
            <w:tcW w:type="dxa" w:w="1697"/>
          </w:tcPr>
          <w:p>
            <w:r>
              <w:t>NC (Oui/Non)</w:t>
            </w:r>
          </w:p>
        </w:tc>
        <w:tc>
          <w:tcPr>
            <w:tcW w:type="dxa" w:w="1697"/>
          </w:tcPr>
          <w:p>
            <w:r>
              <w:t>Action/Responsable</w:t>
            </w:r>
          </w:p>
        </w:tc>
        <w:tc>
          <w:tcPr>
            <w:tcW w:type="dxa" w:w="1697"/>
          </w:tcPr>
          <w:p>
            <w:r>
              <w:t>Délai</w:t>
            </w:r>
          </w:p>
        </w:tc>
      </w:tr>
      <w:tr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</w:tr>
    </w:tbl>
    <w:p>
      <w:r>
        <w:rPr>
          <w:b/>
        </w:rPr>
        <w:t>Sécurité &amp; Environnement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</w:tcPr>
          <w:p>
            <w:r>
              <w:t>Type (Accident/Incident/PA/Obs)</w:t>
            </w:r>
          </w:p>
        </w:tc>
        <w:tc>
          <w:tcPr>
            <w:tcW w:type="dxa" w:w="1697"/>
          </w:tcPr>
          <w:p>
            <w:r>
              <w:t>Gravité (mineur/majeur/critique)</w:t>
            </w:r>
          </w:p>
        </w:tc>
        <w:tc>
          <w:tcPr>
            <w:tcW w:type="dxa" w:w="1697"/>
          </w:tcPr>
          <w:p>
            <w:r>
              <w:t>Heure</w:t>
            </w:r>
          </w:p>
        </w:tc>
        <w:tc>
          <w:tcPr>
            <w:tcW w:type="dxa" w:w="1697"/>
          </w:tcPr>
          <w:p>
            <w:r>
              <w:t>Zone</w:t>
            </w:r>
          </w:p>
        </w:tc>
        <w:tc>
          <w:tcPr>
            <w:tcW w:type="dxa" w:w="1697"/>
          </w:tcPr>
          <w:p>
            <w:r>
              <w:t>Description</w:t>
            </w:r>
          </w:p>
        </w:tc>
        <w:tc>
          <w:tcPr>
            <w:tcW w:type="dxa" w:w="1697"/>
          </w:tcPr>
          <w:p>
            <w:r>
              <w:t>Mesures prises</w:t>
            </w:r>
          </w:p>
        </w:tc>
      </w:tr>
      <w:tr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  <w:tc>
          <w:tcPr>
            <w:tcW w:type="dxa" w:w="1697"/>
          </w:tcPr>
          <w:p>
            <w:r>
              <w:t>[...]</w:t>
            </w:r>
          </w:p>
        </w:tc>
      </w:tr>
    </w:tbl>
    <w:p>
      <w:r>
        <w:rPr>
          <w:b/>
        </w:rPr>
        <w:t>Coordination &amp; décisions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</w:tcPr>
          <w:p>
            <w:r>
              <w:t>Visites (MOA/MOE/CSPS)</w:t>
            </w:r>
          </w:p>
        </w:tc>
        <w:tc>
          <w:tcPr>
            <w:tcW w:type="dxa" w:w="2545"/>
          </w:tcPr>
          <w:p>
            <w:r>
              <w:t>Instructions verbales (qui/quoi/quand)</w:t>
            </w:r>
          </w:p>
        </w:tc>
        <w:tc>
          <w:tcPr>
            <w:tcW w:type="dxa" w:w="2545"/>
          </w:tcPr>
          <w:p>
            <w:r>
              <w:t>Points bloquants</w:t>
            </w:r>
          </w:p>
        </w:tc>
        <w:tc>
          <w:tcPr>
            <w:tcW w:type="dxa" w:w="2545"/>
          </w:tcPr>
          <w:p>
            <w:r>
              <w:t>Actions du lendemain</w:t>
            </w:r>
          </w:p>
        </w:tc>
      </w:tr>
      <w:tr>
        <w:tc>
          <w:tcPr>
            <w:tcW w:type="dxa" w:w="2545"/>
          </w:tcPr>
          <w:p>
            <w:r>
              <w:t>[...]</w:t>
            </w:r>
          </w:p>
        </w:tc>
        <w:tc>
          <w:tcPr>
            <w:tcW w:type="dxa" w:w="2545"/>
          </w:tcPr>
          <w:p>
            <w:r>
              <w:t>[...]</w:t>
            </w:r>
          </w:p>
        </w:tc>
        <w:tc>
          <w:tcPr>
            <w:tcW w:type="dxa" w:w="2545"/>
          </w:tcPr>
          <w:p>
            <w:r>
              <w:t>[...]</w:t>
            </w:r>
          </w:p>
        </w:tc>
        <w:tc>
          <w:tcPr>
            <w:tcW w:type="dxa" w:w="2545"/>
          </w:tcPr>
          <w:p>
            <w:r>
              <w:t>[...]</w:t>
            </w:r>
          </w:p>
        </w:tc>
      </w:tr>
    </w:tbl>
    <w:p>
      <w:r>
        <w:rPr>
          <w:b/>
        </w:rPr>
        <w:t>Aléas &amp; retards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</w:tcPr>
          <w:p>
            <w:r>
              <w:t>Catégorie (Météo/Accès/Panne/Appro/Interface/Autre)</w:t>
            </w:r>
          </w:p>
        </w:tc>
        <w:tc>
          <w:tcPr>
            <w:tcW w:type="dxa" w:w="2036"/>
          </w:tcPr>
          <w:p>
            <w:r>
              <w:t>Début</w:t>
            </w:r>
          </w:p>
        </w:tc>
        <w:tc>
          <w:tcPr>
            <w:tcW w:type="dxa" w:w="2036"/>
          </w:tcPr>
          <w:p>
            <w:r>
              <w:t>Fin</w:t>
            </w:r>
          </w:p>
        </w:tc>
        <w:tc>
          <w:tcPr>
            <w:tcW w:type="dxa" w:w="2036"/>
          </w:tcPr>
          <w:p>
            <w:r>
              <w:t>Durée (h)</w:t>
            </w:r>
          </w:p>
        </w:tc>
        <w:tc>
          <w:tcPr>
            <w:tcW w:type="dxa" w:w="2036"/>
          </w:tcPr>
          <w:p>
            <w:r>
              <w:t>Impact/Commentaires</w:t>
            </w:r>
          </w:p>
        </w:tc>
      </w:tr>
      <w:tr>
        <w:tc>
          <w:tcPr>
            <w:tcW w:type="dxa" w:w="2036"/>
          </w:tcPr>
          <w:p>
            <w:r>
              <w:t>[...]</w:t>
            </w:r>
          </w:p>
        </w:tc>
        <w:tc>
          <w:tcPr>
            <w:tcW w:type="dxa" w:w="2036"/>
          </w:tcPr>
          <w:p>
            <w:r>
              <w:t>[...]</w:t>
            </w:r>
          </w:p>
        </w:tc>
        <w:tc>
          <w:tcPr>
            <w:tcW w:type="dxa" w:w="2036"/>
          </w:tcPr>
          <w:p>
            <w:r>
              <w:t>[...]</w:t>
            </w:r>
          </w:p>
        </w:tc>
        <w:tc>
          <w:tcPr>
            <w:tcW w:type="dxa" w:w="2036"/>
          </w:tcPr>
          <w:p>
            <w:r>
              <w:t>[...]</w:t>
            </w:r>
          </w:p>
        </w:tc>
        <w:tc>
          <w:tcPr>
            <w:tcW w:type="dxa" w:w="2036"/>
          </w:tcPr>
          <w:p>
            <w:r>
              <w:t>[...]</w:t>
            </w:r>
          </w:p>
        </w:tc>
      </w:tr>
    </w:tbl>
    <w:p>
      <w:r>
        <w:rPr>
          <w:b/>
        </w:rPr>
        <w:t>Photos légendées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94"/>
        <w:gridCol w:w="3394"/>
        <w:gridCol w:w="3394"/>
      </w:tblGrid>
      <w:tr>
        <w:tc>
          <w:tcPr>
            <w:tcW w:type="dxa" w:w="3394"/>
          </w:tcPr>
          <w:p>
            <w:r>
              <w:t>Réf. photo</w:t>
            </w:r>
          </w:p>
        </w:tc>
        <w:tc>
          <w:tcPr>
            <w:tcW w:type="dxa" w:w="3394"/>
          </w:tcPr>
          <w:p>
            <w:r>
              <w:t>Légende (zone, sens, activité)</w:t>
            </w:r>
          </w:p>
        </w:tc>
        <w:tc>
          <w:tcPr>
            <w:tcW w:type="dxa" w:w="3394"/>
          </w:tcPr>
          <w:p>
            <w:r>
              <w:t>Lien/fichier</w:t>
            </w:r>
          </w:p>
        </w:tc>
      </w:tr>
      <w:tr>
        <w:tc>
          <w:tcPr>
            <w:tcW w:type="dxa" w:w="3394"/>
          </w:tcPr>
          <w:p>
            <w:r>
              <w:t>[...]</w:t>
            </w:r>
          </w:p>
        </w:tc>
        <w:tc>
          <w:tcPr>
            <w:tcW w:type="dxa" w:w="3394"/>
          </w:tcPr>
          <w:p>
            <w:r>
              <w:t>[...]</w:t>
            </w:r>
          </w:p>
        </w:tc>
        <w:tc>
          <w:tcPr>
            <w:tcW w:type="dxa" w:w="3394"/>
          </w:tcPr>
          <w:p>
            <w:r>
              <w:t>[...]</w:t>
            </w:r>
          </w:p>
        </w:tc>
      </w:tr>
    </w:tbl>
    <w:p>
      <w:r>
        <w:rPr>
          <w:b/>
        </w:rPr>
        <w:t>Synthèse &amp; indicateurs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</w:tcPr>
          <w:p>
            <w:r>
              <w:t>Prévu vs Réalisé (quantités/heures)</w:t>
            </w:r>
          </w:p>
        </w:tc>
        <w:tc>
          <w:tcPr>
            <w:tcW w:type="dxa" w:w="2545"/>
          </w:tcPr>
          <w:p>
            <w:r>
              <w:t>Productivité (Q/h)</w:t>
            </w:r>
          </w:p>
        </w:tc>
        <w:tc>
          <w:tcPr>
            <w:tcW w:type="dxa" w:w="2545"/>
          </w:tcPr>
          <w:p>
            <w:r>
              <w:t>Incidents/NC (0/1)</w:t>
            </w:r>
          </w:p>
        </w:tc>
        <w:tc>
          <w:tcPr>
            <w:tcW w:type="dxa" w:w="2545"/>
          </w:tcPr>
          <w:p>
            <w:r>
              <w:t>Avancement cumulé (%)</w:t>
            </w:r>
          </w:p>
        </w:tc>
      </w:tr>
      <w:tr>
        <w:tc>
          <w:tcPr>
            <w:tcW w:type="dxa" w:w="2545"/>
          </w:tcPr>
          <w:p>
            <w:r>
              <w:t>[...]</w:t>
            </w:r>
          </w:p>
        </w:tc>
        <w:tc>
          <w:tcPr>
            <w:tcW w:type="dxa" w:w="2545"/>
          </w:tcPr>
          <w:p>
            <w:r>
              <w:t>[...]</w:t>
            </w:r>
          </w:p>
        </w:tc>
        <w:tc>
          <w:tcPr>
            <w:tcW w:type="dxa" w:w="2545"/>
          </w:tcPr>
          <w:p>
            <w:r>
              <w:t>[...]</w:t>
            </w:r>
          </w:p>
        </w:tc>
        <w:tc>
          <w:tcPr>
            <w:tcW w:type="dxa" w:w="2545"/>
          </w:tcPr>
          <w:p>
            <w:r>
              <w:t>[...]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90"/>
        <w:gridCol w:w="5090"/>
      </w:tblGrid>
      <w:tr>
        <w:tc>
          <w:tcPr>
            <w:tcW w:type="dxa" w:w="5090"/>
          </w:tcPr>
          <w:p>
            <w:r>
              <w:t>Rédacteur (Nom, signature, heure)</w:t>
            </w:r>
          </w:p>
        </w:tc>
        <w:tc>
          <w:tcPr>
            <w:tcW w:type="dxa" w:w="5090"/>
          </w:tcPr>
          <w:p>
            <w:r>
              <w:t>Vérificateur (CDT/CdC)</w:t>
            </w:r>
          </w:p>
        </w:tc>
      </w:tr>
      <w:tr>
        <w:tc>
          <w:tcPr>
            <w:tcW w:type="dxa" w:w="5090"/>
          </w:tcPr>
          <w:p>
            <w:r>
              <w:t>[...]</w:t>
            </w:r>
          </w:p>
        </w:tc>
        <w:tc>
          <w:tcPr>
            <w:tcW w:type="dxa" w:w="5090"/>
          </w:tcPr>
          <w:p>
            <w:r>
              <w:t>[... ]</w:t>
            </w:r>
          </w:p>
        </w:tc>
      </w:tr>
    </w:tbl>
    <w:p>
      <w:pPr>
        <w:jc w:val="center"/>
      </w:pPr>
      <w:r>
        <w:rPr>
          <w:sz w:val="16"/>
        </w:rPr>
        <w:t>lecoursgratuit.com — Trame RJC v1.0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