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000000"/>
          <w:left w:val="single" w:sz="0" w:color="000000"/>
          <w:bottom w:val="single" w:sz="0" w:color="000000"/>
          <w:right w:val="single" w:sz="0" w:color="000000"/>
          <w:insideH w:val="single" w:sz="0" w:color="000000"/>
          <w:insideV w:val="single" w:sz="0" w:color="000000"/>
        </w:tblBorders>
      </w:tblPr>
      <w:tblGrid>
        <w:gridCol w:w="4933"/>
        <w:gridCol w:w="4933"/>
      </w:tblGrid>
      <w:tr>
        <w:tc>
          <w:tcPr>
            <w:tcW w:type="dxa" w:w="510"/>
            <w:shd w:fill="111827"/>
          </w:tcPr>
          <w:p/>
        </w:tc>
        <w:tc>
          <w:tcPr>
            <w:tcW w:type="dxa" w:w="4933"/>
          </w:tcPr>
          <w:p>
            <w:r>
              <w:rPr>
                <w:b/>
                <w:sz w:val="34"/>
              </w:rPr>
              <w:t>PLAN DE TOURNÉE — A4 PRÊT À IMPRIMER (N&amp;B)</w:t>
            </w:r>
          </w:p>
          <w:p>
            <w:r>
              <w:rPr>
                <w:color w:val="5A5A5A"/>
                <w:sz w:val="18"/>
              </w:rPr>
              <w:t>Gris neutres, bordures épaisses, lisible au photocopieur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5E7EB"/>
          </w:tcPr>
          <w:p>
            <w:r>
              <w:rPr>
                <w:b/>
              </w:rPr>
              <w:t>INFORMATIONS GÉNÉRALES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  <w:shd w:fill="F3F4F6"/>
          </w:tcPr>
          <w:p>
            <w:r>
              <w:rPr>
                <w:b/>
              </w:rPr>
              <w:t>Tournée/Projet</w:t>
            </w:r>
          </w:p>
        </w:tc>
        <w:tc>
          <w:tcPr>
            <w:tcW w:type="dxa" w:w="2466"/>
            <w:shd w:fill="F3F4F6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2466"/>
            <w:shd w:fill="F3F4F6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2466"/>
            <w:shd w:fill="F3F4F6"/>
          </w:tcPr>
          <w:p>
            <w:r>
              <w:rPr>
                <w:b/>
              </w:rPr>
              <w:t>Équipe</w:t>
            </w:r>
          </w:p>
        </w:tc>
      </w:tr>
      <w:tr>
        <w:tc>
          <w:tcPr>
            <w:tcW w:type="dxa" w:w="2466"/>
          </w:tcPr>
          <w:p/>
        </w:tc>
        <w:tc>
          <w:tcPr>
            <w:tcW w:type="dxa" w:w="2466"/>
          </w:tcPr>
          <w:p/>
        </w:tc>
        <w:tc>
          <w:tcPr>
            <w:tcW w:type="dxa" w:w="2466"/>
          </w:tcPr>
          <w:p/>
        </w:tc>
        <w:tc>
          <w:tcPr>
            <w:tcW w:type="dxa" w:w="2466"/>
          </w:tcPr>
          <w:p/>
        </w:tc>
      </w:tr>
      <w:tr>
        <w:tc>
          <w:tcPr>
            <w:tcW w:type="dxa" w:w="2466"/>
          </w:tcPr>
          <w:p/>
        </w:tc>
        <w:tc>
          <w:tcPr>
            <w:tcW w:type="dxa" w:w="2466"/>
          </w:tcPr>
          <w:p/>
        </w:tc>
        <w:tc>
          <w:tcPr>
            <w:tcW w:type="dxa" w:w="2466"/>
          </w:tcPr>
          <w:p/>
        </w:tc>
        <w:tc>
          <w:tcPr>
            <w:tcW w:type="dxa" w:w="2466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5E7EB"/>
          </w:tcPr>
          <w:p>
            <w:r>
              <w:rPr>
                <w:b/>
              </w:rPr>
              <w:t>CALENDRIER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1233"/>
        <w:gridCol w:w="1233"/>
        <w:gridCol w:w="1233"/>
        <w:gridCol w:w="1233"/>
        <w:gridCol w:w="1233"/>
        <w:gridCol w:w="1233"/>
        <w:gridCol w:w="1233"/>
        <w:gridCol w:w="1233"/>
      </w:tblGrid>
      <w:tr>
        <w:tc>
          <w:tcPr>
            <w:tcW w:type="dxa" w:w="1233"/>
            <w:shd w:fill="F3F4F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233"/>
            <w:shd w:fill="F3F4F6"/>
          </w:tcPr>
          <w:p>
            <w:r>
              <w:rPr>
                <w:b/>
              </w:rPr>
              <w:t>Ville</w:t>
            </w:r>
          </w:p>
        </w:tc>
        <w:tc>
          <w:tcPr>
            <w:tcW w:type="dxa" w:w="1233"/>
            <w:shd w:fill="F3F4F6"/>
          </w:tcPr>
          <w:p>
            <w:r>
              <w:rPr>
                <w:b/>
              </w:rPr>
              <w:t>Lieu/Client</w:t>
            </w:r>
          </w:p>
        </w:tc>
        <w:tc>
          <w:tcPr>
            <w:tcW w:type="dxa" w:w="1233"/>
            <w:shd w:fill="F3F4F6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233"/>
            <w:shd w:fill="F3F4F6"/>
          </w:tcPr>
          <w:p>
            <w:r>
              <w:rPr>
                <w:b/>
              </w:rPr>
              <w:t>Activité</w:t>
            </w:r>
          </w:p>
        </w:tc>
        <w:tc>
          <w:tcPr>
            <w:tcW w:type="dxa" w:w="1233"/>
            <w:shd w:fill="F3F4F6"/>
          </w:tcPr>
          <w:p>
            <w:r>
              <w:rPr>
                <w:b/>
              </w:rPr>
              <w:t>Resp.</w:t>
            </w:r>
          </w:p>
        </w:tc>
        <w:tc>
          <w:tcPr>
            <w:tcW w:type="dxa" w:w="1233"/>
            <w:shd w:fill="F3F4F6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233"/>
            <w:shd w:fill="F3F4F6"/>
          </w:tcPr>
          <w:p>
            <w:r>
              <w:rPr>
                <w:b/>
              </w:rPr>
              <w:t>Notes</w:t>
            </w:r>
          </w:p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  <w:tr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  <w:tc>
          <w:tcPr>
            <w:tcW w:type="dxa" w:w="1233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5E7EB"/>
          </w:tcPr>
          <w:p>
            <w:r>
              <w:rPr>
                <w:b/>
              </w:rPr>
              <w:t>TIMELINE — JOUR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fill="F3F4F6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973"/>
            <w:shd w:fill="F3F4F6"/>
          </w:tcPr>
          <w:p>
            <w:r>
              <w:rPr>
                <w:b/>
              </w:rPr>
              <w:t>Action/Étape</w:t>
            </w:r>
          </w:p>
        </w:tc>
        <w:tc>
          <w:tcPr>
            <w:tcW w:type="dxa" w:w="1973"/>
            <w:shd w:fill="F3F4F6"/>
          </w:tcPr>
          <w:p>
            <w:r>
              <w:rPr>
                <w:b/>
              </w:rPr>
              <w:t>Resp.</w:t>
            </w:r>
          </w:p>
        </w:tc>
        <w:tc>
          <w:tcPr>
            <w:tcW w:type="dxa" w:w="1973"/>
            <w:shd w:fill="F3F4F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1973"/>
            <w:shd w:fill="F3F4F6"/>
          </w:tcPr>
          <w:p>
            <w:r>
              <w:rPr>
                <w:b/>
              </w:rPr>
              <w:t>Notes</w:t>
            </w:r>
          </w:p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5E7EB"/>
          </w:tcPr>
          <w:p>
            <w:r>
              <w:rPr>
                <w:b/>
              </w:rPr>
              <w:t>CHECKLISTS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9866"/>
      </w:tblGrid>
      <w:tr>
        <w:tc>
          <w:tcPr>
            <w:tcW w:type="dxa" w:w="9866"/>
          </w:tcPr>
          <w:p>
            <w:r>
              <w:t>☐ Itinéraire validé ☐ Hôtels ☐ Accréditations ☐ Matériel ☐ Brief ☐ Contacts d’urgence</w:t>
            </w:r>
          </w:p>
        </w:tc>
      </w:tr>
      <w:tr>
        <w:tc>
          <w:tcPr>
            <w:tcW w:type="dxa" w:w="9866"/>
          </w:tcPr>
          <w:p>
            <w:r>
              <w:t>☐ Permis/Assurances ☐ Véhicule ☐ Parkings/Péages ☐ Plan B météo/technique</w:t>
            </w:r>
          </w:p>
        </w:tc>
      </w:tr>
      <w:tr>
        <w:tc>
          <w:tcPr>
            <w:tcW w:type="dxa" w:w="9866"/>
          </w:tcPr>
          <w:p>
            <w:r>
              <w:t>☐ Catering ☐ Allergies ☐ Horaires site ☐ Règlement intérieur</w:t>
            </w:r>
          </w:p>
        </w:tc>
      </w:tr>
      <w:tr>
        <w:tc>
          <w:tcPr>
            <w:tcW w:type="dxa" w:w="9866"/>
          </w:tcPr>
          <w:p>
            <w:r>
              <w:t>☐ Cashless/Jetons ☐ Billetterie ☐ Merch ☐ Sécurité</w:t>
            </w:r>
          </w:p>
        </w:tc>
      </w:tr>
      <w:tr>
        <w:tc>
          <w:tcPr>
            <w:tcW w:type="dxa" w:w="9866"/>
          </w:tcPr>
          <w:p>
            <w:r>
              <w:t>☐ Feuilles de route imprimées ☐ Contacts clés ☐ Cartes d’accès</w:t>
            </w:r>
          </w:p>
        </w:tc>
      </w:tr>
      <w:tr>
        <w:tc>
          <w:tcPr>
            <w:tcW w:type="dxa" w:w="9866"/>
          </w:tcPr>
          <w:p>
            <w:r>
              <w:t>☐ Bilan/KPI fin de journée rempli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5E7EB"/>
          </w:tcPr>
          <w:p>
            <w:r>
              <w:rPr>
                <w:b/>
              </w:rPr>
              <w:t>SIGNATURES &amp; VALIDATION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Responsable tournée — Nom / Signature / Date</w:t>
            </w:r>
          </w:p>
        </w:tc>
        <w:tc>
          <w:tcPr>
            <w:tcW w:type="dxa" w:w="4933"/>
          </w:tcPr>
          <w:p>
            <w:r>
              <w:t>Sécurité / Site — Nom / Signature / Date</w:t>
            </w:r>
          </w:p>
        </w:tc>
      </w:tr>
      <w:tr>
        <w:tc>
          <w:tcPr>
            <w:tcW w:type="dxa" w:w="4933"/>
          </w:tcPr>
          <w:p>
            <w:r>
              <w:t>Logistique — Nom / Signature / Date</w:t>
            </w:r>
          </w:p>
        </w:tc>
        <w:tc>
          <w:tcPr>
            <w:tcW w:type="dxa" w:w="4933"/>
          </w:tcPr>
          <w:p>
            <w:r>
              <w:t>Client — Nom / Signature / Date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Plan de tournée — A4 N&amp;B imprimable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