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</w:tblPr>
      <w:tblGrid>
        <w:gridCol w:w="15478"/>
      </w:tblGrid>
      <w:tr>
        <w:tc>
          <w:tcPr>
            <w:tcW w:type="dxa" w:w="15478"/>
            <w:shd w:val="clear" w:color="auto" w:fill="111827"/>
            <w:tcBorders>
              <w:top w:val="single" w:sz="8" w:color="111827"/>
              <w:left w:val="single" w:sz="8" w:color="111827"/>
              <w:bottom w:val="single" w:sz="8" w:color="111827"/>
              <w:right w:val="single" w:sz="8" w:color="111827"/>
            </w:tcBorders>
          </w:tcPr>
          <w:p>
            <w:r>
              <w:rPr>
                <w:b/>
                <w:color w:val="FFFFFF"/>
                <w:sz w:val="28"/>
              </w:rPr>
              <w:t>ScrumBan — Kanban hybride</w:t>
            </w:r>
            <w:r>
              <w:br/>
            </w:r>
            <w:r>
              <w:rPr>
                <w:color w:val="FFFFFF"/>
              </w:rPr>
              <w:t>Équipe/Produit : __________   Sprint : ____/____ → ____/____   Owner : __________   —   2025-09-18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5159"/>
        <w:gridCol w:w="5159"/>
        <w:gridCol w:w="5159"/>
      </w:tblGrid>
      <w:tr>
        <w:tc>
          <w:tcPr>
            <w:tcW w:type="dxa" w:w="5499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749"/>
              <w:gridCol w:w="2749"/>
            </w:tblGrid>
            <w:tr>
              <w:tc>
                <w:tcPr>
                  <w:tcW w:type="dxa" w:w="2749"/>
                  <w:shd w:val="clear" w:color="auto" w:fill="E2E8F0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>
                  <w:pPr>
                    <w:jc w:val="center"/>
                  </w:pPr>
                  <w:r>
                    <w:rPr>
                      <w:b/>
                      <w:color w:val="111827"/>
                    </w:rPr>
                    <w:t>Backlog / To‑Do</w:t>
                  </w:r>
                </w:p>
              </w:tc>
              <w:tc>
                <w:tcPr>
                  <w:tcW w:type="dxa" w:w="2749"/>
                  <w:shd w:val="clear" w:color="auto" w:fill="E2E8F0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>
                  <w:pPr>
                    <w:jc w:val="center"/>
                  </w:pPr>
                  <w:r>
                    <w:rPr>
                      <w:b/>
                      <w:color w:val="111827"/>
                    </w:rPr>
                    <w:t>WIP : ____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499"/>
            </w:tblGrid>
            <w:tr>
              <w:tc>
                <w:tcPr>
                  <w:tcW w:type="dxa" w:w="5499"/>
                  <w:shd w:val="clear" w:color="auto" w:fill="E2E8F0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>
                  <w:r>
                    <w:rPr>
                      <w:b/>
                    </w:rPr>
                    <w:t>Titre | Responsable | Classe de service (Std / Intangible / Date fixe / Expedite) | Échéance | Taille | Commentaire</w:t>
                  </w:r>
                </w:p>
              </w:tc>
            </w:tr>
            <w:tr>
              <w:tc>
                <w:tcPr>
                  <w:tcW w:type="dxa" w:w="5499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499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499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499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499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499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499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499"/>
            </w:tblGrid>
            <w:tr>
              <w:tc>
                <w:tcPr>
                  <w:tcW w:type="dxa" w:w="5499"/>
                  <w:shd w:val="clear" w:color="auto" w:fill="FFFFFF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>
                  <w:r>
                    <w:t>Policies : Definition Ready : critère, effort ≲ …, dépendances levées</w:t>
                  </w:r>
                </w:p>
              </w:tc>
            </w:tr>
          </w:tbl>
          <w:p/>
        </w:tc>
        <w:tc>
          <w:tcPr>
            <w:tcW w:type="dxa" w:w="5499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749"/>
              <w:gridCol w:w="2749"/>
            </w:tblGrid>
            <w:tr>
              <w:tc>
                <w:tcPr>
                  <w:tcW w:type="dxa" w:w="2749"/>
                  <w:shd w:val="clear" w:color="auto" w:fill="DBEAFE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>
                  <w:pPr>
                    <w:jc w:val="center"/>
                  </w:pPr>
                  <w:r>
                    <w:rPr>
                      <w:b/>
                      <w:color w:val="1E3A8A"/>
                    </w:rPr>
                    <w:t>Ready</w:t>
                  </w:r>
                </w:p>
              </w:tc>
              <w:tc>
                <w:tcPr>
                  <w:tcW w:type="dxa" w:w="2749"/>
                  <w:shd w:val="clear" w:color="auto" w:fill="DBEAFE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>
                  <w:pPr>
                    <w:jc w:val="center"/>
                  </w:pPr>
                  <w:r>
                    <w:rPr>
                      <w:b/>
                      <w:color w:val="1E3A8A"/>
                    </w:rPr>
                    <w:t>WIP : ____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499"/>
            </w:tblGrid>
            <w:tr>
              <w:tc>
                <w:tcPr>
                  <w:tcW w:type="dxa" w:w="5499"/>
                  <w:shd w:val="clear" w:color="auto" w:fill="DBEAFE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>
                  <w:r>
                    <w:rPr>
                      <w:b/>
                    </w:rPr>
                    <w:t>Titre | Responsable | Classe de service (Std / Intangible / Date fixe / Expedite) | Échéance | Taille | Commentaire</w:t>
                  </w:r>
                </w:p>
              </w:tc>
            </w:tr>
            <w:tr>
              <w:tc>
                <w:tcPr>
                  <w:tcW w:type="dxa" w:w="5499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499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499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499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499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499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499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499"/>
            </w:tblGrid>
            <w:tr>
              <w:tc>
                <w:tcPr>
                  <w:tcW w:type="dxa" w:w="5499"/>
                  <w:shd w:val="clear" w:color="auto" w:fill="FFFFFF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>
                  <w:r>
                    <w:t>Policies : WIP global : ____   |   Âge max carte : ___ j</w:t>
                  </w:r>
                </w:p>
              </w:tc>
            </w:tr>
          </w:tbl>
          <w:p/>
        </w:tc>
        <w:tc>
          <w:tcPr>
            <w:tcW w:type="dxa" w:w="5499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749"/>
              <w:gridCol w:w="2749"/>
            </w:tblGrid>
            <w:tr>
              <w:tc>
                <w:tcPr>
                  <w:tcW w:type="dxa" w:w="2749"/>
                  <w:shd w:val="clear" w:color="auto" w:fill="FEF3C7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>
                  <w:pPr>
                    <w:jc w:val="center"/>
                  </w:pPr>
                  <w:r>
                    <w:rPr>
                      <w:b/>
                      <w:color w:val="92400E"/>
                    </w:rPr>
                    <w:t>In‑Progress (WIP)</w:t>
                  </w:r>
                </w:p>
              </w:tc>
              <w:tc>
                <w:tcPr>
                  <w:tcW w:type="dxa" w:w="2749"/>
                  <w:shd w:val="clear" w:color="auto" w:fill="FEF3C7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>
                  <w:pPr>
                    <w:jc w:val="center"/>
                  </w:pPr>
                  <w:r>
                    <w:rPr>
                      <w:b/>
                      <w:color w:val="92400E"/>
                    </w:rPr>
                    <w:t>WIP : ____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499"/>
            </w:tblGrid>
            <w:tr>
              <w:tc>
                <w:tcPr>
                  <w:tcW w:type="dxa" w:w="5499"/>
                  <w:shd w:val="clear" w:color="auto" w:fill="FEF3C7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>
                  <w:r>
                    <w:rPr>
                      <w:b/>
                    </w:rPr>
                    <w:t>Titre | Responsable | Classe de service (Std / Intangible / Date fixe / Expedite) | Échéance | Taille | Commentaire</w:t>
                  </w:r>
                </w:p>
              </w:tc>
            </w:tr>
            <w:tr>
              <w:tc>
                <w:tcPr>
                  <w:tcW w:type="dxa" w:w="5499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499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499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499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499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499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499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499"/>
            </w:tblGrid>
            <w:tr>
              <w:tc>
                <w:tcPr>
                  <w:tcW w:type="dxa" w:w="5499"/>
                  <w:shd w:val="clear" w:color="auto" w:fill="FFFFFF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>
                  <w:r>
                    <w:t>Policies : Limite WIP : ____   |   Pairing/Swarming prioritaire</w:t>
                  </w:r>
                </w:p>
              </w:tc>
            </w:tr>
          </w:tbl>
          <w:p/>
        </w:tc>
      </w:tr>
      <w:tr>
        <w:tc>
          <w:tcPr>
            <w:tcW w:type="dxa" w:w="5499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749"/>
              <w:gridCol w:w="2749"/>
            </w:tblGrid>
            <w:tr>
              <w:tc>
                <w:tcPr>
                  <w:tcW w:type="dxa" w:w="2749"/>
                  <w:shd w:val="clear" w:color="auto" w:fill="E9D5FF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>
                  <w:pPr>
                    <w:jc w:val="center"/>
                  </w:pPr>
                  <w:r>
                    <w:rPr>
                      <w:b/>
                      <w:color w:val="6D28D9"/>
                    </w:rPr>
                    <w:t>Review / Test</w:t>
                  </w:r>
                </w:p>
              </w:tc>
              <w:tc>
                <w:tcPr>
                  <w:tcW w:type="dxa" w:w="2749"/>
                  <w:shd w:val="clear" w:color="auto" w:fill="E9D5FF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>
                  <w:pPr>
                    <w:jc w:val="center"/>
                  </w:pPr>
                  <w:r>
                    <w:rPr>
                      <w:b/>
                      <w:color w:val="6D28D9"/>
                    </w:rPr>
                    <w:t>WIP : ____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499"/>
            </w:tblGrid>
            <w:tr>
              <w:tc>
                <w:tcPr>
                  <w:tcW w:type="dxa" w:w="5499"/>
                  <w:shd w:val="clear" w:color="auto" w:fill="E9D5FF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>
                  <w:r>
                    <w:rPr>
                      <w:b/>
                    </w:rPr>
                    <w:t>Titre | Responsable | Classe de service (Std / Intangible / Date fixe / Expedite) | Échéance | Taille | Commentaire</w:t>
                  </w:r>
                </w:p>
              </w:tc>
            </w:tr>
            <w:tr>
              <w:tc>
                <w:tcPr>
                  <w:tcW w:type="dxa" w:w="5499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499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499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499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499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499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499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499"/>
            </w:tblGrid>
            <w:tr>
              <w:tc>
                <w:tcPr>
                  <w:tcW w:type="dxa" w:w="5499"/>
                  <w:shd w:val="clear" w:color="auto" w:fill="FFFFFF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>
                  <w:r>
                    <w:t>Policies : DoR Review : critères/acceptation définis</w:t>
                  </w:r>
                </w:p>
              </w:tc>
            </w:tr>
          </w:tbl>
          <w:p/>
        </w:tc>
        <w:tc>
          <w:tcPr>
            <w:tcW w:type="dxa" w:w="5499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749"/>
              <w:gridCol w:w="2749"/>
            </w:tblGrid>
            <w:tr>
              <w:tc>
                <w:tcPr>
                  <w:tcW w:type="dxa" w:w="2749"/>
                  <w:shd w:val="clear" w:color="auto" w:fill="FEE2E2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>
                  <w:pPr>
                    <w:jc w:val="center"/>
                  </w:pPr>
                  <w:r>
                    <w:rPr>
                      <w:b/>
                      <w:color w:val="991B1B"/>
                    </w:rPr>
                    <w:t>Blocked</w:t>
                  </w:r>
                </w:p>
              </w:tc>
              <w:tc>
                <w:tcPr>
                  <w:tcW w:type="dxa" w:w="2749"/>
                  <w:shd w:val="clear" w:color="auto" w:fill="FEE2E2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>
                  <w:pPr>
                    <w:jc w:val="center"/>
                  </w:pPr>
                  <w:r>
                    <w:rPr>
                      <w:b/>
                      <w:color w:val="991B1B"/>
                    </w:rPr>
                    <w:t>WIP : ____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499"/>
            </w:tblGrid>
            <w:tr>
              <w:tc>
                <w:tcPr>
                  <w:tcW w:type="dxa" w:w="5499"/>
                  <w:shd w:val="clear" w:color="auto" w:fill="FEE2E2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>
                  <w:r>
                    <w:rPr>
                      <w:b/>
                    </w:rPr>
                    <w:t>Titre | Responsable | Classe de service (Std / Intangible / Date fixe / Expedite) | Échéance | Taille | Commentaire</w:t>
                  </w:r>
                </w:p>
              </w:tc>
            </w:tr>
            <w:tr>
              <w:tc>
                <w:tcPr>
                  <w:tcW w:type="dxa" w:w="5499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499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499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499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499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499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499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499"/>
            </w:tblGrid>
            <w:tr>
              <w:tc>
                <w:tcPr>
                  <w:tcW w:type="dxa" w:w="5499"/>
                  <w:shd w:val="clear" w:color="auto" w:fill="FFFFFF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>
                  <w:r>
                    <w:t>Policies : Règle : débloquer &lt; 24h ou escalade</w:t>
                  </w:r>
                </w:p>
              </w:tc>
            </w:tr>
          </w:tbl>
          <w:p/>
        </w:tc>
        <w:tc>
          <w:tcPr>
            <w:tcW w:type="dxa" w:w="5499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749"/>
              <w:gridCol w:w="2749"/>
            </w:tblGrid>
            <w:tr>
              <w:tc>
                <w:tcPr>
                  <w:tcW w:type="dxa" w:w="2749"/>
                  <w:shd w:val="clear" w:color="auto" w:fill="DCFCE7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>
                  <w:pPr>
                    <w:jc w:val="center"/>
                  </w:pPr>
                  <w:r>
                    <w:rPr>
                      <w:b/>
                      <w:color w:val="065F46"/>
                    </w:rPr>
                    <w:t>Done</w:t>
                  </w:r>
                </w:p>
              </w:tc>
              <w:tc>
                <w:tcPr>
                  <w:tcW w:type="dxa" w:w="2749"/>
                  <w:shd w:val="clear" w:color="auto" w:fill="DCFCE7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>
                  <w:pPr>
                    <w:jc w:val="center"/>
                  </w:pPr>
                  <w:r>
                    <w:rPr>
                      <w:b/>
                      <w:color w:val="065F46"/>
                    </w:rPr>
                    <w:t>WIP : ____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499"/>
            </w:tblGrid>
            <w:tr>
              <w:tc>
                <w:tcPr>
                  <w:tcW w:type="dxa" w:w="5499"/>
                  <w:shd w:val="clear" w:color="auto" w:fill="DCFCE7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>
                  <w:r>
                    <w:rPr>
                      <w:b/>
                    </w:rPr>
                    <w:t>Titre | Responsable | Classe de service (Std / Intangible / Date fixe / Expedite) | Échéance | Taille | Commentaire</w:t>
                  </w:r>
                </w:p>
              </w:tc>
            </w:tr>
            <w:tr>
              <w:tc>
                <w:tcPr>
                  <w:tcW w:type="dxa" w:w="5499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499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499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499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499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499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499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499"/>
            </w:tblGrid>
            <w:tr>
              <w:tc>
                <w:tcPr>
                  <w:tcW w:type="dxa" w:w="5499"/>
                  <w:shd w:val="clear" w:color="auto" w:fill="FFFFFF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>
                  <w:r>
                    <w:t>Policies : Definition of Done : tests OK, doc, déployé</w:t>
                  </w:r>
                </w:p>
              </w:tc>
            </w:tr>
          </w:tbl>
          <w:p/>
        </w:tc>
      </w:tr>
    </w:tbl>
    <w:p>
      <w:r>
        <w:rPr>
          <w:b/>
        </w:rPr>
        <w:t>Lane « Expedite » (priorité absolue — 1 item max)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5478"/>
      </w:tblGrid>
      <w:tr>
        <w:tc>
          <w:tcPr>
            <w:tcW w:type="dxa" w:w="15478"/>
            <w:shd w:val="clear" w:color="auto" w:fill="FFFFFF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>
            <w:r>
              <w:t>Tâche | Motif expedite | Responsable | Heure de début | Heure de fin | Blocages</w:t>
            </w:r>
          </w:p>
        </w:tc>
      </w:tr>
      <w:tr>
        <w:tc>
          <w:tcPr>
            <w:tcW w:type="dxa" w:w="15478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/>
        </w:tc>
      </w:tr>
      <w:tr>
        <w:tc>
          <w:tcPr>
            <w:tcW w:type="dxa" w:w="15478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/>
        </w:tc>
      </w:tr>
      <w:tr>
        <w:tc>
          <w:tcPr>
            <w:tcW w:type="dxa" w:w="15478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/>
        </w:tc>
      </w:tr>
    </w:tbl>
    <w:p>
      <w:r>
        <w:rPr>
          <w:b/>
        </w:rPr>
        <w:t>Daily ScrumBan — Checklist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5159"/>
        <w:gridCol w:w="5159"/>
        <w:gridCol w:w="5159"/>
      </w:tblGrid>
      <w:tr>
        <w:tc>
          <w:tcPr>
            <w:tcW w:type="dxa" w:w="5159"/>
            <w:shd w:val="clear" w:color="auto" w:fill="F1F5F9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>
            <w:r>
              <w:rPr>
                <w:b/>
              </w:rPr>
              <w:t>Point</w:t>
            </w:r>
          </w:p>
        </w:tc>
        <w:tc>
          <w:tcPr>
            <w:tcW w:type="dxa" w:w="5159"/>
            <w:shd w:val="clear" w:color="auto" w:fill="F1F5F9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>
            <w:r>
              <w:rPr>
                <w:b/>
              </w:rPr>
              <w:t>OK</w:t>
            </w:r>
          </w:p>
        </w:tc>
        <w:tc>
          <w:tcPr>
            <w:tcW w:type="dxa" w:w="5159"/>
            <w:shd w:val="clear" w:color="auto" w:fill="F1F5F9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>
            <w:r>
              <w:rPr>
                <w:b/>
              </w:rPr>
              <w:t>Note/Action</w:t>
            </w:r>
          </w:p>
        </w:tc>
      </w:tr>
      <w:tr>
        <w:tc>
          <w:tcPr>
            <w:tcW w:type="dxa" w:w="5159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/>
        </w:tc>
        <w:tc>
          <w:tcPr>
            <w:tcW w:type="dxa" w:w="5159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/>
        </w:tc>
        <w:tc>
          <w:tcPr>
            <w:tcW w:type="dxa" w:w="5159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/>
        </w:tc>
      </w:tr>
      <w:tr>
        <w:tc>
          <w:tcPr>
            <w:tcW w:type="dxa" w:w="5159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/>
        </w:tc>
        <w:tc>
          <w:tcPr>
            <w:tcW w:type="dxa" w:w="5159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/>
        </w:tc>
        <w:tc>
          <w:tcPr>
            <w:tcW w:type="dxa" w:w="5159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/>
        </w:tc>
      </w:tr>
      <w:tr>
        <w:tc>
          <w:tcPr>
            <w:tcW w:type="dxa" w:w="5159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/>
        </w:tc>
        <w:tc>
          <w:tcPr>
            <w:tcW w:type="dxa" w:w="5159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/>
        </w:tc>
        <w:tc>
          <w:tcPr>
            <w:tcW w:type="dxa" w:w="5159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/>
        </w:tc>
      </w:tr>
      <w:tr>
        <w:tc>
          <w:tcPr>
            <w:tcW w:type="dxa" w:w="5159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>
            <w:r>
              <w:t>Bloqueurs d’hier</w:t>
            </w:r>
          </w:p>
        </w:tc>
        <w:tc>
          <w:tcPr>
            <w:tcW w:type="dxa" w:w="5159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>
            <w:r>
              <w:t>☐</w:t>
            </w:r>
          </w:p>
        </w:tc>
        <w:tc>
          <w:tcPr>
            <w:tcW w:type="dxa" w:w="5159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>
            <w:r>
              <w:t>Actions de déblocage</w:t>
            </w:r>
          </w:p>
        </w:tc>
      </w:tr>
      <w:tr>
        <w:tc>
          <w:tcPr>
            <w:tcW w:type="dxa" w:w="5159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>
            <w:r>
              <w:t>Carte la plus ancienne</w:t>
            </w:r>
          </w:p>
        </w:tc>
        <w:tc>
          <w:tcPr>
            <w:tcW w:type="dxa" w:w="5159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>
            <w:r>
              <w:t>☐</w:t>
            </w:r>
          </w:p>
        </w:tc>
        <w:tc>
          <w:tcPr>
            <w:tcW w:type="dxa" w:w="5159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>
            <w:r>
              <w:t>Action pour réduire l’âge</w:t>
            </w:r>
          </w:p>
        </w:tc>
      </w:tr>
      <w:tr>
        <w:tc>
          <w:tcPr>
            <w:tcW w:type="dxa" w:w="5159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>
            <w:r>
              <w:t>Respect WIP</w:t>
            </w:r>
          </w:p>
        </w:tc>
        <w:tc>
          <w:tcPr>
            <w:tcW w:type="dxa" w:w="5159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>
            <w:r>
              <w:t>☐</w:t>
            </w:r>
          </w:p>
        </w:tc>
        <w:tc>
          <w:tcPr>
            <w:tcW w:type="dxa" w:w="5159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>
            <w:r>
              <w:t>Limiter/déplacer avant d’ajouter</w:t>
            </w:r>
          </w:p>
        </w:tc>
      </w:tr>
      <w:tr>
        <w:tc>
          <w:tcPr>
            <w:tcW w:type="dxa" w:w="5159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>
            <w:r>
              <w:t>Préparer la prochaine Review</w:t>
            </w:r>
          </w:p>
        </w:tc>
        <w:tc>
          <w:tcPr>
            <w:tcW w:type="dxa" w:w="5159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>
            <w:r>
              <w:t>☐</w:t>
            </w:r>
          </w:p>
        </w:tc>
        <w:tc>
          <w:tcPr>
            <w:tcW w:type="dxa" w:w="5159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>
            <w:r>
              <w:t>Sélection &amp; critères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2580"/>
        <w:gridCol w:w="2580"/>
        <w:gridCol w:w="2580"/>
        <w:gridCol w:w="2580"/>
        <w:gridCol w:w="2580"/>
        <w:gridCol w:w="2580"/>
      </w:tblGrid>
      <w:tr>
        <w:tc>
          <w:tcPr>
            <w:tcW w:type="dxa" w:w="2580"/>
            <w:shd w:val="clear" w:color="auto" w:fill="F1F5F9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>
            <w:r>
              <w:rPr>
                <w:b/>
              </w:rPr>
              <w:t>Lead time (j)</w:t>
            </w:r>
          </w:p>
        </w:tc>
        <w:tc>
          <w:tcPr>
            <w:tcW w:type="dxa" w:w="2580"/>
            <w:shd w:val="clear" w:color="auto" w:fill="F1F5F9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>
            <w:r>
              <w:rPr>
                <w:b/>
              </w:rPr>
              <w:t>Cycle time (j)</w:t>
            </w:r>
          </w:p>
        </w:tc>
        <w:tc>
          <w:tcPr>
            <w:tcW w:type="dxa" w:w="2580"/>
            <w:shd w:val="clear" w:color="auto" w:fill="F1F5F9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>
            <w:r>
              <w:rPr>
                <w:b/>
              </w:rPr>
              <w:t>WIP moyen</w:t>
            </w:r>
          </w:p>
        </w:tc>
        <w:tc>
          <w:tcPr>
            <w:tcW w:type="dxa" w:w="2580"/>
            <w:shd w:val="clear" w:color="auto" w:fill="F1F5F9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>
            <w:r>
              <w:rPr>
                <w:b/>
              </w:rPr>
              <w:t>Throughput (sem)</w:t>
            </w:r>
          </w:p>
        </w:tc>
        <w:tc>
          <w:tcPr>
            <w:tcW w:type="dxa" w:w="2580"/>
            <w:shd w:val="clear" w:color="auto" w:fill="F1F5F9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>
            <w:r>
              <w:rPr>
                <w:b/>
              </w:rPr>
              <w:t>% Bloquées</w:t>
            </w:r>
          </w:p>
        </w:tc>
        <w:tc>
          <w:tcPr>
            <w:tcW w:type="dxa" w:w="2580"/>
            <w:shd w:val="clear" w:color="auto" w:fill="F1F5F9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>
            <w:r>
              <w:rPr>
                <w:b/>
              </w:rPr>
              <w:t>Age max (j)</w:t>
            </w:r>
          </w:p>
        </w:tc>
      </w:tr>
      <w:tr>
        <w:tc>
          <w:tcPr>
            <w:tcW w:type="dxa" w:w="2580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>
            <w:r>
              <w:t>________</w:t>
            </w:r>
          </w:p>
        </w:tc>
        <w:tc>
          <w:tcPr>
            <w:tcW w:type="dxa" w:w="2580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>
            <w:r>
              <w:t>________</w:t>
            </w:r>
          </w:p>
        </w:tc>
        <w:tc>
          <w:tcPr>
            <w:tcW w:type="dxa" w:w="2580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>
            <w:r>
              <w:t>________</w:t>
            </w:r>
          </w:p>
        </w:tc>
        <w:tc>
          <w:tcPr>
            <w:tcW w:type="dxa" w:w="2580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>
            <w:r>
              <w:t>________</w:t>
            </w:r>
          </w:p>
        </w:tc>
        <w:tc>
          <w:tcPr>
            <w:tcW w:type="dxa" w:w="2580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>
            <w:r>
              <w:t>________</w:t>
            </w:r>
          </w:p>
        </w:tc>
        <w:tc>
          <w:tcPr>
            <w:tcW w:type="dxa" w:w="2580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>
            <w:r>
              <w:t>________</w:t>
            </w:r>
          </w:p>
        </w:tc>
      </w:tr>
    </w:tbl>
    <w:sectPr w:rsidR="00FC693F" w:rsidRPr="0006063C" w:rsidSect="00034616">
      <w:footerReference w:type="default" r:id="rId9"/>
      <w:pgSz w:w="16838" w:h="11906" w:orient="landscape"/>
      <w:pgMar w:top="567" w:right="680" w:bottom="567" w:left="6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lecoursgratuit.com — Libre d'usage — ScrumBan — A4 paysage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