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</w:tblPr>
      <w:tblGrid>
        <w:gridCol w:w="5159"/>
        <w:gridCol w:w="5159"/>
        <w:gridCol w:w="5159"/>
      </w:tblGrid>
      <w:tr>
        <w:tc>
          <w:tcPr>
            <w:tcW w:type="dxa" w:w="15477"/>
            <w:gridSpan w:val="3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>
            <w:r>
              <w:rPr>
                <w:b/>
                <w:sz w:val="28"/>
              </w:rPr>
              <w:t>Fiche de suivi — Action commerciale (Kanban)</w:t>
            </w:r>
            <w:r>
              <w:br/>
            </w:r>
            <w:r>
              <w:t>Équipe : __________   Période : ____/____ → ____/____    Responsable : __________</w:t>
            </w:r>
          </w:p>
        </w:tc>
      </w:tr>
      <w:tr>
        <w:tc>
          <w:tcPr>
            <w:tcW w:type="dxa" w:w="5159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>
            <w:r>
              <w:t>Légende : □ à faire  ■ en cours  ✓ fait   ⓘ info  ⚠ blocage</w:t>
            </w:r>
          </w:p>
        </w:tc>
        <w:tc>
          <w:tcPr>
            <w:tcW w:type="dxa" w:w="5159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>
            <w:r>
              <w:t>Priorité : ☐ Haute  ☐ Moyenne  ☐ Basse</w:t>
            </w:r>
          </w:p>
        </w:tc>
        <w:tc>
          <w:tcPr>
            <w:tcW w:type="dxa" w:w="5159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>
            <w:r>
              <w:t>Pipeline cible (mois) : ______  |  Taux de win cible : _____ %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5159"/>
        <w:gridCol w:w="5159"/>
        <w:gridCol w:w="5159"/>
      </w:tblGrid>
      <w:tr>
        <w:tc>
          <w:tcPr>
            <w:tcW w:type="dxa" w:w="5386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693"/>
              <w:gridCol w:w="2693"/>
            </w:tblGrid>
            <w:tr>
              <w:tc>
                <w:tcPr>
                  <w:tcW w:type="dxa" w:w="2693"/>
                  <w:shd w:val="clear" w:color="auto" w:fill="CBD5E1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>
                  <w:pPr>
                    <w:jc w:val="center"/>
                  </w:pPr>
                  <w:r>
                    <w:rPr>
                      <w:b/>
                      <w:color w:val="0F172A"/>
                    </w:rPr>
                    <w:t>Backlog / À contacter</w:t>
                  </w:r>
                </w:p>
              </w:tc>
              <w:tc>
                <w:tcPr>
                  <w:tcW w:type="dxa" w:w="2693"/>
                  <w:shd w:val="clear" w:color="auto" w:fill="CBD5E1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>
                  <w:pPr>
                    <w:jc w:val="center"/>
                  </w:pPr>
                  <w:r>
                    <w:rPr>
                      <w:b/>
                      <w:color w:val="0F172A"/>
                    </w:rPr>
                    <w:t>WIP max : ____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386"/>
            </w:tblGrid>
            <w:tr>
              <w:tc>
                <w:tcPr>
                  <w:tcW w:type="dxa" w:w="5386"/>
                  <w:shd w:val="clear" w:color="auto" w:fill="CBD5E1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>
                  <w:r>
                    <w:rPr>
                      <w:b/>
                    </w:rPr>
                    <w:t>Client | Contact | Besoin | Valeur € | Proba % | Prochaine action | Échéance | Propriétaire</w:t>
                  </w:r>
                </w:p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</w:tbl>
          <w:p/>
        </w:tc>
        <w:tc>
          <w:tcPr>
            <w:tcW w:type="dxa" w:w="5386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693"/>
              <w:gridCol w:w="2693"/>
            </w:tblGrid>
            <w:tr>
              <w:tc>
                <w:tcPr>
                  <w:tcW w:type="dxa" w:w="2693"/>
                  <w:shd w:val="clear" w:color="auto" w:fill="DBEAFE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>
                  <w:pPr>
                    <w:jc w:val="center"/>
                  </w:pPr>
                  <w:r>
                    <w:rPr>
                      <w:b/>
                      <w:color w:val="1E3A8A"/>
                    </w:rPr>
                    <w:t>En cours</w:t>
                  </w:r>
                </w:p>
              </w:tc>
              <w:tc>
                <w:tcPr>
                  <w:tcW w:type="dxa" w:w="2693"/>
                  <w:shd w:val="clear" w:color="auto" w:fill="DBEAFE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>
                  <w:pPr>
                    <w:jc w:val="center"/>
                  </w:pPr>
                  <w:r>
                    <w:rPr>
                      <w:b/>
                      <w:color w:val="1E3A8A"/>
                    </w:rPr>
                    <w:t>WIP max : ____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386"/>
            </w:tblGrid>
            <w:tr>
              <w:tc>
                <w:tcPr>
                  <w:tcW w:type="dxa" w:w="5386"/>
                  <w:shd w:val="clear" w:color="auto" w:fill="DBEAFE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>
                  <w:r>
                    <w:rPr>
                      <w:b/>
                    </w:rPr>
                    <w:t>Client | Contact | Besoin | Valeur € | Proba % | Prochaine action | Échéance | Propriétaire</w:t>
                  </w:r>
                </w:p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</w:tbl>
          <w:p/>
        </w:tc>
        <w:tc>
          <w:tcPr>
            <w:tcW w:type="dxa" w:w="5386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693"/>
              <w:gridCol w:w="2693"/>
            </w:tblGrid>
            <w:tr>
              <w:tc>
                <w:tcPr>
                  <w:tcW w:type="dxa" w:w="2693"/>
                  <w:shd w:val="clear" w:color="auto" w:fill="FEF9C3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>
                  <w:pPr>
                    <w:jc w:val="center"/>
                  </w:pPr>
                  <w:r>
                    <w:rPr>
                      <w:b/>
                      <w:color w:val="854D0E"/>
                    </w:rPr>
                    <w:t>Relance</w:t>
                  </w:r>
                </w:p>
              </w:tc>
              <w:tc>
                <w:tcPr>
                  <w:tcW w:type="dxa" w:w="2693"/>
                  <w:shd w:val="clear" w:color="auto" w:fill="FEF9C3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>
                  <w:pPr>
                    <w:jc w:val="center"/>
                  </w:pPr>
                  <w:r>
                    <w:rPr>
                      <w:b/>
                      <w:color w:val="854D0E"/>
                    </w:rPr>
                    <w:t>WIP max : ____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386"/>
            </w:tblGrid>
            <w:tr>
              <w:tc>
                <w:tcPr>
                  <w:tcW w:type="dxa" w:w="5386"/>
                  <w:shd w:val="clear" w:color="auto" w:fill="FEF9C3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>
                  <w:r>
                    <w:rPr>
                      <w:b/>
                    </w:rPr>
                    <w:t>Client | Contact | Besoin | Valeur € | Proba % | Prochaine action | Échéance | Propriétaire</w:t>
                  </w:r>
                </w:p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</w:tbl>
          <w:p/>
        </w:tc>
      </w:tr>
      <w:tr>
        <w:tc>
          <w:tcPr>
            <w:tcW w:type="dxa" w:w="5386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693"/>
              <w:gridCol w:w="2693"/>
            </w:tblGrid>
            <w:tr>
              <w:tc>
                <w:tcPr>
                  <w:tcW w:type="dxa" w:w="2693"/>
                  <w:shd w:val="clear" w:color="auto" w:fill="D1FAE5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>
                  <w:pPr>
                    <w:jc w:val="center"/>
                  </w:pPr>
                  <w:r>
                    <w:rPr>
                      <w:b/>
                      <w:color w:val="065F46"/>
                    </w:rPr>
                    <w:t>Gagné</w:t>
                  </w:r>
                </w:p>
              </w:tc>
              <w:tc>
                <w:tcPr>
                  <w:tcW w:type="dxa" w:w="2693"/>
                  <w:shd w:val="clear" w:color="auto" w:fill="D1FAE5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>
                  <w:pPr>
                    <w:jc w:val="center"/>
                  </w:pPr>
                  <w:r>
                    <w:rPr>
                      <w:b/>
                      <w:color w:val="065F46"/>
                    </w:rPr>
                    <w:t>WIP max : ____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386"/>
            </w:tblGrid>
            <w:tr>
              <w:tc>
                <w:tcPr>
                  <w:tcW w:type="dxa" w:w="5386"/>
                  <w:shd w:val="clear" w:color="auto" w:fill="D1FAE5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>
                  <w:r>
                    <w:rPr>
                      <w:b/>
                    </w:rPr>
                    <w:t>Client | Contact | Besoin | Valeur € | Proba % | Prochaine action | Échéance | Propriétaire</w:t>
                  </w:r>
                </w:p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</w:tbl>
          <w:p/>
        </w:tc>
        <w:tc>
          <w:tcPr>
            <w:tcW w:type="dxa" w:w="5386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693"/>
              <w:gridCol w:w="2693"/>
            </w:tblGrid>
            <w:tr>
              <w:tc>
                <w:tcPr>
                  <w:tcW w:type="dxa" w:w="2693"/>
                  <w:shd w:val="clear" w:color="auto" w:fill="FEE2E2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>
                  <w:pPr>
                    <w:jc w:val="center"/>
                  </w:pPr>
                  <w:r>
                    <w:rPr>
                      <w:b/>
                      <w:color w:val="7F1D1D"/>
                    </w:rPr>
                    <w:t>Perdu</w:t>
                  </w:r>
                </w:p>
              </w:tc>
              <w:tc>
                <w:tcPr>
                  <w:tcW w:type="dxa" w:w="2693"/>
                  <w:shd w:val="clear" w:color="auto" w:fill="FEE2E2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>
                  <w:pPr>
                    <w:jc w:val="center"/>
                  </w:pPr>
                  <w:r>
                    <w:rPr>
                      <w:b/>
                      <w:color w:val="7F1D1D"/>
                    </w:rPr>
                    <w:t>WIP max : ____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386"/>
            </w:tblGrid>
            <w:tr>
              <w:tc>
                <w:tcPr>
                  <w:tcW w:type="dxa" w:w="5386"/>
                  <w:shd w:val="clear" w:color="auto" w:fill="FEE2E2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>
                  <w:r>
                    <w:rPr>
                      <w:b/>
                    </w:rPr>
                    <w:t>Client | Contact | Besoin | Valeur € | Proba % | Prochaine action | Échéance | Propriétaire</w:t>
                  </w:r>
                </w:p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</w:tbl>
          <w:p/>
        </w:tc>
        <w:tc>
          <w:tcPr>
            <w:tcW w:type="dxa" w:w="5386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693"/>
              <w:gridCol w:w="2693"/>
            </w:tblGrid>
            <w:tr>
              <w:tc>
                <w:tcPr>
                  <w:tcW w:type="dxa" w:w="2693"/>
                  <w:shd w:val="clear" w:color="auto" w:fill="EDE9FE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>
                  <w:pPr>
                    <w:jc w:val="center"/>
                  </w:pPr>
                  <w:r>
                    <w:rPr>
                      <w:b/>
                      <w:color w:val="5B21B6"/>
                    </w:rPr>
                    <w:t>Bloqué</w:t>
                  </w:r>
                </w:p>
              </w:tc>
              <w:tc>
                <w:tcPr>
                  <w:tcW w:type="dxa" w:w="2693"/>
                  <w:shd w:val="clear" w:color="auto" w:fill="EDE9FE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>
                  <w:pPr>
                    <w:jc w:val="center"/>
                  </w:pPr>
                  <w:r>
                    <w:rPr>
                      <w:b/>
                      <w:color w:val="5B21B6"/>
                    </w:rPr>
                    <w:t>WIP max : ____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386"/>
            </w:tblGrid>
            <w:tr>
              <w:tc>
                <w:tcPr>
                  <w:tcW w:type="dxa" w:w="5386"/>
                  <w:shd w:val="clear" w:color="auto" w:fill="EDE9FE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>
                  <w:r>
                    <w:rPr>
                      <w:b/>
                    </w:rPr>
                    <w:t>Client | Contact | Besoin | Valeur € | Proba % | Prochaine action | Échéance | Propriétaire</w:t>
                  </w:r>
                </w:p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</w:tbl>
          <w:p/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3096"/>
        <w:gridCol w:w="3096"/>
        <w:gridCol w:w="3096"/>
        <w:gridCol w:w="3096"/>
        <w:gridCol w:w="3096"/>
      </w:tblGrid>
      <w:tr>
        <w:tc>
          <w:tcPr>
            <w:tcW w:type="dxa" w:w="3096"/>
            <w:shd w:val="clear" w:color="auto" w:fill="F1F5F9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>
            <w:r>
              <w:rPr>
                <w:b/>
              </w:rPr>
              <w:t>Opps actives</w:t>
            </w:r>
          </w:p>
        </w:tc>
        <w:tc>
          <w:tcPr>
            <w:tcW w:type="dxa" w:w="3096"/>
            <w:shd w:val="clear" w:color="auto" w:fill="F1F5F9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>
            <w:r>
              <w:rPr>
                <w:b/>
              </w:rPr>
              <w:t>Valeur totale €</w:t>
            </w:r>
          </w:p>
        </w:tc>
        <w:tc>
          <w:tcPr>
            <w:tcW w:type="dxa" w:w="3096"/>
            <w:shd w:val="clear" w:color="auto" w:fill="F1F5F9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>
            <w:r>
              <w:rPr>
                <w:b/>
              </w:rPr>
              <w:t>Win rate %</w:t>
            </w:r>
          </w:p>
        </w:tc>
        <w:tc>
          <w:tcPr>
            <w:tcW w:type="dxa" w:w="3096"/>
            <w:shd w:val="clear" w:color="auto" w:fill="F1F5F9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>
            <w:r>
              <w:rPr>
                <w:b/>
              </w:rPr>
              <w:t>Cycle moyen (jours)</w:t>
            </w:r>
          </w:p>
        </w:tc>
        <w:tc>
          <w:tcPr>
            <w:tcW w:type="dxa" w:w="3096"/>
            <w:shd w:val="clear" w:color="auto" w:fill="F1F5F9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>
            <w:r>
              <w:rPr>
                <w:b/>
              </w:rPr>
              <w:t>Relances en retard</w:t>
            </w:r>
          </w:p>
        </w:tc>
      </w:tr>
      <w:tr>
        <w:tc>
          <w:tcPr>
            <w:tcW w:type="dxa" w:w="3096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>
            <w:r>
              <w:t>________</w:t>
            </w:r>
          </w:p>
        </w:tc>
        <w:tc>
          <w:tcPr>
            <w:tcW w:type="dxa" w:w="3096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>
            <w:r>
              <w:t>________</w:t>
            </w:r>
          </w:p>
        </w:tc>
        <w:tc>
          <w:tcPr>
            <w:tcW w:type="dxa" w:w="3096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>
            <w:r>
              <w:t>________</w:t>
            </w:r>
          </w:p>
        </w:tc>
        <w:tc>
          <w:tcPr>
            <w:tcW w:type="dxa" w:w="3096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>
            <w:r>
              <w:t>________</w:t>
            </w:r>
          </w:p>
        </w:tc>
        <w:tc>
          <w:tcPr>
            <w:tcW w:type="dxa" w:w="3096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>
            <w:r>
              <w:t>________</w:t>
            </w:r>
          </w:p>
        </w:tc>
      </w:tr>
    </w:tbl>
    <w:sectPr w:rsidR="00FC693F" w:rsidRPr="0006063C" w:rsidSect="00034616">
      <w:footerReference w:type="default" r:id="rId9"/>
      <w:pgSz w:w="16838" w:h="11906" w:orient="landscape"/>
      <w:pgMar w:top="567" w:right="680" w:bottom="567" w:left="6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 — Libre d'usage — Fiche Kanban commerciale — A4 paysage — 2025-09-18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