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526"/>
        <w:gridCol w:w="222"/>
        <w:gridCol w:w="6112"/>
      </w:tblGrid>
      <w:tr w:rsidR="00CA4C48" w14:paraId="128109BA" w14:textId="77777777">
        <w:tc>
          <w:tcPr>
            <w:tcW w:w="10880" w:type="dxa"/>
            <w:gridSpan w:val="3"/>
            <w:tcBorders>
              <w:top w:val="single" w:sz="8" w:space="0" w:color="0C4A6E"/>
              <w:left w:val="single" w:sz="8" w:space="0" w:color="0C4A6E"/>
              <w:bottom w:val="single" w:sz="8" w:space="0" w:color="0C4A6E"/>
              <w:right w:val="single" w:sz="8" w:space="0" w:color="0C4A6E"/>
            </w:tcBorders>
          </w:tcPr>
          <w:p w14:paraId="784537F7" w14:textId="322F9EE4" w:rsidR="00CA4C48" w:rsidRDefault="00CC38AF">
            <w:r>
              <w:rPr>
                <w:b/>
                <w:color w:val="0C4A6E"/>
                <w:sz w:val="28"/>
              </w:rPr>
              <w:t xml:space="preserve">Fiche </w:t>
            </w:r>
            <w:proofErr w:type="spellStart"/>
            <w:r>
              <w:rPr>
                <w:b/>
                <w:color w:val="0C4A6E"/>
                <w:sz w:val="28"/>
              </w:rPr>
              <w:t>Leçon</w:t>
            </w:r>
            <w:proofErr w:type="spellEnd"/>
            <w:r>
              <w:rPr>
                <w:b/>
                <w:color w:val="0C4A6E"/>
                <w:sz w:val="28"/>
              </w:rPr>
              <w:t xml:space="preserve"> Apprise (REX) — Canvas 1‑Page</w:t>
            </w:r>
            <w:r>
              <w:br/>
            </w:r>
            <w:r w:rsidR="000E5B9D">
              <w:t xml:space="preserve"> </w:t>
            </w:r>
            <w:r>
              <w:t xml:space="preserve"> — Conception « spine » centrale (Constat/Analyse ↔ Actions/Impacts)</w:t>
            </w:r>
          </w:p>
        </w:tc>
      </w:tr>
      <w:tr w:rsidR="00CA4C48" w14:paraId="144932DB" w14:textId="77777777">
        <w:tc>
          <w:tcPr>
            <w:tcW w:w="5386" w:type="dxa"/>
          </w:tcPr>
          <w:p w14:paraId="7B5ED5F2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290"/>
            </w:tblGrid>
            <w:tr w:rsidR="00CA4C48" w14:paraId="160D7583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004299A8" w14:textId="77777777" w:rsidR="00CA4C48" w:rsidRDefault="00CC38AF">
                  <w:r>
                    <w:rPr>
                      <w:b/>
                    </w:rPr>
                    <w:t>Contexte &amp; faits (quoi / où / quand / qui)</w:t>
                  </w:r>
                </w:p>
              </w:tc>
            </w:tr>
            <w:tr w:rsidR="00CA4C48" w14:paraId="4C24D850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D61CDE7" w14:textId="77777777" w:rsidR="00CA4C48" w:rsidRDefault="00CC38AF">
                  <w:r>
                    <w:t>Résumé factuel : ………………………………………</w:t>
                  </w:r>
                </w:p>
              </w:tc>
            </w:tr>
            <w:tr w:rsidR="00CA4C48" w14:paraId="46171455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C8B465C" w14:textId="77777777" w:rsidR="00CA4C48" w:rsidRDefault="00CC38AF">
                  <w:r>
                    <w:t xml:space="preserve">Preuves / pièces : liens, captures, </w:t>
                  </w:r>
                  <w:r>
                    <w:t>références GL, tickets…</w:t>
                  </w:r>
                </w:p>
              </w:tc>
            </w:tr>
          </w:tbl>
          <w:p w14:paraId="7E73E3B5" w14:textId="77777777" w:rsidR="00CA4C48" w:rsidRDefault="00CA4C48"/>
          <w:p w14:paraId="3EF386FF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246"/>
              <w:gridCol w:w="1600"/>
              <w:gridCol w:w="1444"/>
            </w:tblGrid>
            <w:tr w:rsidR="00CA4C48" w14:paraId="5AD48E87" w14:textId="77777777">
              <w:tc>
                <w:tcPr>
                  <w:tcW w:w="141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1F8EC260" w14:textId="77777777" w:rsidR="00CA4C48" w:rsidRDefault="00CC38AF">
                  <w:r>
                    <w:rPr>
                      <w:b/>
                    </w:rPr>
                    <w:t>Pourquoi #</w:t>
                  </w:r>
                </w:p>
              </w:tc>
              <w:tc>
                <w:tcPr>
                  <w:tcW w:w="5102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42C39944" w14:textId="77777777" w:rsidR="00CA4C48" w:rsidRDefault="00CC38AF">
                  <w:r>
                    <w:rPr>
                      <w:b/>
                    </w:rPr>
                    <w:t>Réponse</w:t>
                  </w:r>
                </w:p>
              </w:tc>
              <w:tc>
                <w:tcPr>
                  <w:tcW w:w="3969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64DBAEFA" w14:textId="77777777" w:rsidR="00CA4C48" w:rsidRDefault="00CC38AF">
                  <w:r>
                    <w:rPr>
                      <w:b/>
                    </w:rPr>
                    <w:t>Preuve / données</w:t>
                  </w:r>
                </w:p>
              </w:tc>
            </w:tr>
            <w:tr w:rsidR="00CA4C48" w14:paraId="039C936B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76CA57D" w14:textId="77777777" w:rsidR="00CA4C48" w:rsidRDefault="00CC38AF">
                  <w:r>
                    <w:t>1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E157B17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91FCA30" w14:textId="77777777" w:rsidR="00CA4C48" w:rsidRDefault="00CA4C48"/>
              </w:tc>
            </w:tr>
            <w:tr w:rsidR="00CA4C48" w14:paraId="252D4D7C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8D02CA4" w14:textId="77777777" w:rsidR="00CA4C48" w:rsidRDefault="00CC38AF">
                  <w:r>
                    <w:t>2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54D4EF7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1DB4D33" w14:textId="77777777" w:rsidR="00CA4C48" w:rsidRDefault="00CA4C48"/>
              </w:tc>
            </w:tr>
            <w:tr w:rsidR="00CA4C48" w14:paraId="37034D2C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6024B1D" w14:textId="77777777" w:rsidR="00CA4C48" w:rsidRDefault="00CC38AF">
                  <w:r>
                    <w:t>3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10872CD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C28DF17" w14:textId="77777777" w:rsidR="00CA4C48" w:rsidRDefault="00CA4C48"/>
              </w:tc>
            </w:tr>
            <w:tr w:rsidR="00CA4C48" w14:paraId="5B2E5D8E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4B46655" w14:textId="77777777" w:rsidR="00CA4C48" w:rsidRDefault="00CC38AF">
                  <w:r>
                    <w:t>4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7C67A15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446621A" w14:textId="77777777" w:rsidR="00CA4C48" w:rsidRDefault="00CA4C48"/>
              </w:tc>
            </w:tr>
            <w:tr w:rsidR="00CA4C48" w14:paraId="56878654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CC7EFD3" w14:textId="77777777" w:rsidR="00CA4C48" w:rsidRDefault="00CC38AF">
                  <w:r>
                    <w:t>5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D481FF5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2FEDD96" w14:textId="77777777" w:rsidR="00CA4C48" w:rsidRDefault="00CA4C48"/>
              </w:tc>
            </w:tr>
          </w:tbl>
          <w:p w14:paraId="28391F41" w14:textId="77777777" w:rsidR="00CA4C48" w:rsidRDefault="00CA4C48"/>
          <w:p w14:paraId="3270D92E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77"/>
              <w:gridCol w:w="1167"/>
              <w:gridCol w:w="1646"/>
            </w:tblGrid>
            <w:tr w:rsidR="00CA4C48" w14:paraId="2E2D0621" w14:textId="77777777">
              <w:tc>
                <w:tcPr>
                  <w:tcW w:w="2268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2E488803" w14:textId="77777777" w:rsidR="00CA4C48" w:rsidRDefault="00CC38AF">
                  <w:r>
                    <w:rPr>
                      <w:b/>
                    </w:rPr>
                    <w:t>Catégorie (6M)</w:t>
                  </w:r>
                </w:p>
              </w:tc>
              <w:tc>
                <w:tcPr>
                  <w:tcW w:w="5102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2F96ADD0" w14:textId="77777777" w:rsidR="00CA4C48" w:rsidRDefault="00CC38AF">
                  <w:r>
                    <w:rPr>
                      <w:b/>
                    </w:rPr>
                    <w:t>Cause candidate</w:t>
                  </w:r>
                </w:p>
              </w:tc>
              <w:tc>
                <w:tcPr>
                  <w:tcW w:w="3118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4296CC6B" w14:textId="77777777" w:rsidR="00CA4C48" w:rsidRDefault="00CC38AF">
                  <w:r>
                    <w:rPr>
                      <w:b/>
                    </w:rPr>
                    <w:t>Indice/mesure</w:t>
                  </w:r>
                </w:p>
              </w:tc>
            </w:tr>
            <w:tr w:rsidR="00CA4C48" w14:paraId="3F7EC4D1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050F0FD" w14:textId="77777777" w:rsidR="00CA4C48" w:rsidRDefault="00CC38AF">
                  <w:r>
                    <w:t>Main‑d’œuvre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C39DAF4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291693B" w14:textId="77777777" w:rsidR="00CA4C48" w:rsidRDefault="00CA4C48"/>
              </w:tc>
            </w:tr>
            <w:tr w:rsidR="00CA4C48" w14:paraId="727362DE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7D514B3B" w14:textId="77777777" w:rsidR="00CA4C48" w:rsidRDefault="00CC38AF">
                  <w:r>
                    <w:t>Méthodes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2C01750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E4B1BBA" w14:textId="77777777" w:rsidR="00CA4C48" w:rsidRDefault="00CA4C48"/>
              </w:tc>
            </w:tr>
            <w:tr w:rsidR="00CA4C48" w14:paraId="1BA9D973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FA4D69C" w14:textId="77777777" w:rsidR="00CA4C48" w:rsidRDefault="00CC38AF">
                  <w:r>
                    <w:t>Matières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1C9F12C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B35D7F0" w14:textId="77777777" w:rsidR="00CA4C48" w:rsidRDefault="00CA4C48"/>
              </w:tc>
            </w:tr>
            <w:tr w:rsidR="00CA4C48" w14:paraId="49185C3A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E07D14A" w14:textId="77777777" w:rsidR="00CA4C48" w:rsidRDefault="00CC38AF">
                  <w:r>
                    <w:t>Machines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CF4ECC8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B2C99E3" w14:textId="77777777" w:rsidR="00CA4C48" w:rsidRDefault="00CA4C48"/>
              </w:tc>
            </w:tr>
            <w:tr w:rsidR="00CA4C48" w14:paraId="0AEBB5BB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696F0D7" w14:textId="77777777" w:rsidR="00CA4C48" w:rsidRDefault="00CC38AF">
                  <w:r>
                    <w:t>Milieu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7A244CB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735EDAD" w14:textId="77777777" w:rsidR="00CA4C48" w:rsidRDefault="00CA4C48"/>
              </w:tc>
            </w:tr>
            <w:tr w:rsidR="00CA4C48" w14:paraId="400E9EC0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FA77D09" w14:textId="77777777" w:rsidR="00CA4C48" w:rsidRDefault="00CC38AF">
                  <w:r>
                    <w:t>Mesures</w:t>
                  </w:r>
                </w:p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7747B4B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AAAA87D" w14:textId="77777777" w:rsidR="00CA4C48" w:rsidRDefault="00CA4C48"/>
              </w:tc>
            </w:tr>
          </w:tbl>
          <w:p w14:paraId="0BECEF57" w14:textId="77777777" w:rsidR="00CA4C48" w:rsidRDefault="00CA4C48"/>
        </w:tc>
        <w:tc>
          <w:tcPr>
            <w:tcW w:w="283" w:type="dxa"/>
            <w:shd w:val="clear" w:color="auto" w:fill="06B6D4"/>
          </w:tcPr>
          <w:p w14:paraId="1BA689F1" w14:textId="77777777" w:rsidR="00CA4C48" w:rsidRDefault="00CA4C48"/>
        </w:tc>
        <w:tc>
          <w:tcPr>
            <w:tcW w:w="5386" w:type="dxa"/>
          </w:tcPr>
          <w:p w14:paraId="5F0691E7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86"/>
            </w:tblGrid>
            <w:tr w:rsidR="00CA4C48" w14:paraId="2FDBC362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1A184355" w14:textId="77777777" w:rsidR="00CA4C48" w:rsidRDefault="00CC38AF">
                  <w:r>
                    <w:rPr>
                      <w:b/>
                    </w:rPr>
                    <w:t xml:space="preserve">Matrice Risque (Gravité × </w:t>
                  </w:r>
                  <w:r>
                    <w:rPr>
                      <w:b/>
                    </w:rPr>
                    <w:t>Probabilité)</w:t>
                  </w:r>
                </w:p>
              </w:tc>
            </w:tr>
            <w:tr w:rsidR="00CA4C48" w14:paraId="5AE3561E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CE36696" w14:textId="77777777" w:rsidR="00CA4C48" w:rsidRDefault="00CA4C48"/>
              </w:tc>
            </w:tr>
          </w:tbl>
          <w:p w14:paraId="5E6B9DA1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66"/>
              <w:gridCol w:w="1343"/>
              <w:gridCol w:w="1351"/>
              <w:gridCol w:w="1021"/>
              <w:gridCol w:w="1095"/>
            </w:tblGrid>
            <w:tr w:rsidR="00CA4C48" w14:paraId="76745EE9" w14:textId="77777777"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618B166F" w14:textId="77777777" w:rsidR="00CA4C48" w:rsidRDefault="00CA4C48"/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2FE87E36" w14:textId="77777777" w:rsidR="00CA4C48" w:rsidRDefault="00CC38AF">
                  <w:r>
                    <w:rPr>
                      <w:b/>
                    </w:rPr>
                    <w:t>Très improbable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053EA7F3" w14:textId="77777777" w:rsidR="00CA4C48" w:rsidRDefault="00CC38AF">
                  <w:r>
                    <w:rPr>
                      <w:b/>
                    </w:rPr>
                    <w:t>Improbable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4FBDCFF2" w14:textId="77777777" w:rsidR="00CA4C48" w:rsidRDefault="00CC38AF">
                  <w:r>
                    <w:rPr>
                      <w:b/>
                    </w:rPr>
                    <w:t>Possible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3FDF595F" w14:textId="77777777" w:rsidR="00CA4C48" w:rsidRDefault="00CC38AF">
                  <w:r>
                    <w:rPr>
                      <w:b/>
                    </w:rPr>
                    <w:t>Probable</w:t>
                  </w:r>
                </w:p>
              </w:tc>
            </w:tr>
            <w:tr w:rsidR="00CA4C48" w14:paraId="02B80A66" w14:textId="77777777"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696A02D5" w14:textId="77777777" w:rsidR="00CA4C48" w:rsidRDefault="00CC38AF">
                  <w:r>
                    <w:rPr>
                      <w:b/>
                    </w:rPr>
                    <w:t>Mineure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2FB9EB1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A03A2B3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88581EB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4D60CDB" w14:textId="77777777" w:rsidR="00CA4C48" w:rsidRDefault="00CC38AF">
                  <w:r>
                    <w:t>☐</w:t>
                  </w:r>
                </w:p>
              </w:tc>
            </w:tr>
            <w:tr w:rsidR="00CA4C48" w14:paraId="458ED5A2" w14:textId="77777777"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6973A08D" w14:textId="77777777" w:rsidR="00CA4C48" w:rsidRDefault="00CC38AF">
                  <w:r>
                    <w:rPr>
                      <w:b/>
                    </w:rPr>
                    <w:t>Modérée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3E33597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E8BAFB6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FE08208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2E92721" w14:textId="77777777" w:rsidR="00CA4C48" w:rsidRDefault="00CC38AF">
                  <w:r>
                    <w:t>☐</w:t>
                  </w:r>
                </w:p>
              </w:tc>
            </w:tr>
            <w:tr w:rsidR="00CA4C48" w14:paraId="417324CE" w14:textId="77777777"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13A68DFC" w14:textId="77777777" w:rsidR="00CA4C48" w:rsidRDefault="00CC38AF">
                  <w:r>
                    <w:rPr>
                      <w:b/>
                    </w:rPr>
                    <w:t>Majeure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77A1B6C3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1ED5C37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9F769BE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3A08DF8" w14:textId="77777777" w:rsidR="00CA4C48" w:rsidRDefault="00CC38AF">
                  <w:r>
                    <w:t>☐</w:t>
                  </w:r>
                </w:p>
              </w:tc>
            </w:tr>
            <w:tr w:rsidR="00CA4C48" w14:paraId="00F989CC" w14:textId="77777777"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7957D823" w14:textId="77777777" w:rsidR="00CA4C48" w:rsidRDefault="00CC38AF">
                  <w:r>
                    <w:rPr>
                      <w:b/>
                    </w:rPr>
                    <w:t>Critique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A0BA6BC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C08430D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40131E0" w14:textId="77777777" w:rsidR="00CA4C48" w:rsidRDefault="00CC38AF">
                  <w:r>
                    <w:t>☐</w:t>
                  </w:r>
                </w:p>
              </w:tc>
              <w:tc>
                <w:tcPr>
                  <w:tcW w:w="1077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CE32470" w14:textId="77777777" w:rsidR="00CA4C48" w:rsidRDefault="00CC38AF">
                  <w:r>
                    <w:t>☐</w:t>
                  </w:r>
                </w:p>
              </w:tc>
            </w:tr>
          </w:tbl>
          <w:p w14:paraId="002817ED" w14:textId="77777777" w:rsidR="00CA4C48" w:rsidRDefault="00CA4C48"/>
          <w:p w14:paraId="1D2A9726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86"/>
            </w:tblGrid>
            <w:tr w:rsidR="00CA4C48" w14:paraId="2DA58CA7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F59E0B"/>
                </w:tcPr>
                <w:p w14:paraId="05F546B0" w14:textId="77777777" w:rsidR="00CA4C48" w:rsidRDefault="00CC38AF">
                  <w:r>
                    <w:rPr>
                      <w:b/>
                    </w:rPr>
                    <w:t>Décision prise / Contournement immédiat</w:t>
                  </w:r>
                </w:p>
              </w:tc>
            </w:tr>
            <w:tr w:rsidR="00CA4C48" w14:paraId="1AAA76B4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311BDC8" w14:textId="77777777" w:rsidR="00CA4C48" w:rsidRDefault="00CC38AF">
                  <w:r>
                    <w:t>Décision : … / Date effet : … / Responsable : …</w:t>
                  </w:r>
                </w:p>
              </w:tc>
            </w:tr>
          </w:tbl>
          <w:p w14:paraId="18989117" w14:textId="77777777" w:rsidR="00CA4C48" w:rsidRDefault="00CA4C48"/>
          <w:p w14:paraId="3002CD96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34"/>
              <w:gridCol w:w="2187"/>
              <w:gridCol w:w="1555"/>
            </w:tblGrid>
            <w:tr w:rsidR="00CA4C48" w14:paraId="629E1DB5" w14:textId="77777777">
              <w:tc>
                <w:tcPr>
                  <w:tcW w:w="4819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7695D01A" w14:textId="77777777" w:rsidR="00CA4C48" w:rsidRDefault="00CC38AF">
                  <w:r>
                    <w:rPr>
                      <w:b/>
                    </w:rPr>
                    <w:t>Action</w:t>
                  </w:r>
                </w:p>
              </w:tc>
              <w:tc>
                <w:tcPr>
                  <w:tcW w:w="368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6C5D62C3" w14:textId="77777777" w:rsidR="00CA4C48" w:rsidRDefault="00CC38AF">
                  <w:r>
                    <w:rPr>
                      <w:b/>
                    </w:rPr>
                    <w:t>Propriétaire &amp; Échéance</w:t>
                  </w:r>
                </w:p>
              </w:tc>
              <w:tc>
                <w:tcPr>
                  <w:tcW w:w="3118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55A2D3A4" w14:textId="77777777" w:rsidR="00CA4C48" w:rsidRDefault="00CC38AF">
                  <w:r>
                    <w:rPr>
                      <w:b/>
                    </w:rPr>
                    <w:t>Type (C/P) | Statut</w:t>
                  </w:r>
                </w:p>
              </w:tc>
            </w:tr>
            <w:tr w:rsidR="00CA4C48" w14:paraId="3E6258CF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6E68E81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5F5DE54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45F12D6" w14:textId="77777777" w:rsidR="00CA4C48" w:rsidRDefault="00CA4C48"/>
              </w:tc>
            </w:tr>
            <w:tr w:rsidR="00CA4C48" w14:paraId="2FE232A6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DF5D876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B7E09D9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D4CA1A5" w14:textId="77777777" w:rsidR="00CA4C48" w:rsidRDefault="00CA4C48"/>
              </w:tc>
            </w:tr>
            <w:tr w:rsidR="00CA4C48" w14:paraId="20ED0D0C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3BDDFF3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7645385A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88FD50C" w14:textId="77777777" w:rsidR="00CA4C48" w:rsidRDefault="00CA4C48"/>
              </w:tc>
            </w:tr>
            <w:tr w:rsidR="00CA4C48" w14:paraId="2C9E531E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11A371D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5C11E64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7CB7A769" w14:textId="77777777" w:rsidR="00CA4C48" w:rsidRDefault="00CA4C48"/>
              </w:tc>
            </w:tr>
            <w:tr w:rsidR="00CA4C48" w14:paraId="3E84A7EF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0E775FF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AA69825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4279B7B" w14:textId="77777777" w:rsidR="00CA4C48" w:rsidRDefault="00CA4C48"/>
              </w:tc>
            </w:tr>
          </w:tbl>
          <w:p w14:paraId="022B4509" w14:textId="77777777" w:rsidR="00CA4C48" w:rsidRDefault="00CA4C48"/>
          <w:p w14:paraId="51040924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68"/>
              <w:gridCol w:w="1603"/>
              <w:gridCol w:w="1605"/>
            </w:tblGrid>
            <w:tr w:rsidR="00CA4C48" w14:paraId="0BB21298" w14:textId="77777777">
              <w:tc>
                <w:tcPr>
                  <w:tcW w:w="4819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22DF7DA1" w14:textId="77777777" w:rsidR="00CA4C48" w:rsidRDefault="00CC38AF">
                  <w:r>
                    <w:rPr>
                      <w:b/>
                    </w:rPr>
                    <w:lastRenderedPageBreak/>
                    <w:t>Indicateur</w:t>
                  </w:r>
                </w:p>
              </w:tc>
              <w:tc>
                <w:tcPr>
                  <w:tcW w:w="283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72E341E8" w14:textId="77777777" w:rsidR="00CA4C48" w:rsidRDefault="00CC38AF">
                  <w:r>
                    <w:rPr>
                      <w:b/>
                    </w:rPr>
                    <w:t>Avant</w:t>
                  </w:r>
                </w:p>
              </w:tc>
              <w:tc>
                <w:tcPr>
                  <w:tcW w:w="283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136458DF" w14:textId="77777777" w:rsidR="00CA4C48" w:rsidRDefault="00CC38AF">
                  <w:r>
                    <w:rPr>
                      <w:b/>
                    </w:rPr>
                    <w:t>Après</w:t>
                  </w:r>
                </w:p>
              </w:tc>
            </w:tr>
            <w:tr w:rsidR="00CA4C48" w14:paraId="41393690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98011CF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137FBB4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BC0097F" w14:textId="77777777" w:rsidR="00CA4C48" w:rsidRDefault="00CA4C48"/>
              </w:tc>
            </w:tr>
            <w:tr w:rsidR="00CA4C48" w14:paraId="10E703C2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AEEFBAB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D39A24B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713E28D" w14:textId="77777777" w:rsidR="00CA4C48" w:rsidRDefault="00CA4C48"/>
              </w:tc>
            </w:tr>
            <w:tr w:rsidR="00CA4C48" w14:paraId="15539A86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987D65D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B3759B2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578C613" w14:textId="77777777" w:rsidR="00CA4C48" w:rsidRDefault="00CA4C48"/>
              </w:tc>
            </w:tr>
            <w:tr w:rsidR="00CA4C48" w14:paraId="4FE12830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435BD56E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517B321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93FCE7B" w14:textId="77777777" w:rsidR="00CA4C48" w:rsidRDefault="00CA4C48"/>
              </w:tc>
            </w:tr>
          </w:tbl>
          <w:p w14:paraId="0BCF9BAC" w14:textId="77777777" w:rsidR="00CA4C48" w:rsidRDefault="00CA4C48"/>
          <w:p w14:paraId="3693CDFB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29"/>
              <w:gridCol w:w="2002"/>
              <w:gridCol w:w="1745"/>
            </w:tblGrid>
            <w:tr w:rsidR="00CA4C48" w14:paraId="0AAEB743" w14:textId="77777777">
              <w:tc>
                <w:tcPr>
                  <w:tcW w:w="3969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5F51EE5F" w14:textId="77777777" w:rsidR="00CA4C48" w:rsidRDefault="00CC38AF">
                  <w:r>
                    <w:rPr>
                      <w:b/>
                    </w:rPr>
                    <w:t>Bénéfices attendus (€ / h)</w:t>
                  </w:r>
                </w:p>
              </w:tc>
              <w:tc>
                <w:tcPr>
                  <w:tcW w:w="3969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6532AAB2" w14:textId="77777777" w:rsidR="00CA4C48" w:rsidRDefault="00CC38AF">
                  <w:r>
                    <w:rPr>
                      <w:b/>
                    </w:rPr>
                    <w:t>Coûts estimés (€ / h)</w:t>
                  </w:r>
                </w:p>
              </w:tc>
              <w:tc>
                <w:tcPr>
                  <w:tcW w:w="3402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63CB55FD" w14:textId="77777777" w:rsidR="00CA4C48" w:rsidRDefault="00CC38AF">
                  <w:r>
                    <w:rPr>
                      <w:b/>
                    </w:rPr>
                    <w:t>ROI simple (mois)</w:t>
                  </w:r>
                </w:p>
              </w:tc>
            </w:tr>
            <w:tr w:rsidR="00CA4C48" w14:paraId="7A61DB96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BB92B7A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39C5D29E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752DD56E" w14:textId="77777777" w:rsidR="00CA4C48" w:rsidRDefault="00CA4C48"/>
              </w:tc>
            </w:tr>
            <w:tr w:rsidR="00CA4C48" w14:paraId="7E2323AE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173208CC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758844F6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7CA7CD1" w14:textId="77777777" w:rsidR="00CA4C48" w:rsidRDefault="00CA4C48"/>
              </w:tc>
            </w:tr>
            <w:tr w:rsidR="00CA4C48" w14:paraId="6D300E9A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251CCE89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D2C2F37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31C3BD5" w14:textId="77777777" w:rsidR="00CA4C48" w:rsidRDefault="00CA4C48"/>
              </w:tc>
            </w:tr>
          </w:tbl>
          <w:p w14:paraId="67AD1AF0" w14:textId="77777777" w:rsidR="00CA4C48" w:rsidRDefault="00CA4C48"/>
          <w:p w14:paraId="76EF56CE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86"/>
            </w:tblGrid>
            <w:tr w:rsidR="00CA4C48" w14:paraId="3A028BA8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56E21312" w14:textId="77777777" w:rsidR="00CA4C48" w:rsidRDefault="00CC38AF">
                  <w:r>
                    <w:rPr>
                      <w:b/>
                    </w:rPr>
                    <w:t>Partage &amp; capitalisation</w:t>
                  </w:r>
                </w:p>
              </w:tc>
            </w:tr>
            <w:tr w:rsidR="00CA4C48" w14:paraId="3C6CC59C" w14:textId="77777777">
              <w:tc>
                <w:tcPr>
                  <w:tcW w:w="5386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0EB47803" w14:textId="77777777" w:rsidR="00CA4C48" w:rsidRDefault="00CC38AF">
                  <w:r>
                    <w:t xml:space="preserve">Equipe destinataire, canal </w:t>
                  </w:r>
                  <w:r>
                    <w:t>(wiki/Slack/mail), tag REX : … | Dossier d’archivage : …</w:t>
                  </w:r>
                </w:p>
              </w:tc>
            </w:tr>
          </w:tbl>
          <w:p w14:paraId="33E5C631" w14:textId="77777777" w:rsidR="00CA4C48" w:rsidRDefault="00CA4C48"/>
          <w:p w14:paraId="10F11B72" w14:textId="77777777" w:rsidR="00CA4C48" w:rsidRDefault="00CA4C48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16"/>
              <w:gridCol w:w="2252"/>
              <w:gridCol w:w="1208"/>
            </w:tblGrid>
            <w:tr w:rsidR="00CA4C48" w14:paraId="2C3B02ED" w14:textId="77777777">
              <w:tc>
                <w:tcPr>
                  <w:tcW w:w="3969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0CB6AF7F" w14:textId="77777777" w:rsidR="00CA4C48" w:rsidRDefault="00CC38AF">
                  <w:r>
                    <w:rPr>
                      <w:b/>
                    </w:rPr>
                    <w:t>Préparé par</w:t>
                  </w:r>
                </w:p>
              </w:tc>
              <w:tc>
                <w:tcPr>
                  <w:tcW w:w="3969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57774EC3" w14:textId="77777777" w:rsidR="00CA4C48" w:rsidRDefault="00CC38AF">
                  <w:r>
                    <w:rPr>
                      <w:b/>
                    </w:rPr>
                    <w:t>Revu par</w:t>
                  </w:r>
                </w:p>
              </w:tc>
              <w:tc>
                <w:tcPr>
                  <w:tcW w:w="1701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  <w:shd w:val="clear" w:color="auto" w:fill="E0F2FE"/>
                </w:tcPr>
                <w:p w14:paraId="17156E73" w14:textId="77777777" w:rsidR="00CA4C48" w:rsidRDefault="00CC38AF">
                  <w:r>
                    <w:rPr>
                      <w:b/>
                    </w:rPr>
                    <w:t>Date</w:t>
                  </w:r>
                </w:p>
              </w:tc>
            </w:tr>
            <w:tr w:rsidR="00CA4C48" w14:paraId="1016A5D6" w14:textId="77777777"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6EEC0D12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70BE569C" w14:textId="77777777" w:rsidR="00CA4C48" w:rsidRDefault="00CA4C48"/>
              </w:tc>
              <w:tc>
                <w:tcPr>
                  <w:tcW w:w="1795" w:type="dxa"/>
                  <w:tcBorders>
                    <w:top w:val="single" w:sz="8" w:space="0" w:color="0C4A6E"/>
                    <w:left w:val="single" w:sz="8" w:space="0" w:color="0C4A6E"/>
                    <w:bottom w:val="single" w:sz="8" w:space="0" w:color="0C4A6E"/>
                    <w:right w:val="single" w:sz="8" w:space="0" w:color="0C4A6E"/>
                  </w:tcBorders>
                </w:tcPr>
                <w:p w14:paraId="510D8E3D" w14:textId="77777777" w:rsidR="00CA4C48" w:rsidRDefault="00CA4C48"/>
              </w:tc>
            </w:tr>
          </w:tbl>
          <w:p w14:paraId="4FE4B6E4" w14:textId="77777777" w:rsidR="00CA4C48" w:rsidRDefault="00CA4C48"/>
        </w:tc>
      </w:tr>
    </w:tbl>
    <w:p w14:paraId="5730AFDC" w14:textId="77777777" w:rsidR="00CC38AF" w:rsidRDefault="00CC38AF"/>
    <w:sectPr w:rsidR="00CC38AF" w:rsidSect="00034616">
      <w:footerReference w:type="default" r:id="rId8"/>
      <w:pgSz w:w="12240" w:h="15840"/>
      <w:pgMar w:top="680" w:right="680" w:bottom="737" w:left="6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20D66" w14:textId="77777777" w:rsidR="00CC38AF" w:rsidRDefault="00CC38AF">
      <w:pPr>
        <w:spacing w:after="0" w:line="240" w:lineRule="auto"/>
      </w:pPr>
      <w:r>
        <w:separator/>
      </w:r>
    </w:p>
  </w:endnote>
  <w:endnote w:type="continuationSeparator" w:id="0">
    <w:p w14:paraId="477D2E21" w14:textId="77777777" w:rsidR="00CC38AF" w:rsidRDefault="00CC3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82994" w14:textId="77777777" w:rsidR="00CA4C48" w:rsidRDefault="00CC38AF">
    <w:pPr>
      <w:pStyle w:val="Pieddepage"/>
      <w:jc w:val="center"/>
    </w:pPr>
    <w:r>
      <w:t>lecoursgratuit.com — Libre d'usage — Fiche Leçon Apprise (REX) — Canvas 1‑Page — 2025-09-18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2D133" w14:textId="77777777" w:rsidR="00CC38AF" w:rsidRDefault="00CC38AF">
      <w:pPr>
        <w:spacing w:after="0" w:line="240" w:lineRule="auto"/>
      </w:pPr>
      <w:r>
        <w:separator/>
      </w:r>
    </w:p>
  </w:footnote>
  <w:footnote w:type="continuationSeparator" w:id="0">
    <w:p w14:paraId="0EB86CB3" w14:textId="77777777" w:rsidR="00CC38AF" w:rsidRDefault="00CC38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5B9D"/>
    <w:rsid w:val="0015074B"/>
    <w:rsid w:val="0029639D"/>
    <w:rsid w:val="00326F90"/>
    <w:rsid w:val="00AA1D8D"/>
    <w:rsid w:val="00B47730"/>
    <w:rsid w:val="00CA4C48"/>
    <w:rsid w:val="00CB0664"/>
    <w:rsid w:val="00CC38A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94987D"/>
  <w14:defaultImageDpi w14:val="300"/>
  <w15:docId w15:val="{F3CFD9B9-8F2D-4916-937F-F12C7A307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2025-09-20T03:39:00Z</dcterms:created>
  <dcterms:modified xsi:type="dcterms:W3CDTF">2025-09-20T03:39:00Z</dcterms:modified>
  <cp:category/>
</cp:coreProperties>
</file>