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510"/>
        <w:gridCol w:w="9071"/>
      </w:tblGrid>
      <w:tr w:rsidR="00D704D2" w14:paraId="289C017F" w14:textId="77777777">
        <w:tc>
          <w:tcPr>
            <w:tcW w:w="510" w:type="dxa"/>
            <w:shd w:val="clear" w:color="auto" w:fill="000000"/>
          </w:tcPr>
          <w:p w14:paraId="5A3082CF" w14:textId="77777777" w:rsidR="00D704D2" w:rsidRDefault="00D704D2"/>
        </w:tc>
        <w:tc>
          <w:tcPr>
            <w:tcW w:w="9071" w:type="dxa"/>
          </w:tcPr>
          <w:p w14:paraId="1217161F" w14:textId="77777777" w:rsidR="00D704D2" w:rsidRDefault="00FD7EEF">
            <w:r>
              <w:rPr>
                <w:b/>
                <w:sz w:val="28"/>
              </w:rPr>
              <w:t>Fiche d’évaluation à froid (J+30) — Modèle avancé</w:t>
            </w:r>
          </w:p>
          <w:p w14:paraId="1AB84B5A" w14:textId="6A6173BF" w:rsidR="00D704D2" w:rsidRDefault="00FD7EEF">
            <w:r>
              <w:rPr>
                <w:i/>
              </w:rPr>
              <w:t xml:space="preserve">À utiliser 30 jours après la formation — </w:t>
            </w:r>
            <w:r w:rsidR="001D05F3">
              <w:rPr>
                <w:i/>
              </w:rPr>
              <w:t xml:space="preserve"> 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57"/>
              <w:gridCol w:w="6172"/>
            </w:tblGrid>
            <w:tr w:rsidR="00D704D2" w14:paraId="4401F679" w14:textId="77777777">
              <w:tc>
                <w:tcPr>
                  <w:tcW w:w="34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B2F75FE" w14:textId="77777777" w:rsidR="00D704D2" w:rsidRDefault="00FD7EEF">
                  <w:r>
                    <w:rPr>
                      <w:b/>
                    </w:rPr>
                    <w:t>Intitulé de la formation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6CE50E3" w14:textId="77777777" w:rsidR="00D704D2" w:rsidRDefault="00FD7EEF">
                  <w:r>
                    <w:t>………………………………………………………………………………………………</w:t>
                  </w:r>
                </w:p>
              </w:tc>
            </w:tr>
            <w:tr w:rsidR="00D704D2" w14:paraId="262BF93A" w14:textId="77777777">
              <w:tc>
                <w:tcPr>
                  <w:tcW w:w="34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A5949EA" w14:textId="77777777" w:rsidR="00D704D2" w:rsidRDefault="00FD7EEF">
                  <w:r>
                    <w:rPr>
                      <w:b/>
                    </w:rPr>
                    <w:t>Date(s) de formation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E755432" w14:textId="77777777" w:rsidR="00D704D2" w:rsidRDefault="00FD7EEF">
                  <w:r>
                    <w:t>……/……/…………  au  ……/……/…………   Durée : …… h</w:t>
                  </w:r>
                </w:p>
              </w:tc>
            </w:tr>
            <w:tr w:rsidR="00D704D2" w14:paraId="2E44E898" w14:textId="77777777">
              <w:tc>
                <w:tcPr>
                  <w:tcW w:w="34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004F1AD" w14:textId="77777777" w:rsidR="00D704D2" w:rsidRDefault="00FD7EEF">
                  <w:r>
                    <w:rPr>
                      <w:b/>
                    </w:rPr>
                    <w:t>Formateur·rice / Organisme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8B837E3" w14:textId="77777777" w:rsidR="00D704D2" w:rsidRDefault="00FD7EEF">
                  <w:r>
                    <w:t>………………………………………………………………………………………………</w:t>
                  </w:r>
                </w:p>
              </w:tc>
            </w:tr>
            <w:tr w:rsidR="00D704D2" w14:paraId="1C46D943" w14:textId="77777777">
              <w:tc>
                <w:tcPr>
                  <w:tcW w:w="34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49BCA7D" w14:textId="77777777" w:rsidR="00D704D2" w:rsidRDefault="00FD7EEF">
                  <w:r>
                    <w:rPr>
                      <w:b/>
                    </w:rPr>
                    <w:t>Participant·e (option anonyme)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7B3EAE4" w14:textId="77777777" w:rsidR="00D704D2" w:rsidRDefault="00FD7EEF">
                  <w:r>
                    <w:t>Nom : ………………………  Fonction : ………………………  Équipe : ………………………</w:t>
                  </w:r>
                </w:p>
              </w:tc>
            </w:tr>
            <w:tr w:rsidR="00D704D2" w14:paraId="15111A11" w14:textId="77777777">
              <w:tc>
                <w:tcPr>
                  <w:tcW w:w="34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509AE2A" w14:textId="77777777" w:rsidR="00D704D2" w:rsidRDefault="00FD7EEF">
                  <w:r>
                    <w:rPr>
                      <w:b/>
                    </w:rPr>
                    <w:t>Manager / Référent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F6B5E65" w14:textId="77777777" w:rsidR="00D704D2" w:rsidRDefault="00FD7EEF">
                  <w:r>
                    <w:t>………………………………………………………………………………………………</w:t>
                  </w:r>
                </w:p>
              </w:tc>
            </w:tr>
          </w:tbl>
          <w:p w14:paraId="4C21BBB1" w14:textId="77777777" w:rsidR="00D704D2" w:rsidRDefault="00D704D2"/>
          <w:p w14:paraId="452A5403" w14:textId="77777777" w:rsidR="00D704D2" w:rsidRDefault="00FD7EEF">
            <w:r>
              <w:rPr>
                <w:b/>
              </w:rPr>
              <w:t>Rappel des objectifs initiaux (fixés en amo</w:t>
            </w:r>
            <w:r>
              <w:rPr>
                <w:b/>
              </w:rPr>
              <w:t>nt)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63"/>
              <w:gridCol w:w="3234"/>
              <w:gridCol w:w="2332"/>
            </w:tblGrid>
            <w:tr w:rsidR="00D704D2" w14:paraId="230D1613" w14:textId="77777777"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3E5C159" w14:textId="77777777" w:rsidR="00D704D2" w:rsidRDefault="00FD7EEF">
                  <w:r>
                    <w:rPr>
                      <w:b/>
                    </w:rPr>
                    <w:t>Objectif</w:t>
                  </w:r>
                </w:p>
              </w:tc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0372709" w14:textId="77777777" w:rsidR="00D704D2" w:rsidRDefault="00FD7EEF">
                  <w:r>
                    <w:rPr>
                      <w:b/>
                    </w:rPr>
                    <w:t>Critère de succès</w:t>
                  </w:r>
                </w:p>
              </w:tc>
              <w:tc>
                <w:tcPr>
                  <w:tcW w:w="1701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EE1447B" w14:textId="77777777" w:rsidR="00D704D2" w:rsidRDefault="00FD7EEF">
                  <w:r>
                    <w:rPr>
                      <w:b/>
                    </w:rPr>
                    <w:t>Priorité (H/M/B)</w:t>
                  </w:r>
                </w:p>
              </w:tc>
            </w:tr>
            <w:tr w:rsidR="00D704D2" w14:paraId="2F8742ED" w14:textId="77777777">
              <w:tc>
                <w:tcPr>
                  <w:tcW w:w="302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814A640" w14:textId="77777777" w:rsidR="00D704D2" w:rsidRDefault="00D704D2"/>
              </w:tc>
              <w:tc>
                <w:tcPr>
                  <w:tcW w:w="302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B3ACCCD" w14:textId="77777777" w:rsidR="00D704D2" w:rsidRDefault="00D704D2"/>
              </w:tc>
              <w:tc>
                <w:tcPr>
                  <w:tcW w:w="302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9CFAF5C" w14:textId="77777777" w:rsidR="00D704D2" w:rsidRDefault="00D704D2"/>
              </w:tc>
            </w:tr>
            <w:tr w:rsidR="00D704D2" w14:paraId="66A07D7F" w14:textId="77777777">
              <w:tc>
                <w:tcPr>
                  <w:tcW w:w="302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31F4427" w14:textId="77777777" w:rsidR="00D704D2" w:rsidRDefault="00D704D2"/>
              </w:tc>
              <w:tc>
                <w:tcPr>
                  <w:tcW w:w="302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1868601" w14:textId="77777777" w:rsidR="00D704D2" w:rsidRDefault="00D704D2"/>
              </w:tc>
              <w:tc>
                <w:tcPr>
                  <w:tcW w:w="302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0CF9553" w14:textId="77777777" w:rsidR="00D704D2" w:rsidRDefault="00D704D2"/>
              </w:tc>
            </w:tr>
            <w:tr w:rsidR="00D704D2" w14:paraId="0EE0469E" w14:textId="77777777">
              <w:tc>
                <w:tcPr>
                  <w:tcW w:w="302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5FB6427" w14:textId="77777777" w:rsidR="00D704D2" w:rsidRDefault="00D704D2"/>
              </w:tc>
              <w:tc>
                <w:tcPr>
                  <w:tcW w:w="302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83DFF0B" w14:textId="77777777" w:rsidR="00D704D2" w:rsidRDefault="00D704D2"/>
              </w:tc>
              <w:tc>
                <w:tcPr>
                  <w:tcW w:w="302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D6DF86D" w14:textId="77777777" w:rsidR="00D704D2" w:rsidRDefault="00D704D2"/>
              </w:tc>
            </w:tr>
          </w:tbl>
          <w:p w14:paraId="4D01C6C8" w14:textId="77777777" w:rsidR="00D704D2" w:rsidRDefault="00D704D2"/>
          <w:p w14:paraId="5833C703" w14:textId="77777777" w:rsidR="00D704D2" w:rsidRDefault="00FD7EEF">
            <w:r>
              <w:rPr>
                <w:b/>
              </w:rPr>
              <w:t>Transfert au poste — niveau d’application depuis J+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41"/>
              <w:gridCol w:w="1600"/>
              <w:gridCol w:w="1288"/>
              <w:gridCol w:w="1260"/>
              <w:gridCol w:w="2240"/>
            </w:tblGrid>
            <w:tr w:rsidR="00D704D2" w14:paraId="5F505229" w14:textId="77777777"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566AE8E" w14:textId="77777777" w:rsidR="00D704D2" w:rsidRDefault="00FD7EEF">
                  <w:r>
                    <w:rPr>
                      <w:b/>
                    </w:rPr>
                    <w:t>Compétence / Pratique clé</w:t>
                  </w:r>
                </w:p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F437013" w14:textId="77777777" w:rsidR="00D704D2" w:rsidRDefault="00FD7EEF">
                  <w:r>
                    <w:rPr>
                      <w:b/>
                    </w:rPr>
                    <w:t>Fréquence d’usage</w:t>
                  </w:r>
                </w:p>
              </w:tc>
              <w:tc>
                <w:tcPr>
                  <w:tcW w:w="198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92F77B9" w14:textId="77777777" w:rsidR="00D704D2" w:rsidRDefault="00FD7EEF">
                  <w:r>
                    <w:rPr>
                      <w:b/>
                    </w:rPr>
                    <w:t>Facilité</w:t>
                  </w:r>
                </w:p>
              </w:tc>
              <w:tc>
                <w:tcPr>
                  <w:tcW w:w="198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D10C07B" w14:textId="77777777" w:rsidR="00D704D2" w:rsidRDefault="00FD7EEF">
                  <w:r>
                    <w:rPr>
                      <w:b/>
                    </w:rPr>
                    <w:t>Impact perçu</w:t>
                  </w:r>
                </w:p>
              </w:tc>
              <w:tc>
                <w:tcPr>
                  <w:tcW w:w="34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6B52B71" w14:textId="77777777" w:rsidR="00D704D2" w:rsidRDefault="00FD7EEF">
                  <w:r>
                    <w:rPr>
                      <w:b/>
                    </w:rPr>
                    <w:t>Commentaires</w:t>
                  </w:r>
                </w:p>
              </w:tc>
            </w:tr>
            <w:tr w:rsidR="00D704D2" w14:paraId="0B08C0B9" w14:textId="77777777"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76CCD02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4017E9A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8628841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711E2D5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437C838" w14:textId="77777777" w:rsidR="00D704D2" w:rsidRDefault="00D704D2"/>
              </w:tc>
            </w:tr>
            <w:tr w:rsidR="00D704D2" w14:paraId="209E457B" w14:textId="77777777"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9D62B68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84C2972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CDECD22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A707F93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8DAE560" w14:textId="77777777" w:rsidR="00D704D2" w:rsidRDefault="00D704D2"/>
              </w:tc>
            </w:tr>
            <w:tr w:rsidR="00D704D2" w14:paraId="39FC5C2D" w14:textId="77777777"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2DC3C99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60DAD46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5BD1B4A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2CCBCF3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37992AB" w14:textId="77777777" w:rsidR="00D704D2" w:rsidRDefault="00D704D2"/>
              </w:tc>
            </w:tr>
            <w:tr w:rsidR="00D704D2" w14:paraId="4B773940" w14:textId="77777777"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168EAB7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1012314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3ABA3BD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AB54B99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822006C" w14:textId="77777777" w:rsidR="00D704D2" w:rsidRDefault="00D704D2"/>
              </w:tc>
            </w:tr>
          </w:tbl>
          <w:p w14:paraId="37DC3C91" w14:textId="77777777" w:rsidR="00D704D2" w:rsidRDefault="00D704D2"/>
          <w:p w14:paraId="170C6B3B" w14:textId="77777777" w:rsidR="00D704D2" w:rsidRDefault="00FD7EEF">
            <w:r>
              <w:t xml:space="preserve">Fréquence : 0=Jamais • 1=Rare • </w:t>
            </w:r>
            <w:r>
              <w:t>2=Occasionnel • 3=Souvent • 4=Quasi‑toujours | Facilité : 1=Très difficile → 5=Très facile | Impact : 1=faible → 5=fort</w:t>
            </w:r>
          </w:p>
          <w:p w14:paraId="527A8721" w14:textId="77777777" w:rsidR="00D704D2" w:rsidRDefault="00FD7EEF">
            <w:r>
              <w:rPr>
                <w:b/>
              </w:rPr>
              <w:t>Impacts &amp; indicateurs (KPI)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88"/>
              <w:gridCol w:w="1223"/>
              <w:gridCol w:w="1255"/>
              <w:gridCol w:w="1468"/>
              <w:gridCol w:w="2495"/>
            </w:tblGrid>
            <w:tr w:rsidR="00D704D2" w14:paraId="637E6C3C" w14:textId="77777777">
              <w:tc>
                <w:tcPr>
                  <w:tcW w:w="3969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19EEEE1" w14:textId="77777777" w:rsidR="00D704D2" w:rsidRDefault="00FD7EEF">
                  <w:r>
                    <w:rPr>
                      <w:b/>
                    </w:rPr>
                    <w:t>Indicateur suivi</w:t>
                  </w:r>
                </w:p>
              </w:tc>
              <w:tc>
                <w:tcPr>
                  <w:tcW w:w="1701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93F0B2D" w14:textId="77777777" w:rsidR="00D704D2" w:rsidRDefault="00FD7EEF">
                  <w:r>
                    <w:rPr>
                      <w:b/>
                    </w:rPr>
                    <w:t>Avant</w:t>
                  </w:r>
                </w:p>
              </w:tc>
              <w:tc>
                <w:tcPr>
                  <w:tcW w:w="1701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29C843B" w14:textId="77777777" w:rsidR="00D704D2" w:rsidRDefault="00FD7EEF">
                  <w:r>
                    <w:rPr>
                      <w:b/>
                    </w:rPr>
                    <w:t xml:space="preserve">Après </w:t>
                  </w:r>
                  <w:r>
                    <w:rPr>
                      <w:b/>
                    </w:rPr>
                    <w:lastRenderedPageBreak/>
                    <w:t>(J+30)</w:t>
                  </w:r>
                </w:p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9899ED4" w14:textId="77777777" w:rsidR="00D704D2" w:rsidRDefault="00FD7EEF">
                  <w:r>
                    <w:rPr>
                      <w:b/>
                    </w:rPr>
                    <w:lastRenderedPageBreak/>
                    <w:t>Source</w:t>
                  </w:r>
                </w:p>
              </w:tc>
              <w:tc>
                <w:tcPr>
                  <w:tcW w:w="3969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F9F0B3A" w14:textId="77777777" w:rsidR="00D704D2" w:rsidRDefault="00FD7EEF">
                  <w:r>
                    <w:rPr>
                      <w:b/>
                    </w:rPr>
                    <w:t>Observation</w:t>
                  </w:r>
                </w:p>
              </w:tc>
            </w:tr>
            <w:tr w:rsidR="00D704D2" w14:paraId="212F92D6" w14:textId="77777777"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40B3489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CEB0D1D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062E4DC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CF27ECD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DF73EC3" w14:textId="77777777" w:rsidR="00D704D2" w:rsidRDefault="00D704D2"/>
              </w:tc>
            </w:tr>
            <w:tr w:rsidR="00D704D2" w14:paraId="0F99C532" w14:textId="77777777"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920E6F9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E49A005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98CB72F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65C57F9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FA7B363" w14:textId="77777777" w:rsidR="00D704D2" w:rsidRDefault="00D704D2"/>
              </w:tc>
            </w:tr>
            <w:tr w:rsidR="00D704D2" w14:paraId="4F59A2ED" w14:textId="77777777"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92EB5C1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FFF757F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64B4E71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20D45ED" w14:textId="77777777" w:rsidR="00D704D2" w:rsidRDefault="00D704D2"/>
              </w:tc>
              <w:tc>
                <w:tcPr>
                  <w:tcW w:w="181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2407F20" w14:textId="77777777" w:rsidR="00D704D2" w:rsidRDefault="00D704D2"/>
              </w:tc>
            </w:tr>
          </w:tbl>
          <w:p w14:paraId="3CCC2FB2" w14:textId="77777777" w:rsidR="00D704D2" w:rsidRDefault="00D704D2"/>
          <w:p w14:paraId="004E9217" w14:textId="77777777" w:rsidR="00D704D2" w:rsidRDefault="00FD7EEF">
            <w:r>
              <w:rPr>
                <w:b/>
              </w:rPr>
              <w:t xml:space="preserve">Obstacles &amp; facteurs </w:t>
            </w:r>
            <w:r>
              <w:rPr>
                <w:b/>
              </w:rPr>
              <w:t>facilitateurs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003"/>
              <w:gridCol w:w="4826"/>
            </w:tblGrid>
            <w:tr w:rsidR="00D704D2" w14:paraId="0A730D70" w14:textId="77777777">
              <w:tc>
                <w:tcPr>
                  <w:tcW w:w="51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1472856" w14:textId="77777777" w:rsidR="00D704D2" w:rsidRDefault="00FD7EEF">
                  <w:r>
                    <w:rPr>
                      <w:b/>
                    </w:rPr>
                    <w:t>Obstacles rencontrés</w:t>
                  </w:r>
                </w:p>
              </w:tc>
              <w:tc>
                <w:tcPr>
                  <w:tcW w:w="6236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1E35CFD" w14:textId="77777777" w:rsidR="00D704D2" w:rsidRDefault="00FD7EEF">
                  <w:r>
                    <w:rPr>
                      <w:b/>
                    </w:rPr>
                    <w:t>Actions proposées / Aides nécessaires</w:t>
                  </w:r>
                </w:p>
              </w:tc>
            </w:tr>
            <w:tr w:rsidR="00D704D2" w14:paraId="7FE5C9EA" w14:textId="77777777"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AD725A7" w14:textId="77777777" w:rsidR="00D704D2" w:rsidRDefault="00D704D2"/>
              </w:tc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ACC6FB2" w14:textId="77777777" w:rsidR="00D704D2" w:rsidRDefault="00D704D2"/>
              </w:tc>
            </w:tr>
            <w:tr w:rsidR="00D704D2" w14:paraId="0AEED8B0" w14:textId="77777777"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D801670" w14:textId="77777777" w:rsidR="00D704D2" w:rsidRDefault="00D704D2"/>
              </w:tc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5E9870E" w14:textId="77777777" w:rsidR="00D704D2" w:rsidRDefault="00D704D2"/>
              </w:tc>
            </w:tr>
            <w:tr w:rsidR="00D704D2" w14:paraId="4268A474" w14:textId="77777777"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7FB9F0C" w14:textId="77777777" w:rsidR="00D704D2" w:rsidRDefault="00D704D2"/>
              </w:tc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B11514C" w14:textId="77777777" w:rsidR="00D704D2" w:rsidRDefault="00D704D2"/>
              </w:tc>
            </w:tr>
          </w:tbl>
          <w:p w14:paraId="4379D9CC" w14:textId="77777777" w:rsidR="00D704D2" w:rsidRDefault="00D704D2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048"/>
              <w:gridCol w:w="4781"/>
            </w:tblGrid>
            <w:tr w:rsidR="00D704D2" w14:paraId="31F86E11" w14:textId="77777777">
              <w:tc>
                <w:tcPr>
                  <w:tcW w:w="51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4A530EA" w14:textId="77777777" w:rsidR="00D704D2" w:rsidRDefault="00FD7EEF">
                  <w:r>
                    <w:rPr>
                      <w:b/>
                    </w:rPr>
                    <w:t>Facteurs facilitateurs identifiés</w:t>
                  </w:r>
                </w:p>
              </w:tc>
              <w:tc>
                <w:tcPr>
                  <w:tcW w:w="6236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05257A0" w14:textId="77777777" w:rsidR="00D704D2" w:rsidRDefault="00FD7EEF">
                  <w:r>
                    <w:rPr>
                      <w:b/>
                    </w:rPr>
                    <w:t>Comment les renforcer ?</w:t>
                  </w:r>
                </w:p>
              </w:tc>
            </w:tr>
            <w:tr w:rsidR="00D704D2" w14:paraId="48B99BFE" w14:textId="77777777"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2A34CF5" w14:textId="77777777" w:rsidR="00D704D2" w:rsidRDefault="00D704D2"/>
              </w:tc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DCC111E" w14:textId="77777777" w:rsidR="00D704D2" w:rsidRDefault="00D704D2"/>
              </w:tc>
            </w:tr>
            <w:tr w:rsidR="00D704D2" w14:paraId="1C988C84" w14:textId="77777777"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3A22EED" w14:textId="77777777" w:rsidR="00D704D2" w:rsidRDefault="00D704D2"/>
              </w:tc>
              <w:tc>
                <w:tcPr>
                  <w:tcW w:w="4535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FEEF0CB" w14:textId="77777777" w:rsidR="00D704D2" w:rsidRDefault="00D704D2"/>
              </w:tc>
            </w:tr>
          </w:tbl>
          <w:p w14:paraId="23536598" w14:textId="77777777" w:rsidR="00D704D2" w:rsidRDefault="00D704D2"/>
          <w:p w14:paraId="516D3030" w14:textId="77777777" w:rsidR="00D704D2" w:rsidRDefault="00FD7EEF">
            <w:r>
              <w:rPr>
                <w:b/>
              </w:rPr>
              <w:t>Plan d’action (J+30 → J+60)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36"/>
              <w:gridCol w:w="1930"/>
              <w:gridCol w:w="1781"/>
              <w:gridCol w:w="1882"/>
            </w:tblGrid>
            <w:tr w:rsidR="00D704D2" w14:paraId="4877CF2E" w14:textId="77777777">
              <w:tc>
                <w:tcPr>
                  <w:tcW w:w="51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4DE9593" w14:textId="77777777" w:rsidR="00D704D2" w:rsidRDefault="00FD7EEF">
                  <w:r>
                    <w:rPr>
                      <w:b/>
                    </w:rPr>
                    <w:t>Action</w:t>
                  </w:r>
                </w:p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A1D1712" w14:textId="77777777" w:rsidR="00D704D2" w:rsidRDefault="00FD7EEF">
                  <w:r>
                    <w:rPr>
                      <w:b/>
                    </w:rPr>
                    <w:t>Responsable</w:t>
                  </w:r>
                </w:p>
              </w:tc>
              <w:tc>
                <w:tcPr>
                  <w:tcW w:w="198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90AF23E" w14:textId="77777777" w:rsidR="00D704D2" w:rsidRDefault="00FD7EEF">
                  <w:r>
                    <w:rPr>
                      <w:b/>
                    </w:rPr>
                    <w:t>Échéance</w:t>
                  </w:r>
                </w:p>
              </w:tc>
              <w:tc>
                <w:tcPr>
                  <w:tcW w:w="2551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3FC1329" w14:textId="77777777" w:rsidR="00D704D2" w:rsidRDefault="00FD7EEF">
                  <w:r>
                    <w:rPr>
                      <w:b/>
                    </w:rPr>
                    <w:t>Critère de réussite</w:t>
                  </w:r>
                </w:p>
              </w:tc>
            </w:tr>
            <w:tr w:rsidR="00D704D2" w14:paraId="429D0937" w14:textId="77777777"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753F5E6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B0D3865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5394B3E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208471D" w14:textId="77777777" w:rsidR="00D704D2" w:rsidRDefault="00D704D2"/>
              </w:tc>
            </w:tr>
            <w:tr w:rsidR="00D704D2" w14:paraId="1FC32978" w14:textId="77777777"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D774931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43F97D9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6B11868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3020694" w14:textId="77777777" w:rsidR="00D704D2" w:rsidRDefault="00D704D2"/>
              </w:tc>
            </w:tr>
            <w:tr w:rsidR="00D704D2" w14:paraId="1A1612A9" w14:textId="77777777"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D1AA1EF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1C3104A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3549EC7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05C2576" w14:textId="77777777" w:rsidR="00D704D2" w:rsidRDefault="00D704D2"/>
              </w:tc>
            </w:tr>
          </w:tbl>
          <w:p w14:paraId="5BD69B5C" w14:textId="77777777" w:rsidR="00D704D2" w:rsidRDefault="00D704D2"/>
          <w:p w14:paraId="5312FA94" w14:textId="77777777" w:rsidR="00D704D2" w:rsidRDefault="00FD7EEF">
            <w:r>
              <w:rPr>
                <w:b/>
              </w:rPr>
              <w:t>Feedback global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25"/>
              <w:gridCol w:w="4849"/>
              <w:gridCol w:w="1179"/>
              <w:gridCol w:w="1876"/>
            </w:tblGrid>
            <w:tr w:rsidR="00D704D2" w14:paraId="40B35385" w14:textId="77777777">
              <w:tc>
                <w:tcPr>
                  <w:tcW w:w="1984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A23D7A9" w14:textId="77777777" w:rsidR="00D704D2" w:rsidRDefault="00FD7EEF">
                  <w:r>
                    <w:rPr>
                      <w:b/>
                    </w:rPr>
                    <w:t>NPS (0 à 10)</w:t>
                  </w:r>
                </w:p>
              </w:tc>
              <w:tc>
                <w:tcPr>
                  <w:tcW w:w="425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C152457" w14:textId="77777777" w:rsidR="00D704D2" w:rsidRDefault="00FD7EEF">
                  <w:r>
                    <w:rPr>
                      <w:b/>
                    </w:rPr>
                    <w:t>Recommanderiez‑vous cette formation ?</w:t>
                  </w:r>
                </w:p>
              </w:tc>
              <w:tc>
                <w:tcPr>
                  <w:tcW w:w="2551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0220156B" w14:textId="77777777" w:rsidR="00D704D2" w:rsidRDefault="00FD7EEF">
                  <w:r>
                    <w:rPr>
                      <w:b/>
                    </w:rPr>
                    <w:t>Points forts</w:t>
                  </w:r>
                </w:p>
              </w:tc>
              <w:tc>
                <w:tcPr>
                  <w:tcW w:w="2551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3E26E6F" w14:textId="77777777" w:rsidR="00D704D2" w:rsidRDefault="00FD7EEF">
                  <w:r>
                    <w:rPr>
                      <w:b/>
                    </w:rPr>
                    <w:t>Axes d’amélioration</w:t>
                  </w:r>
                </w:p>
              </w:tc>
            </w:tr>
            <w:tr w:rsidR="00D704D2" w14:paraId="15669F2E" w14:textId="77777777"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A97F2D4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24B7CDD" w14:textId="77777777" w:rsidR="00D704D2" w:rsidRDefault="00FD7EEF">
                  <w:r>
                    <w:t>☐</w:t>
                  </w:r>
                  <w:r>
                    <w:t xml:space="preserve"> Oui   ☐ Non   (Pourquoi ?) …………………………………………………………………………</w:t>
                  </w:r>
                </w:p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5021FEC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D8F8177" w14:textId="77777777" w:rsidR="00D704D2" w:rsidRDefault="00D704D2"/>
              </w:tc>
            </w:tr>
          </w:tbl>
          <w:p w14:paraId="1CF55F3C" w14:textId="77777777" w:rsidR="00D704D2" w:rsidRDefault="00D704D2"/>
          <w:p w14:paraId="0C534B21" w14:textId="77777777" w:rsidR="00D704D2" w:rsidRDefault="00FD7EEF">
            <w:r>
              <w:rPr>
                <w:b/>
              </w:rPr>
              <w:lastRenderedPageBreak/>
              <w:t>Validation manager (ou pair review)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69"/>
              <w:gridCol w:w="1959"/>
              <w:gridCol w:w="3504"/>
              <w:gridCol w:w="1697"/>
            </w:tblGrid>
            <w:tr w:rsidR="00D704D2" w14:paraId="4CBD4C0E" w14:textId="77777777"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7275EBA8" w14:textId="77777777" w:rsidR="00D704D2" w:rsidRDefault="00FD7EEF">
                  <w:r>
                    <w:rPr>
                      <w:b/>
                    </w:rPr>
                    <w:t>Revue effectuée le</w:t>
                  </w:r>
                </w:p>
              </w:tc>
              <w:tc>
                <w:tcPr>
                  <w:tcW w:w="3402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30DE6E7D" w14:textId="77777777" w:rsidR="00D704D2" w:rsidRDefault="00FD7EEF">
                  <w:r>
                    <w:rPr>
                      <w:b/>
                    </w:rPr>
                    <w:t>Nom &amp; rôle</w:t>
                  </w:r>
                </w:p>
              </w:tc>
              <w:tc>
                <w:tcPr>
                  <w:tcW w:w="5669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60417EF6" w14:textId="77777777" w:rsidR="00D704D2" w:rsidRDefault="00FD7EEF">
                  <w:r>
                    <w:rPr>
                      <w:b/>
                    </w:rPr>
                    <w:t xml:space="preserve">Commentaire </w:t>
                  </w:r>
                  <w:r>
                    <w:rPr>
                      <w:b/>
                    </w:rPr>
                    <w:t>synthèse</w:t>
                  </w:r>
                </w:p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4BB07D22" w14:textId="77777777" w:rsidR="00D704D2" w:rsidRDefault="00FD7EEF">
                  <w:r>
                    <w:rPr>
                      <w:b/>
                    </w:rPr>
                    <w:t>Signature</w:t>
                  </w:r>
                </w:p>
              </w:tc>
            </w:tr>
            <w:tr w:rsidR="00D704D2" w14:paraId="433E9244" w14:textId="77777777"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151B9299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DD3C56E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204A029A" w14:textId="77777777" w:rsidR="00D704D2" w:rsidRDefault="00D704D2"/>
              </w:tc>
              <w:tc>
                <w:tcPr>
                  <w:tcW w:w="2268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252882A" w14:textId="77777777" w:rsidR="00D704D2" w:rsidRDefault="00D704D2"/>
              </w:tc>
            </w:tr>
          </w:tbl>
          <w:p w14:paraId="527E20D4" w14:textId="77777777" w:rsidR="00D704D2" w:rsidRDefault="00D704D2"/>
          <w:p w14:paraId="4BBE54F5" w14:textId="77777777" w:rsidR="00D704D2" w:rsidRDefault="00FD7EEF">
            <w:r>
              <w:rPr>
                <w:b/>
              </w:rPr>
              <w:t>Consentement &amp; RGPD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829"/>
            </w:tblGrid>
            <w:tr w:rsidR="00D704D2" w14:paraId="02249B93" w14:textId="77777777">
              <w:tc>
                <w:tcPr>
                  <w:tcW w:w="11339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FCE2314" w14:textId="77777777" w:rsidR="00D704D2" w:rsidRDefault="00FD7EEF">
                  <w:r>
                    <w:rPr>
                      <w:b/>
                    </w:rPr>
                    <w:t>Consentement &amp; confidentialité</w:t>
                  </w:r>
                </w:p>
              </w:tc>
            </w:tr>
            <w:tr w:rsidR="00D704D2" w14:paraId="7627EA58" w14:textId="77777777">
              <w:tc>
                <w:tcPr>
                  <w:tcW w:w="9071" w:type="dxa"/>
                  <w:tcBorders>
                    <w:top w:val="single" w:sz="10" w:space="0" w:color="000000"/>
                    <w:left w:val="single" w:sz="10" w:space="0" w:color="000000"/>
                    <w:bottom w:val="single" w:sz="10" w:space="0" w:color="000000"/>
                    <w:right w:val="single" w:sz="10" w:space="0" w:color="000000"/>
                  </w:tcBorders>
                </w:tcPr>
                <w:p w14:paraId="5170F9B1" w14:textId="77777777" w:rsidR="00D704D2" w:rsidRDefault="00FD7EEF">
                  <w:r>
                    <w:t>☐</w:t>
                  </w:r>
                  <w:r>
                    <w:t xml:space="preserve"> J’accepte que ces données soient utilisées pour l’évaluation de la formation et l’amélioration continue. Les réponses peuvent être anonymisées et partagées sous forme </w:t>
                  </w:r>
                  <w:r>
                    <w:t>agrégée. Droit d’accès/suppression : contacter RH/Formation.</w:t>
                  </w:r>
                </w:p>
              </w:tc>
            </w:tr>
          </w:tbl>
          <w:p w14:paraId="74562A27" w14:textId="77777777" w:rsidR="00D704D2" w:rsidRDefault="00D704D2"/>
        </w:tc>
      </w:tr>
    </w:tbl>
    <w:p w14:paraId="03F22B33" w14:textId="77777777" w:rsidR="00FD7EEF" w:rsidRDefault="00FD7EEF"/>
    <w:sectPr w:rsidR="00FD7EEF" w:rsidSect="00034616">
      <w:footerReference w:type="default" r:id="rId8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6E0E2" w14:textId="77777777" w:rsidR="00FD7EEF" w:rsidRDefault="00FD7EEF">
      <w:pPr>
        <w:spacing w:after="0" w:line="240" w:lineRule="auto"/>
      </w:pPr>
      <w:r>
        <w:separator/>
      </w:r>
    </w:p>
  </w:endnote>
  <w:endnote w:type="continuationSeparator" w:id="0">
    <w:p w14:paraId="61B0CFF8" w14:textId="77777777" w:rsidR="00FD7EEF" w:rsidRDefault="00FD7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01431" w14:textId="77777777" w:rsidR="00D704D2" w:rsidRDefault="00FD7EEF">
    <w:pPr>
      <w:pStyle w:val="Pieddepage"/>
      <w:jc w:val="center"/>
    </w:pPr>
    <w:r>
      <w:t>Libre usage — lecoursgratuit.com — Fiche Évaluation à froid J+30 — Modèle A4 — Libre de reproduction et de partage (non commercial)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66C96" w14:textId="77777777" w:rsidR="00FD7EEF" w:rsidRDefault="00FD7EEF">
      <w:pPr>
        <w:spacing w:after="0" w:line="240" w:lineRule="auto"/>
      </w:pPr>
      <w:r>
        <w:separator/>
      </w:r>
    </w:p>
  </w:footnote>
  <w:footnote w:type="continuationSeparator" w:id="0">
    <w:p w14:paraId="63F7604A" w14:textId="77777777" w:rsidR="00FD7EEF" w:rsidRDefault="00FD7E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D05F3"/>
    <w:rsid w:val="0029639D"/>
    <w:rsid w:val="00326F90"/>
    <w:rsid w:val="00592AC0"/>
    <w:rsid w:val="00AA1D8D"/>
    <w:rsid w:val="00B47730"/>
    <w:rsid w:val="00CB0664"/>
    <w:rsid w:val="00D704D2"/>
    <w:rsid w:val="00FC693F"/>
    <w:rsid w:val="00FD7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C88032"/>
  <w14:defaultImageDpi w14:val="300"/>
  <w15:docId w15:val="{115AE35D-09F3-48DE-9A62-5FE8252F2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272</Words>
  <Characters>1497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2025-09-22T04:30:00Z</dcterms:created>
  <dcterms:modified xsi:type="dcterms:W3CDTF">2025-09-22T04:30:00Z</dcterms:modified>
  <cp:category/>
</cp:coreProperties>
</file>