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9071"/>
        <w:gridCol w:w="510"/>
      </w:tblGrid>
      <w:tr w:rsidR="00842602" w14:paraId="1672AEBA" w14:textId="77777777">
        <w:tc>
          <w:tcPr>
            <w:tcW w:w="9071" w:type="dxa"/>
          </w:tcPr>
          <w:p w14:paraId="767A3068" w14:textId="77777777" w:rsidR="00842602" w:rsidRDefault="004B1369">
            <w:r>
              <w:rPr>
                <w:b/>
                <w:color w:val="0C4A6E"/>
                <w:sz w:val="28"/>
              </w:rPr>
              <w:t xml:space="preserve">Fiche </w:t>
            </w:r>
            <w:proofErr w:type="spellStart"/>
            <w:r>
              <w:rPr>
                <w:b/>
                <w:color w:val="0C4A6E"/>
                <w:sz w:val="28"/>
              </w:rPr>
              <w:t>d’émargement</w:t>
            </w:r>
            <w:proofErr w:type="spellEnd"/>
            <w:r>
              <w:rPr>
                <w:b/>
                <w:color w:val="0C4A6E"/>
                <w:sz w:val="28"/>
              </w:rPr>
              <w:t xml:space="preserve"> + Micro‑feedback</w:t>
            </w:r>
          </w:p>
          <w:p w14:paraId="48A0077B" w14:textId="3E67AF25" w:rsidR="00842602" w:rsidRDefault="00BF2F00">
            <w:r>
              <w:rPr>
                <w:i/>
              </w:rPr>
              <w:t xml:space="preserve"> </w:t>
            </w:r>
            <w:r w:rsidR="004B1369">
              <w:rPr>
                <w:i/>
              </w:rPr>
              <w:t xml:space="preserve"> Conception droite colorée (turquoise)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275"/>
              <w:gridCol w:w="5554"/>
            </w:tblGrid>
            <w:tr w:rsidR="00842602" w14:paraId="34EAE778" w14:textId="77777777">
              <w:tc>
                <w:tcPr>
                  <w:tcW w:w="340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E6F7F7"/>
                </w:tcPr>
                <w:p w14:paraId="3E4BE3B5" w14:textId="77777777" w:rsidR="00842602" w:rsidRDefault="004B1369">
                  <w:r>
                    <w:rPr>
                      <w:b/>
                    </w:rPr>
                    <w:t>Organisme de formation</w:t>
                  </w:r>
                </w:p>
              </w:tc>
              <w:tc>
                <w:tcPr>
                  <w:tcW w:w="5669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06B716C" w14:textId="77777777" w:rsidR="00842602" w:rsidRDefault="004B1369">
                  <w:r>
                    <w:t>………………………………………………………………</w:t>
                  </w:r>
                </w:p>
              </w:tc>
            </w:tr>
            <w:tr w:rsidR="00842602" w14:paraId="1BFAE000" w14:textId="77777777">
              <w:tc>
                <w:tcPr>
                  <w:tcW w:w="340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E6F7F7"/>
                </w:tcPr>
                <w:p w14:paraId="32BEB904" w14:textId="77777777" w:rsidR="00842602" w:rsidRDefault="004B1369">
                  <w:r>
                    <w:rPr>
                      <w:b/>
                    </w:rPr>
                    <w:t>Intitulé de la session</w:t>
                  </w:r>
                </w:p>
              </w:tc>
              <w:tc>
                <w:tcPr>
                  <w:tcW w:w="5669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59CCAC4D" w14:textId="77777777" w:rsidR="00842602" w:rsidRDefault="004B1369">
                  <w:r>
                    <w:t>………………………………………………………………</w:t>
                  </w:r>
                </w:p>
              </w:tc>
            </w:tr>
            <w:tr w:rsidR="00842602" w14:paraId="2A79AE3A" w14:textId="77777777">
              <w:tc>
                <w:tcPr>
                  <w:tcW w:w="340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E6F7F7"/>
                </w:tcPr>
                <w:p w14:paraId="02702FE1" w14:textId="77777777" w:rsidR="00842602" w:rsidRDefault="004B1369"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w="5669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24E96FFB" w14:textId="77777777" w:rsidR="00842602" w:rsidRDefault="004B1369">
                  <w:r>
                    <w:t xml:space="preserve">……/……/…………    Matin : ……h……–……h……  /  </w:t>
                  </w:r>
                  <w:r>
                    <w:t>Après‑midi : ……h……–……h……</w:t>
                  </w:r>
                </w:p>
              </w:tc>
            </w:tr>
            <w:tr w:rsidR="00842602" w14:paraId="122D9EED" w14:textId="77777777">
              <w:tc>
                <w:tcPr>
                  <w:tcW w:w="340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E6F7F7"/>
                </w:tcPr>
                <w:p w14:paraId="191DC0D6" w14:textId="77777777" w:rsidR="00842602" w:rsidRDefault="004B1369">
                  <w:r>
                    <w:rPr>
                      <w:b/>
                    </w:rPr>
                    <w:t>Formateur·rice</w:t>
                  </w:r>
                </w:p>
              </w:tc>
              <w:tc>
                <w:tcPr>
                  <w:tcW w:w="5669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257B9C73" w14:textId="77777777" w:rsidR="00842602" w:rsidRDefault="004B1369">
                  <w:r>
                    <w:t>………………………………………………………………</w:t>
                  </w:r>
                </w:p>
              </w:tc>
            </w:tr>
            <w:tr w:rsidR="00842602" w14:paraId="768A65F4" w14:textId="77777777">
              <w:tc>
                <w:tcPr>
                  <w:tcW w:w="340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E6F7F7"/>
                </w:tcPr>
                <w:p w14:paraId="7B36B7F2" w14:textId="77777777" w:rsidR="00842602" w:rsidRDefault="004B1369">
                  <w:r>
                    <w:rPr>
                      <w:b/>
                    </w:rPr>
                    <w:t>Lieu</w:t>
                  </w:r>
                </w:p>
              </w:tc>
              <w:tc>
                <w:tcPr>
                  <w:tcW w:w="5669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7D3BB48C" w14:textId="77777777" w:rsidR="00842602" w:rsidRDefault="004B1369">
                  <w:r>
                    <w:t>………………………………………………………………</w:t>
                  </w:r>
                </w:p>
              </w:tc>
            </w:tr>
          </w:tbl>
          <w:p w14:paraId="36762EAA" w14:textId="77777777" w:rsidR="00842602" w:rsidRDefault="00842602"/>
          <w:p w14:paraId="6EE8EE52" w14:textId="77777777" w:rsidR="00842602" w:rsidRDefault="004B1369">
            <w:r>
              <w:rPr>
                <w:b/>
              </w:rPr>
              <w:t>Participants — signatures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684"/>
              <w:gridCol w:w="1533"/>
              <w:gridCol w:w="2291"/>
              <w:gridCol w:w="1363"/>
              <w:gridCol w:w="1363"/>
              <w:gridCol w:w="1595"/>
            </w:tblGrid>
            <w:tr w:rsidR="00842602" w14:paraId="64347EE9" w14:textId="77777777">
              <w:tc>
                <w:tcPr>
                  <w:tcW w:w="567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0C4A6E"/>
                </w:tcPr>
                <w:p w14:paraId="790BB353" w14:textId="77777777" w:rsidR="00842602" w:rsidRDefault="004B1369">
                  <w:r>
                    <w:rPr>
                      <w:b/>
                      <w:color w:val="FFFFFF"/>
                    </w:rPr>
                    <w:t>#</w:t>
                  </w:r>
                </w:p>
              </w:tc>
              <w:tc>
                <w:tcPr>
                  <w:tcW w:w="340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0C4A6E"/>
                </w:tcPr>
                <w:p w14:paraId="50EB7AF3" w14:textId="77777777" w:rsidR="00842602" w:rsidRDefault="004B1369">
                  <w:r>
                    <w:rPr>
                      <w:b/>
                      <w:color w:val="FFFFFF"/>
                    </w:rPr>
                    <w:t>Nom &amp; Prénom</w:t>
                  </w:r>
                </w:p>
              </w:tc>
              <w:tc>
                <w:tcPr>
                  <w:tcW w:w="2835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0C4A6E"/>
                </w:tcPr>
                <w:p w14:paraId="74D8A998" w14:textId="77777777" w:rsidR="00842602" w:rsidRDefault="004B1369">
                  <w:r>
                    <w:rPr>
                      <w:b/>
                      <w:color w:val="FFFFFF"/>
                    </w:rPr>
                    <w:t>Entreprise/Service</w:t>
                  </w:r>
                </w:p>
              </w:tc>
              <w:tc>
                <w:tcPr>
                  <w:tcW w:w="1984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0C4A6E"/>
                </w:tcPr>
                <w:p w14:paraId="36EF2CF2" w14:textId="77777777" w:rsidR="00842602" w:rsidRDefault="004B1369">
                  <w:r>
                    <w:rPr>
                      <w:b/>
                      <w:color w:val="FFFFFF"/>
                    </w:rPr>
                    <w:t>Signature AM</w:t>
                  </w:r>
                </w:p>
              </w:tc>
              <w:tc>
                <w:tcPr>
                  <w:tcW w:w="1984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0C4A6E"/>
                </w:tcPr>
                <w:p w14:paraId="109C1C27" w14:textId="77777777" w:rsidR="00842602" w:rsidRDefault="004B1369">
                  <w:r>
                    <w:rPr>
                      <w:b/>
                      <w:color w:val="FFFFFF"/>
                    </w:rPr>
                    <w:t>Signature PM</w:t>
                  </w:r>
                </w:p>
              </w:tc>
              <w:tc>
                <w:tcPr>
                  <w:tcW w:w="1814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0C4A6E"/>
                </w:tcPr>
                <w:p w14:paraId="4FF0CEA5" w14:textId="77777777" w:rsidR="00842602" w:rsidRDefault="004B1369">
                  <w:r>
                    <w:rPr>
                      <w:b/>
                      <w:color w:val="FFFFFF"/>
                    </w:rPr>
                    <w:t>Code anti‑doublon</w:t>
                  </w:r>
                </w:p>
              </w:tc>
            </w:tr>
            <w:tr w:rsidR="00842602" w14:paraId="18970B90" w14:textId="77777777"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4CF58ADC" w14:textId="77777777" w:rsidR="00842602" w:rsidRDefault="004B1369">
                  <w:r>
                    <w:t>1</w:t>
                  </w:r>
                </w:p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2DCE813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FBFE5AF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2FDB610A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E268DC9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781A00A1" w14:textId="77777777" w:rsidR="00842602" w:rsidRDefault="004B1369">
                  <w:r>
                    <w:t>— — —</w:t>
                  </w:r>
                </w:p>
              </w:tc>
            </w:tr>
            <w:tr w:rsidR="00842602" w14:paraId="5B49928B" w14:textId="77777777"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75A35C84" w14:textId="77777777" w:rsidR="00842602" w:rsidRDefault="004B1369">
                  <w:r>
                    <w:t>2</w:t>
                  </w:r>
                </w:p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17211F8E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CC437C4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3E9C4859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C9058C6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18AA60A0" w14:textId="77777777" w:rsidR="00842602" w:rsidRDefault="004B1369">
                  <w:r>
                    <w:t>— — —</w:t>
                  </w:r>
                </w:p>
              </w:tc>
            </w:tr>
            <w:tr w:rsidR="00842602" w14:paraId="5AB5E5F6" w14:textId="77777777"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3087D615" w14:textId="77777777" w:rsidR="00842602" w:rsidRDefault="004B1369">
                  <w:r>
                    <w:t>3</w:t>
                  </w:r>
                </w:p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62CB992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5CD7FCFD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51165C7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77A6466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5D6A867A" w14:textId="77777777" w:rsidR="00842602" w:rsidRDefault="004B1369">
                  <w:r>
                    <w:t>— — —</w:t>
                  </w:r>
                </w:p>
              </w:tc>
            </w:tr>
            <w:tr w:rsidR="00842602" w14:paraId="5E687864" w14:textId="77777777"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F4400F0" w14:textId="77777777" w:rsidR="00842602" w:rsidRDefault="004B1369">
                  <w:r>
                    <w:t>4</w:t>
                  </w:r>
                </w:p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3EE4A040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3E47F67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4FF88F8C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DA7D4BD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7A991931" w14:textId="77777777" w:rsidR="00842602" w:rsidRDefault="004B1369">
                  <w:r>
                    <w:t>— — —</w:t>
                  </w:r>
                </w:p>
              </w:tc>
            </w:tr>
            <w:tr w:rsidR="00842602" w14:paraId="0807D9F5" w14:textId="77777777"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8DF7D73" w14:textId="77777777" w:rsidR="00842602" w:rsidRDefault="004B1369">
                  <w:r>
                    <w:t>5</w:t>
                  </w:r>
                </w:p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0DC9EE9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AC92D56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2DCE3CD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4F1C2C14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6D3D7BB" w14:textId="77777777" w:rsidR="00842602" w:rsidRDefault="004B1369">
                  <w:r>
                    <w:t>— — —</w:t>
                  </w:r>
                </w:p>
              </w:tc>
            </w:tr>
            <w:tr w:rsidR="00842602" w14:paraId="2528FD55" w14:textId="77777777"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3041483F" w14:textId="77777777" w:rsidR="00842602" w:rsidRDefault="004B1369">
                  <w:r>
                    <w:t>6</w:t>
                  </w:r>
                </w:p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537D7439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EE098A9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594D38BA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2860D4B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BB8A1ED" w14:textId="77777777" w:rsidR="00842602" w:rsidRDefault="004B1369">
                  <w:r>
                    <w:t>— — —</w:t>
                  </w:r>
                </w:p>
              </w:tc>
            </w:tr>
            <w:tr w:rsidR="00842602" w14:paraId="1738BE93" w14:textId="77777777"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308B7694" w14:textId="77777777" w:rsidR="00842602" w:rsidRDefault="004B1369">
                  <w:r>
                    <w:t>7</w:t>
                  </w:r>
                </w:p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7150D74A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456035AF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16F84189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4CF6D8C5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34E6D9A7" w14:textId="77777777" w:rsidR="00842602" w:rsidRDefault="004B1369">
                  <w:r>
                    <w:t>— — —</w:t>
                  </w:r>
                </w:p>
              </w:tc>
            </w:tr>
            <w:tr w:rsidR="00842602" w14:paraId="5C449981" w14:textId="77777777"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76F3DE3F" w14:textId="77777777" w:rsidR="00842602" w:rsidRDefault="004B1369">
                  <w:r>
                    <w:t>8</w:t>
                  </w:r>
                </w:p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4A216B8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594E3FD3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29F35739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7765E9D0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1BC7D50A" w14:textId="77777777" w:rsidR="00842602" w:rsidRDefault="004B1369">
                  <w:r>
                    <w:t>— — —</w:t>
                  </w:r>
                </w:p>
              </w:tc>
            </w:tr>
            <w:tr w:rsidR="00842602" w14:paraId="3BAD9A2B" w14:textId="77777777"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4EC1BE88" w14:textId="77777777" w:rsidR="00842602" w:rsidRDefault="004B1369">
                  <w:r>
                    <w:t>9</w:t>
                  </w:r>
                </w:p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79B74AFC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7C48EC0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1AA51021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49687431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473E4A1A" w14:textId="77777777" w:rsidR="00842602" w:rsidRDefault="004B1369">
                  <w:r>
                    <w:t>— — —</w:t>
                  </w:r>
                </w:p>
              </w:tc>
            </w:tr>
            <w:tr w:rsidR="00842602" w14:paraId="4EA2C3B3" w14:textId="77777777"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E002B7B" w14:textId="77777777" w:rsidR="00842602" w:rsidRDefault="004B1369">
                  <w:r>
                    <w:t>10</w:t>
                  </w:r>
                </w:p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3790C894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486BA6C3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4E96E3D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A370D79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5D0CC9B3" w14:textId="77777777" w:rsidR="00842602" w:rsidRDefault="004B1369">
                  <w:r>
                    <w:t>— — —</w:t>
                  </w:r>
                </w:p>
              </w:tc>
            </w:tr>
            <w:tr w:rsidR="00842602" w14:paraId="47BF0A51" w14:textId="77777777"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553A848A" w14:textId="77777777" w:rsidR="00842602" w:rsidRDefault="004B1369">
                  <w:r>
                    <w:t>11</w:t>
                  </w:r>
                </w:p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40FB8C28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D3CB533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D0010C2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368FDB43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47DB6BB0" w14:textId="77777777" w:rsidR="00842602" w:rsidRDefault="004B1369">
                  <w:r>
                    <w:t>— — —</w:t>
                  </w:r>
                </w:p>
              </w:tc>
            </w:tr>
            <w:tr w:rsidR="00842602" w14:paraId="643D90C6" w14:textId="77777777"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6FB94EE" w14:textId="77777777" w:rsidR="00842602" w:rsidRDefault="004B1369">
                  <w:r>
                    <w:t>12</w:t>
                  </w:r>
                </w:p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7C8D1738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4BC0B85A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3B6D3C06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8A47829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8A2AFC3" w14:textId="77777777" w:rsidR="00842602" w:rsidRDefault="004B1369">
                  <w:r>
                    <w:t>— — —</w:t>
                  </w:r>
                </w:p>
              </w:tc>
            </w:tr>
            <w:tr w:rsidR="00842602" w14:paraId="000A0123" w14:textId="77777777"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28E7D9F7" w14:textId="77777777" w:rsidR="00842602" w:rsidRDefault="004B1369">
                  <w:r>
                    <w:t>13</w:t>
                  </w:r>
                </w:p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1A1B0FF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130FFF6E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7C6DBCD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52EB3431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243E2B25" w14:textId="77777777" w:rsidR="00842602" w:rsidRDefault="004B1369">
                  <w:r>
                    <w:t>— — —</w:t>
                  </w:r>
                </w:p>
              </w:tc>
            </w:tr>
            <w:tr w:rsidR="00842602" w14:paraId="03DB7DC7" w14:textId="77777777"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1ADA5543" w14:textId="77777777" w:rsidR="00842602" w:rsidRDefault="004B1369">
                  <w:r>
                    <w:t>14</w:t>
                  </w:r>
                </w:p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4505B200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68A7622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8E29873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77FF19B0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108971B2" w14:textId="77777777" w:rsidR="00842602" w:rsidRDefault="004B1369">
                  <w:r>
                    <w:t>— — —</w:t>
                  </w:r>
                </w:p>
              </w:tc>
            </w:tr>
            <w:tr w:rsidR="00842602" w14:paraId="4F36324A" w14:textId="77777777"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1674F30B" w14:textId="77777777" w:rsidR="00842602" w:rsidRDefault="004B1369">
                  <w:r>
                    <w:t>15</w:t>
                  </w:r>
                </w:p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1F9CA5DE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57940A51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55CA901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2ECC7490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74A0930C" w14:textId="77777777" w:rsidR="00842602" w:rsidRDefault="004B1369">
                  <w:r>
                    <w:t>— — —</w:t>
                  </w:r>
                </w:p>
              </w:tc>
            </w:tr>
            <w:tr w:rsidR="00842602" w14:paraId="11E679BA" w14:textId="77777777"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D340F55" w14:textId="77777777" w:rsidR="00842602" w:rsidRDefault="004B1369">
                  <w:r>
                    <w:lastRenderedPageBreak/>
                    <w:t>16</w:t>
                  </w:r>
                </w:p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013D108A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1EB03DE6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A436A22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374B8DEE" w14:textId="77777777" w:rsidR="00842602" w:rsidRDefault="00842602"/>
              </w:tc>
              <w:tc>
                <w:tcPr>
                  <w:tcW w:w="151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890B116" w14:textId="77777777" w:rsidR="00842602" w:rsidRDefault="004B1369">
                  <w:r>
                    <w:t>— — —</w:t>
                  </w:r>
                </w:p>
              </w:tc>
            </w:tr>
          </w:tbl>
          <w:p w14:paraId="51D89B27" w14:textId="77777777" w:rsidR="00842602" w:rsidRDefault="00842602"/>
          <w:p w14:paraId="7DC5050D" w14:textId="77777777" w:rsidR="00842602" w:rsidRDefault="004B1369">
            <w:r>
              <w:rPr>
                <w:b/>
              </w:rPr>
              <w:t>Micro‑feedback express (30 sec)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829"/>
            </w:tblGrid>
            <w:tr w:rsidR="00842602" w14:paraId="1499278B" w14:textId="77777777">
              <w:tc>
                <w:tcPr>
                  <w:tcW w:w="12586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E6F7F7"/>
                </w:tcPr>
                <w:p w14:paraId="0A5FB46B" w14:textId="77777777" w:rsidR="00842602" w:rsidRDefault="004B1369">
                  <w:r>
                    <w:rPr>
                      <w:b/>
                      <w:color w:val="000000"/>
                    </w:rPr>
                    <w:t xml:space="preserve">NPS — Recommanderiez‑vous cette formation ? 0 1 2 3 4 5 6 </w:t>
                  </w:r>
                  <w:r>
                    <w:rPr>
                      <w:b/>
                      <w:color w:val="000000"/>
                    </w:rPr>
                    <w:t>7 8 9 10</w:t>
                  </w:r>
                </w:p>
              </w:tc>
            </w:tr>
            <w:tr w:rsidR="00842602" w14:paraId="48BF5D42" w14:textId="77777777">
              <w:tc>
                <w:tcPr>
                  <w:tcW w:w="9071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528EBB96" w14:textId="77777777" w:rsidR="00842602" w:rsidRDefault="004B1369">
                  <w:r>
                    <w:t>Cochez : 0 ☐ 1 ☐ 2 ☐ 3 ☐ 4 ☐ 5 ☐ 6 ☐ 7 ☐ 8 ☐ 9 ☐ 10 ☐</w:t>
                  </w:r>
                </w:p>
              </w:tc>
            </w:tr>
          </w:tbl>
          <w:p w14:paraId="706978CD" w14:textId="77777777" w:rsidR="00842602" w:rsidRDefault="00842602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704"/>
              <w:gridCol w:w="2758"/>
              <w:gridCol w:w="3367"/>
            </w:tblGrid>
            <w:tr w:rsidR="00842602" w14:paraId="4D228E37" w14:textId="77777777">
              <w:tc>
                <w:tcPr>
                  <w:tcW w:w="4195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E6F7F7"/>
                </w:tcPr>
                <w:p w14:paraId="194C49C9" w14:textId="77777777" w:rsidR="00842602" w:rsidRDefault="004B1369">
                  <w:r>
                    <w:rPr>
                      <w:b/>
                      <w:color w:val="000000"/>
                    </w:rPr>
                    <w:t>Keep (à garder)</w:t>
                  </w:r>
                </w:p>
              </w:tc>
              <w:tc>
                <w:tcPr>
                  <w:tcW w:w="4195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E6F7F7"/>
                </w:tcPr>
                <w:p w14:paraId="1EB75A7F" w14:textId="77777777" w:rsidR="00842602" w:rsidRDefault="004B1369">
                  <w:r>
                    <w:rPr>
                      <w:b/>
                      <w:color w:val="000000"/>
                    </w:rPr>
                    <w:t>Kudos (à féliciter)</w:t>
                  </w:r>
                </w:p>
              </w:tc>
              <w:tc>
                <w:tcPr>
                  <w:tcW w:w="4195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E6F7F7"/>
                </w:tcPr>
                <w:p w14:paraId="7B176FA2" w14:textId="77777777" w:rsidR="00842602" w:rsidRDefault="004B1369">
                  <w:r>
                    <w:rPr>
                      <w:b/>
                      <w:color w:val="000000"/>
                    </w:rPr>
                    <w:t>Kickstart (à améliorer/démarrer)</w:t>
                  </w:r>
                </w:p>
              </w:tc>
            </w:tr>
            <w:tr w:rsidR="00842602" w14:paraId="0A571A08" w14:textId="77777777">
              <w:tc>
                <w:tcPr>
                  <w:tcW w:w="3024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41B6B144" w14:textId="77777777" w:rsidR="00842602" w:rsidRDefault="00842602"/>
              </w:tc>
              <w:tc>
                <w:tcPr>
                  <w:tcW w:w="3024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18BB5D04" w14:textId="77777777" w:rsidR="00842602" w:rsidRDefault="00842602"/>
              </w:tc>
              <w:tc>
                <w:tcPr>
                  <w:tcW w:w="3024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66EC17BA" w14:textId="77777777" w:rsidR="00842602" w:rsidRDefault="00842602"/>
              </w:tc>
            </w:tr>
            <w:tr w:rsidR="00842602" w14:paraId="25615019" w14:textId="77777777">
              <w:tc>
                <w:tcPr>
                  <w:tcW w:w="3024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4A8E681E" w14:textId="77777777" w:rsidR="00842602" w:rsidRDefault="00842602"/>
              </w:tc>
              <w:tc>
                <w:tcPr>
                  <w:tcW w:w="3024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543D1E1D" w14:textId="77777777" w:rsidR="00842602" w:rsidRDefault="00842602"/>
              </w:tc>
              <w:tc>
                <w:tcPr>
                  <w:tcW w:w="3024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47B928DC" w14:textId="77777777" w:rsidR="00842602" w:rsidRDefault="00842602"/>
              </w:tc>
            </w:tr>
          </w:tbl>
          <w:p w14:paraId="214A9032" w14:textId="77777777" w:rsidR="00842602" w:rsidRDefault="00842602"/>
          <w:p w14:paraId="448AA215" w14:textId="77777777" w:rsidR="00842602" w:rsidRDefault="004B1369">
            <w:r>
              <w:rPr>
                <w:b/>
              </w:rPr>
              <w:t>Attestations &amp; signatures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789"/>
              <w:gridCol w:w="2614"/>
              <w:gridCol w:w="3426"/>
            </w:tblGrid>
            <w:tr w:rsidR="00842602" w14:paraId="6C1D685C" w14:textId="77777777">
              <w:tc>
                <w:tcPr>
                  <w:tcW w:w="340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0C4A6E"/>
                </w:tcPr>
                <w:p w14:paraId="1578EA41" w14:textId="77777777" w:rsidR="00842602" w:rsidRDefault="004B1369">
                  <w:r>
                    <w:rPr>
                      <w:b/>
                      <w:color w:val="FFFFFF"/>
                    </w:rPr>
                    <w:t>Formateur·rice (signature)</w:t>
                  </w:r>
                </w:p>
              </w:tc>
              <w:tc>
                <w:tcPr>
                  <w:tcW w:w="3402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0C4A6E"/>
                </w:tcPr>
                <w:p w14:paraId="5ABF854C" w14:textId="77777777" w:rsidR="00842602" w:rsidRDefault="004B1369">
                  <w:r>
                    <w:rPr>
                      <w:b/>
                      <w:color w:val="FFFFFF"/>
                    </w:rPr>
                    <w:t>Cachet organisme</w:t>
                  </w:r>
                </w:p>
              </w:tc>
              <w:tc>
                <w:tcPr>
                  <w:tcW w:w="4535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  <w:shd w:val="clear" w:color="auto" w:fill="0C4A6E"/>
                </w:tcPr>
                <w:p w14:paraId="00698B9B" w14:textId="77777777" w:rsidR="00842602" w:rsidRDefault="004B1369">
                  <w:r>
                    <w:rPr>
                      <w:b/>
                      <w:color w:val="FFFFFF"/>
                    </w:rPr>
                    <w:t>Observations / incidents</w:t>
                  </w:r>
                </w:p>
              </w:tc>
            </w:tr>
            <w:tr w:rsidR="00842602" w14:paraId="2CC32FED" w14:textId="77777777">
              <w:tc>
                <w:tcPr>
                  <w:tcW w:w="3024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3F399453" w14:textId="77777777" w:rsidR="00842602" w:rsidRDefault="00842602"/>
              </w:tc>
              <w:tc>
                <w:tcPr>
                  <w:tcW w:w="3024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1EFC029B" w14:textId="77777777" w:rsidR="00842602" w:rsidRDefault="00842602"/>
              </w:tc>
              <w:tc>
                <w:tcPr>
                  <w:tcW w:w="3024" w:type="dxa"/>
                  <w:tcBorders>
                    <w:top w:val="single" w:sz="10" w:space="0" w:color="0C4A6E"/>
                    <w:left w:val="single" w:sz="10" w:space="0" w:color="0C4A6E"/>
                    <w:bottom w:val="single" w:sz="10" w:space="0" w:color="0C4A6E"/>
                    <w:right w:val="single" w:sz="10" w:space="0" w:color="0C4A6E"/>
                  </w:tcBorders>
                </w:tcPr>
                <w:p w14:paraId="44FCAE9A" w14:textId="77777777" w:rsidR="00842602" w:rsidRDefault="00842602"/>
              </w:tc>
            </w:tr>
          </w:tbl>
          <w:p w14:paraId="571252BD" w14:textId="77777777" w:rsidR="00842602" w:rsidRDefault="00842602"/>
          <w:p w14:paraId="74FD0CFA" w14:textId="77777777" w:rsidR="00842602" w:rsidRDefault="004B1369">
            <w:r>
              <w:t xml:space="preserve">Cette fiche atteste la présence effective des participant·e·s. Les signatures sont recueillies à l’issue de chaque demi‑journée. </w:t>
            </w:r>
            <w:r>
              <w:rPr>
                <w:b/>
              </w:rPr>
              <w:t xml:space="preserve">Données personnelles : </w:t>
            </w:r>
            <w:r>
              <w:t>utilisées pour la gestion de l’action et archivées à des fins probatoires. Droit d’accès/suppression : c</w:t>
            </w:r>
            <w:r>
              <w:t>ontacter l’organisme.</w:t>
            </w:r>
          </w:p>
        </w:tc>
        <w:tc>
          <w:tcPr>
            <w:tcW w:w="510" w:type="dxa"/>
            <w:shd w:val="clear" w:color="auto" w:fill="0FB5B5"/>
          </w:tcPr>
          <w:p w14:paraId="2AE7B760" w14:textId="77777777" w:rsidR="00842602" w:rsidRDefault="00842602"/>
        </w:tc>
      </w:tr>
    </w:tbl>
    <w:p w14:paraId="48A5C8AC" w14:textId="77777777" w:rsidR="004B1369" w:rsidRDefault="004B1369"/>
    <w:sectPr w:rsidR="004B1369" w:rsidSect="00034616">
      <w:footerReference w:type="default" r:id="rId8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943C8" w14:textId="77777777" w:rsidR="004B1369" w:rsidRDefault="004B1369">
      <w:pPr>
        <w:spacing w:after="0" w:line="240" w:lineRule="auto"/>
      </w:pPr>
      <w:r>
        <w:separator/>
      </w:r>
    </w:p>
  </w:endnote>
  <w:endnote w:type="continuationSeparator" w:id="0">
    <w:p w14:paraId="4D8BB5B4" w14:textId="77777777" w:rsidR="004B1369" w:rsidRDefault="004B13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B4FE6" w14:textId="77777777" w:rsidR="00842602" w:rsidRDefault="004B1369">
    <w:pPr>
      <w:pStyle w:val="Pieddepage"/>
      <w:jc w:val="center"/>
    </w:pPr>
    <w:r>
      <w:t>lecoursgratuit.com — Libre d'usage — Fiche d’émargement + Micro‑feedback (NPS &amp; 3K) — A4 — Bande droite turquoise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CCD1F1" w14:textId="77777777" w:rsidR="004B1369" w:rsidRDefault="004B1369">
      <w:pPr>
        <w:spacing w:after="0" w:line="240" w:lineRule="auto"/>
      </w:pPr>
      <w:r>
        <w:separator/>
      </w:r>
    </w:p>
  </w:footnote>
  <w:footnote w:type="continuationSeparator" w:id="0">
    <w:p w14:paraId="0BCC4095" w14:textId="77777777" w:rsidR="004B1369" w:rsidRDefault="004B13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B1369"/>
    <w:rsid w:val="00842602"/>
    <w:rsid w:val="00AA1D8D"/>
    <w:rsid w:val="00B47730"/>
    <w:rsid w:val="00B62B52"/>
    <w:rsid w:val="00BF2F0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E8ABBB"/>
  <w14:defaultImageDpi w14:val="300"/>
  <w15:docId w15:val="{1A6BCF4B-F9F0-4538-AC96-7DF7F3CE8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1062</Characters>
  <Application>Microsoft Office Word</Application>
  <DocSecurity>0</DocSecurity>
  <Lines>8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1252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2</cp:revision>
  <dcterms:created xsi:type="dcterms:W3CDTF">2025-09-23T04:54:00Z</dcterms:created>
  <dcterms:modified xsi:type="dcterms:W3CDTF">2025-09-23T04:54:00Z</dcterms:modified>
  <cp:category/>
</cp:coreProperties>
</file>