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5027"/>
        <w:gridCol w:w="5242"/>
        <w:gridCol w:w="5189"/>
      </w:tblGrid>
      <w:tr w:rsidR="00551F7E" w14:paraId="7B6A5497" w14:textId="77777777">
        <w:tc>
          <w:tcPr>
            <w:tcW w:w="154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F8190" w14:textId="362B98C5" w:rsidR="00551F7E" w:rsidRDefault="00DD1735">
            <w:r>
              <w:rPr>
                <w:b/>
                <w:sz w:val="28"/>
              </w:rPr>
              <w:t>Business Plan</w:t>
            </w:r>
            <w:r w:rsidR="00137489">
              <w:rPr>
                <w:b/>
                <w:sz w:val="28"/>
              </w:rPr>
              <w:t xml:space="preserve"> </w:t>
            </w:r>
            <w:proofErr w:type="spellStart"/>
            <w:proofErr w:type="gramStart"/>
            <w:r>
              <w:t>Projet</w:t>
            </w:r>
            <w:proofErr w:type="spellEnd"/>
            <w:r>
              <w:t xml:space="preserve"> :</w:t>
            </w:r>
            <w:proofErr w:type="gramEnd"/>
            <w:r>
              <w:t xml:space="preserve"> __________   </w:t>
            </w:r>
            <w:proofErr w:type="spellStart"/>
            <w:r>
              <w:t>Période</w:t>
            </w:r>
            <w:proofErr w:type="spellEnd"/>
            <w:r>
              <w:t xml:space="preserve"> : ____/____ → ____/____   Owner : __________   Version : ____</w:t>
            </w:r>
          </w:p>
        </w:tc>
      </w:tr>
      <w:tr w:rsidR="00551F7E" w14:paraId="7B75151F" w14:textId="77777777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393C189F" w14:textId="77777777" w:rsidR="00551F7E" w:rsidRDefault="00DD1735">
            <w:r>
              <w:t>Légende : □ à faire  ■ en cours  ✓ fait   ⚠ blocage   ⓘ note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518957AA" w14:textId="77777777" w:rsidR="00551F7E" w:rsidRDefault="00DD1735">
            <w:r>
              <w:t xml:space="preserve">Objectif du BP (1 phrase) : </w:t>
            </w:r>
            <w:r>
              <w:t>__________________________________________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1CF4EEAD" w14:textId="77777777" w:rsidR="00551F7E" w:rsidRDefault="00DD1735">
            <w:r>
              <w:t>Périmètre : Produit | Marché | Zone | Modèle | Ressources</w:t>
            </w:r>
          </w:p>
        </w:tc>
      </w:tr>
      <w:tr w:rsidR="00551F7E" w14:paraId="6C723413" w14:textId="77777777">
        <w:tc>
          <w:tcPr>
            <w:tcW w:w="5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841E4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30"/>
              <w:gridCol w:w="2361"/>
            </w:tblGrid>
            <w:tr w:rsidR="00551F7E" w14:paraId="35464B57" w14:textId="77777777"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7F5EC"/>
                </w:tcPr>
                <w:p w14:paraId="18C4BCF2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Backlog d'idées</w:t>
                  </w:r>
                </w:p>
              </w:tc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7F5EC"/>
                </w:tcPr>
                <w:p w14:paraId="4E913FB8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WIP max : ____</w:t>
                  </w:r>
                </w:p>
              </w:tc>
            </w:tr>
          </w:tbl>
          <w:p w14:paraId="64C505BF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791"/>
            </w:tblGrid>
            <w:tr w:rsidR="00551F7E" w14:paraId="70C05641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7F5EC"/>
                </w:tcPr>
                <w:p w14:paraId="757A529D" w14:textId="77777777" w:rsidR="00551F7E" w:rsidRDefault="00DD1735">
                  <w:r>
                    <w:rPr>
                      <w:b/>
                    </w:rPr>
                    <w:t>Sujet | Section BP | Hypothèse clé | Donnée/Source | Prochaine action | Responsable | Échéance</w:t>
                  </w:r>
                </w:p>
              </w:tc>
            </w:tr>
            <w:tr w:rsidR="00551F7E" w14:paraId="02C4D543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DB9FA52" w14:textId="77777777" w:rsidR="00551F7E" w:rsidRDefault="00551F7E"/>
              </w:tc>
            </w:tr>
            <w:tr w:rsidR="00551F7E" w14:paraId="3D1D9485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4362B07" w14:textId="77777777" w:rsidR="00551F7E" w:rsidRDefault="00551F7E"/>
              </w:tc>
            </w:tr>
            <w:tr w:rsidR="00551F7E" w14:paraId="129BA708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2D78F27" w14:textId="77777777" w:rsidR="00551F7E" w:rsidRDefault="00551F7E"/>
              </w:tc>
            </w:tr>
            <w:tr w:rsidR="00551F7E" w14:paraId="22C6C07F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863ABE7" w14:textId="77777777" w:rsidR="00551F7E" w:rsidRDefault="00551F7E"/>
              </w:tc>
            </w:tr>
            <w:tr w:rsidR="00551F7E" w14:paraId="75008A4A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DD37A1D" w14:textId="77777777" w:rsidR="00551F7E" w:rsidRDefault="00551F7E"/>
              </w:tc>
            </w:tr>
            <w:tr w:rsidR="00551F7E" w14:paraId="405209B0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0C63E55" w14:textId="77777777" w:rsidR="00551F7E" w:rsidRDefault="00551F7E"/>
              </w:tc>
            </w:tr>
            <w:tr w:rsidR="00551F7E" w14:paraId="10EBE11E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64A715E" w14:textId="77777777" w:rsidR="00551F7E" w:rsidRDefault="00551F7E"/>
              </w:tc>
            </w:tr>
          </w:tbl>
          <w:p w14:paraId="4427F7B1" w14:textId="77777777" w:rsidR="00551F7E" w:rsidRDefault="00551F7E"/>
        </w:tc>
        <w:tc>
          <w:tcPr>
            <w:tcW w:w="5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61931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43"/>
              <w:gridCol w:w="2463"/>
            </w:tblGrid>
            <w:tr w:rsidR="00551F7E" w14:paraId="51FBBE08" w14:textId="77777777"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E4E6"/>
                </w:tcPr>
                <w:p w14:paraId="1E11491D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9F1239"/>
                    </w:rPr>
                    <w:t>Discovery &amp; recherche</w:t>
                  </w:r>
                </w:p>
              </w:tc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E4E6"/>
                </w:tcPr>
                <w:p w14:paraId="182EAEFC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9F1239"/>
                    </w:rPr>
                    <w:t>WIP max : ____</w:t>
                  </w:r>
                </w:p>
              </w:tc>
            </w:tr>
          </w:tbl>
          <w:p w14:paraId="41B6137F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006"/>
            </w:tblGrid>
            <w:tr w:rsidR="00551F7E" w14:paraId="5FE16ABE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E4E6"/>
                </w:tcPr>
                <w:p w14:paraId="0116B9C5" w14:textId="77777777" w:rsidR="00551F7E" w:rsidRDefault="00DD1735">
                  <w:r>
                    <w:rPr>
                      <w:b/>
                    </w:rPr>
                    <w:t>Sujet | Section BP | Hypothèse clé | Donnée/Source | Prochaine action | Responsable | Échéance</w:t>
                  </w:r>
                </w:p>
              </w:tc>
            </w:tr>
            <w:tr w:rsidR="00551F7E" w14:paraId="692CEAC9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5C8F35C" w14:textId="77777777" w:rsidR="00551F7E" w:rsidRDefault="00551F7E"/>
              </w:tc>
            </w:tr>
            <w:tr w:rsidR="00551F7E" w14:paraId="2DF5D7B7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B37FD1A" w14:textId="77777777" w:rsidR="00551F7E" w:rsidRDefault="00551F7E"/>
              </w:tc>
            </w:tr>
            <w:tr w:rsidR="00551F7E" w14:paraId="708667FA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B615854" w14:textId="77777777" w:rsidR="00551F7E" w:rsidRDefault="00551F7E"/>
              </w:tc>
            </w:tr>
            <w:tr w:rsidR="00551F7E" w14:paraId="65EC99F1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F4FDD60" w14:textId="77777777" w:rsidR="00551F7E" w:rsidRDefault="00551F7E"/>
              </w:tc>
            </w:tr>
            <w:tr w:rsidR="00551F7E" w14:paraId="201132E9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0DAAC4F" w14:textId="77777777" w:rsidR="00551F7E" w:rsidRDefault="00551F7E"/>
              </w:tc>
            </w:tr>
            <w:tr w:rsidR="00551F7E" w14:paraId="3B898FEF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EDAD0D0" w14:textId="77777777" w:rsidR="00551F7E" w:rsidRDefault="00551F7E"/>
              </w:tc>
            </w:tr>
            <w:tr w:rsidR="00551F7E" w14:paraId="30ECB3BA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7638B88" w14:textId="77777777" w:rsidR="00551F7E" w:rsidRDefault="00551F7E"/>
              </w:tc>
            </w:tr>
          </w:tbl>
          <w:p w14:paraId="03B7BFD0" w14:textId="77777777" w:rsidR="00551F7E" w:rsidRDefault="00551F7E"/>
        </w:tc>
        <w:tc>
          <w:tcPr>
            <w:tcW w:w="5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64EDA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68"/>
              <w:gridCol w:w="2285"/>
            </w:tblGrid>
            <w:tr w:rsidR="00551F7E" w14:paraId="7C5BE877" w14:textId="77777777"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BEAFE"/>
                </w:tcPr>
                <w:p w14:paraId="134BD531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1E3A8A"/>
                    </w:rPr>
                    <w:t>En cours (rédaction/chiffrage)</w:t>
                  </w:r>
                </w:p>
              </w:tc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BEAFE"/>
                </w:tcPr>
                <w:p w14:paraId="5F3E8407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1E3A8A"/>
                    </w:rPr>
                    <w:t>WIP max : ____</w:t>
                  </w:r>
                </w:p>
              </w:tc>
            </w:tr>
          </w:tbl>
          <w:p w14:paraId="6CF21AF5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953"/>
            </w:tblGrid>
            <w:tr w:rsidR="00551F7E" w14:paraId="096BB574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BEAFE"/>
                </w:tcPr>
                <w:p w14:paraId="1F01216A" w14:textId="77777777" w:rsidR="00551F7E" w:rsidRDefault="00DD1735">
                  <w:r>
                    <w:rPr>
                      <w:b/>
                    </w:rPr>
                    <w:t xml:space="preserve">Sujet | Section BP | Hypothèse clé | </w:t>
                  </w:r>
                  <w:r>
                    <w:rPr>
                      <w:b/>
                    </w:rPr>
                    <w:t>Donnée/Source | Prochaine action | Responsable | Échéance</w:t>
                  </w:r>
                </w:p>
              </w:tc>
            </w:tr>
            <w:tr w:rsidR="00551F7E" w14:paraId="63594670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41CE3BC" w14:textId="77777777" w:rsidR="00551F7E" w:rsidRDefault="00551F7E"/>
              </w:tc>
            </w:tr>
            <w:tr w:rsidR="00551F7E" w14:paraId="7FCDB02B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2F017CB" w14:textId="77777777" w:rsidR="00551F7E" w:rsidRDefault="00551F7E"/>
              </w:tc>
            </w:tr>
            <w:tr w:rsidR="00551F7E" w14:paraId="54F949DA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0EC5158" w14:textId="77777777" w:rsidR="00551F7E" w:rsidRDefault="00551F7E"/>
              </w:tc>
            </w:tr>
            <w:tr w:rsidR="00551F7E" w14:paraId="74D27A00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A930277" w14:textId="77777777" w:rsidR="00551F7E" w:rsidRDefault="00551F7E"/>
              </w:tc>
            </w:tr>
            <w:tr w:rsidR="00551F7E" w14:paraId="7F35B13D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99F4C0F" w14:textId="77777777" w:rsidR="00551F7E" w:rsidRDefault="00551F7E"/>
              </w:tc>
            </w:tr>
            <w:tr w:rsidR="00551F7E" w14:paraId="4F332FE1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9DD708A" w14:textId="77777777" w:rsidR="00551F7E" w:rsidRDefault="00551F7E"/>
              </w:tc>
            </w:tr>
            <w:tr w:rsidR="00551F7E" w14:paraId="6F70A82F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9C0AB18" w14:textId="77777777" w:rsidR="00551F7E" w:rsidRDefault="00551F7E"/>
              </w:tc>
            </w:tr>
          </w:tbl>
          <w:p w14:paraId="4FF105A4" w14:textId="77777777" w:rsidR="00551F7E" w:rsidRDefault="00551F7E"/>
        </w:tc>
      </w:tr>
      <w:tr w:rsidR="00551F7E" w14:paraId="7F470BE3" w14:textId="77777777">
        <w:tc>
          <w:tcPr>
            <w:tcW w:w="5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4B263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50"/>
              <w:gridCol w:w="2341"/>
            </w:tblGrid>
            <w:tr w:rsidR="00551F7E" w14:paraId="18E51801" w14:textId="77777777"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EF3C7"/>
                </w:tcPr>
                <w:p w14:paraId="0A7C78FA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92400E"/>
                    </w:rPr>
                    <w:t>Relecture &amp; itérations</w:t>
                  </w:r>
                </w:p>
              </w:tc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EF3C7"/>
                </w:tcPr>
                <w:p w14:paraId="6439CFC8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92400E"/>
                    </w:rPr>
                    <w:t>WIP max : ____</w:t>
                  </w:r>
                </w:p>
              </w:tc>
            </w:tr>
          </w:tbl>
          <w:p w14:paraId="27D6AADE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791"/>
            </w:tblGrid>
            <w:tr w:rsidR="00551F7E" w14:paraId="693FF129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EF3C7"/>
                </w:tcPr>
                <w:p w14:paraId="7165CB94" w14:textId="77777777" w:rsidR="00551F7E" w:rsidRDefault="00DD1735">
                  <w:r>
                    <w:rPr>
                      <w:b/>
                    </w:rPr>
                    <w:t xml:space="preserve">Sujet | Section BP | Hypothèse clé | Donnée/Source | Prochaine action | </w:t>
                  </w:r>
                  <w:r>
                    <w:rPr>
                      <w:b/>
                    </w:rPr>
                    <w:lastRenderedPageBreak/>
                    <w:t>Responsable | Échéance</w:t>
                  </w:r>
                </w:p>
              </w:tc>
            </w:tr>
            <w:tr w:rsidR="00551F7E" w14:paraId="6F6ABD56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513B099" w14:textId="77777777" w:rsidR="00551F7E" w:rsidRDefault="00551F7E"/>
              </w:tc>
            </w:tr>
            <w:tr w:rsidR="00551F7E" w14:paraId="1757FA1C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CEE91B0" w14:textId="77777777" w:rsidR="00551F7E" w:rsidRDefault="00551F7E"/>
              </w:tc>
            </w:tr>
            <w:tr w:rsidR="00551F7E" w14:paraId="43AC41C8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522D0AD" w14:textId="77777777" w:rsidR="00551F7E" w:rsidRDefault="00551F7E"/>
              </w:tc>
            </w:tr>
            <w:tr w:rsidR="00551F7E" w14:paraId="22B72592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26473B1" w14:textId="77777777" w:rsidR="00551F7E" w:rsidRDefault="00551F7E"/>
              </w:tc>
            </w:tr>
            <w:tr w:rsidR="00551F7E" w14:paraId="2B9D2C70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7290477" w14:textId="77777777" w:rsidR="00551F7E" w:rsidRDefault="00551F7E"/>
              </w:tc>
            </w:tr>
            <w:tr w:rsidR="00551F7E" w14:paraId="73E91456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7BE8B0C" w14:textId="77777777" w:rsidR="00551F7E" w:rsidRDefault="00551F7E"/>
              </w:tc>
            </w:tr>
          </w:tbl>
          <w:p w14:paraId="4FBE244C" w14:textId="77777777" w:rsidR="00551F7E" w:rsidRDefault="00551F7E"/>
        </w:tc>
        <w:tc>
          <w:tcPr>
            <w:tcW w:w="5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835798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19"/>
              <w:gridCol w:w="2487"/>
            </w:tblGrid>
            <w:tr w:rsidR="00551F7E" w14:paraId="009A5B7A" w14:textId="77777777"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0E7FF"/>
                </w:tcPr>
                <w:p w14:paraId="65C42FD8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3730A3"/>
                    </w:rPr>
                    <w:t>Prêt pour pitch / comité</w:t>
                  </w:r>
                </w:p>
              </w:tc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0E7FF"/>
                </w:tcPr>
                <w:p w14:paraId="326C5234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3730A3"/>
                    </w:rPr>
                    <w:t>WIP max : ____</w:t>
                  </w:r>
                </w:p>
              </w:tc>
            </w:tr>
          </w:tbl>
          <w:p w14:paraId="3CB40ED8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006"/>
            </w:tblGrid>
            <w:tr w:rsidR="00551F7E" w14:paraId="3838049B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0E7FF"/>
                </w:tcPr>
                <w:p w14:paraId="62AA3ECC" w14:textId="77777777" w:rsidR="00551F7E" w:rsidRDefault="00DD1735">
                  <w:r>
                    <w:rPr>
                      <w:b/>
                    </w:rPr>
                    <w:t xml:space="preserve">Sujet | Section BP | Hypothèse clé | </w:t>
                  </w:r>
                  <w:r>
                    <w:rPr>
                      <w:b/>
                    </w:rPr>
                    <w:lastRenderedPageBreak/>
                    <w:t>Donnée/Source | Prochaine action | Responsable | Échéance</w:t>
                  </w:r>
                </w:p>
              </w:tc>
            </w:tr>
            <w:tr w:rsidR="00551F7E" w14:paraId="4D2BEA71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81588BF" w14:textId="77777777" w:rsidR="00551F7E" w:rsidRDefault="00551F7E"/>
              </w:tc>
            </w:tr>
            <w:tr w:rsidR="00551F7E" w14:paraId="7AAB15F6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8CDCFD6" w14:textId="77777777" w:rsidR="00551F7E" w:rsidRDefault="00551F7E"/>
              </w:tc>
            </w:tr>
            <w:tr w:rsidR="00551F7E" w14:paraId="2C4CFF83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0767AAD" w14:textId="77777777" w:rsidR="00551F7E" w:rsidRDefault="00551F7E"/>
              </w:tc>
            </w:tr>
            <w:tr w:rsidR="00551F7E" w14:paraId="287BE3CD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0F31511" w14:textId="77777777" w:rsidR="00551F7E" w:rsidRDefault="00551F7E"/>
              </w:tc>
            </w:tr>
            <w:tr w:rsidR="00551F7E" w14:paraId="0B199A68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33DEF2E9" w14:textId="77777777" w:rsidR="00551F7E" w:rsidRDefault="00551F7E"/>
              </w:tc>
            </w:tr>
            <w:tr w:rsidR="00551F7E" w14:paraId="2B9D3D89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70453F60" w14:textId="77777777" w:rsidR="00551F7E" w:rsidRDefault="00551F7E"/>
              </w:tc>
            </w:tr>
          </w:tbl>
          <w:p w14:paraId="4A4E8DC1" w14:textId="77777777" w:rsidR="00551F7E" w:rsidRDefault="00551F7E"/>
        </w:tc>
        <w:tc>
          <w:tcPr>
            <w:tcW w:w="5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10EEA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96"/>
              <w:gridCol w:w="2457"/>
            </w:tblGrid>
            <w:tr w:rsidR="00551F7E" w14:paraId="3C1B918E" w14:textId="77777777"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3F4F6"/>
                </w:tcPr>
                <w:p w14:paraId="37C5ECC4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111827"/>
                    </w:rPr>
                    <w:t>Bloqué</w:t>
                  </w:r>
                </w:p>
              </w:tc>
              <w:tc>
                <w:tcPr>
                  <w:tcW w:w="27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3F4F6"/>
                </w:tcPr>
                <w:p w14:paraId="3F18F92A" w14:textId="77777777" w:rsidR="00551F7E" w:rsidRDefault="00DD1735">
                  <w:pPr>
                    <w:jc w:val="center"/>
                  </w:pPr>
                  <w:r>
                    <w:rPr>
                      <w:b/>
                      <w:color w:val="111827"/>
                    </w:rPr>
                    <w:t>WIP max : ____</w:t>
                  </w:r>
                </w:p>
              </w:tc>
            </w:tr>
          </w:tbl>
          <w:p w14:paraId="08ABD180" w14:textId="77777777" w:rsidR="00551F7E" w:rsidRDefault="00551F7E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953"/>
            </w:tblGrid>
            <w:tr w:rsidR="00551F7E" w14:paraId="49BA0EF9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3F4F6"/>
                </w:tcPr>
                <w:p w14:paraId="4290D7F8" w14:textId="77777777" w:rsidR="00551F7E" w:rsidRDefault="00DD1735">
                  <w:r>
                    <w:rPr>
                      <w:b/>
                    </w:rPr>
                    <w:t xml:space="preserve">Sujet | Section BP | Hypothèse clé | Donnée/Source | Prochaine action | </w:t>
                  </w:r>
                  <w:r>
                    <w:rPr>
                      <w:b/>
                    </w:rPr>
                    <w:lastRenderedPageBreak/>
                    <w:t>Responsable | Échéance</w:t>
                  </w:r>
                </w:p>
              </w:tc>
            </w:tr>
            <w:tr w:rsidR="00551F7E" w14:paraId="20882ED1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01DD440C" w14:textId="77777777" w:rsidR="00551F7E" w:rsidRDefault="00551F7E"/>
              </w:tc>
            </w:tr>
            <w:tr w:rsidR="00551F7E" w14:paraId="6D469E39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2378D315" w14:textId="77777777" w:rsidR="00551F7E" w:rsidRDefault="00551F7E"/>
              </w:tc>
            </w:tr>
            <w:tr w:rsidR="00551F7E" w14:paraId="747A591E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4930E97E" w14:textId="77777777" w:rsidR="00551F7E" w:rsidRDefault="00551F7E"/>
              </w:tc>
            </w:tr>
            <w:tr w:rsidR="00551F7E" w14:paraId="35DFF43A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14B9C5A4" w14:textId="77777777" w:rsidR="00551F7E" w:rsidRDefault="00551F7E"/>
              </w:tc>
            </w:tr>
            <w:tr w:rsidR="00551F7E" w14:paraId="54F50CC1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6BA93221" w14:textId="77777777" w:rsidR="00551F7E" w:rsidRDefault="00551F7E"/>
              </w:tc>
            </w:tr>
            <w:tr w:rsidR="00551F7E" w14:paraId="410086BE" w14:textId="77777777">
              <w:tc>
                <w:tcPr>
                  <w:tcW w:w="549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14:paraId="57F73030" w14:textId="77777777" w:rsidR="00551F7E" w:rsidRDefault="00551F7E"/>
              </w:tc>
            </w:tr>
          </w:tbl>
          <w:p w14:paraId="4C3DF0AD" w14:textId="77777777" w:rsidR="00551F7E" w:rsidRDefault="00551F7E"/>
        </w:tc>
      </w:tr>
    </w:tbl>
    <w:p w14:paraId="63A00B02" w14:textId="77777777" w:rsidR="00551F7E" w:rsidRDefault="00DD1735">
      <w:r>
        <w:rPr>
          <w:b/>
        </w:rPr>
        <w:lastRenderedPageBreak/>
        <w:t>Checklist sections du Business Plan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91"/>
        <w:gridCol w:w="3092"/>
        <w:gridCol w:w="3091"/>
        <w:gridCol w:w="3092"/>
        <w:gridCol w:w="3092"/>
      </w:tblGrid>
      <w:tr w:rsidR="00551F7E" w14:paraId="69E38FE0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0DD33C33" w14:textId="77777777" w:rsidR="00551F7E" w:rsidRDefault="00DD1735">
            <w:r>
              <w:rPr>
                <w:b/>
              </w:rPr>
              <w:t>Résumé exécutif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7BB9164A" w14:textId="77777777" w:rsidR="00551F7E" w:rsidRDefault="00DD1735">
            <w:r>
              <w:rPr>
                <w:b/>
              </w:rPr>
              <w:t>Marché &amp; problème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069903B5" w14:textId="77777777" w:rsidR="00551F7E" w:rsidRDefault="00DD1735">
            <w:r>
              <w:rPr>
                <w:b/>
              </w:rPr>
              <w:t>Solution &amp; produit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372FDCBE" w14:textId="77777777" w:rsidR="00551F7E" w:rsidRDefault="00DD1735">
            <w:r>
              <w:rPr>
                <w:b/>
              </w:rPr>
              <w:t>Modèle &amp; prix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42344262" w14:textId="77777777" w:rsidR="00551F7E" w:rsidRDefault="00DD1735">
            <w:r>
              <w:rPr>
                <w:b/>
              </w:rPr>
              <w:t>Go‑to‑Market  ☐</w:t>
            </w:r>
          </w:p>
        </w:tc>
      </w:tr>
      <w:tr w:rsidR="00551F7E" w14:paraId="030327CC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38241" w14:textId="77777777" w:rsidR="00551F7E" w:rsidRDefault="00DD1735">
            <w:r>
              <w:t>Opérations &amp; supply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78D773" w14:textId="77777777" w:rsidR="00551F7E" w:rsidRDefault="00DD1735">
            <w:r>
              <w:t>Équipe &amp; gouvernance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E1677" w14:textId="77777777" w:rsidR="00551F7E" w:rsidRDefault="00DD1735">
            <w:r>
              <w:t>Plan financier (P&amp;L, cash)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0BC35" w14:textId="77777777" w:rsidR="00551F7E" w:rsidRDefault="00DD1735">
            <w:r>
              <w:t>Risques &amp; mitigations  ☐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10329" w14:textId="77777777" w:rsidR="00551F7E" w:rsidRDefault="00DD1735">
            <w:r>
              <w:t xml:space="preserve">Annexes &amp; </w:t>
            </w:r>
            <w:r>
              <w:t>sources  ☐</w:t>
            </w:r>
          </w:p>
        </w:tc>
      </w:tr>
    </w:tbl>
    <w:p w14:paraId="2B1A5FCE" w14:textId="77777777" w:rsidR="00551F7E" w:rsidRDefault="00DD1735">
      <w:r>
        <w:rPr>
          <w:b/>
        </w:rPr>
        <w:t>Hypothèses clés &amp; mesurables (à valider)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91"/>
        <w:gridCol w:w="3091"/>
        <w:gridCol w:w="3092"/>
        <w:gridCol w:w="3093"/>
        <w:gridCol w:w="3091"/>
      </w:tblGrid>
      <w:tr w:rsidR="00551F7E" w14:paraId="238A0A94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2DDA1923" w14:textId="77777777" w:rsidR="00551F7E" w:rsidRDefault="00DD1735">
            <w:r>
              <w:rPr>
                <w:b/>
              </w:rPr>
              <w:t>Hypothèse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23032025" w14:textId="77777777" w:rsidR="00551F7E" w:rsidRDefault="00DD1735">
            <w:r>
              <w:rPr>
                <w:b/>
              </w:rPr>
              <w:t>Mesure/KPI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49F4E968" w14:textId="77777777" w:rsidR="00551F7E" w:rsidRDefault="00DD1735">
            <w:r>
              <w:rPr>
                <w:b/>
              </w:rPr>
              <w:t>Source/Donnée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53AB1CF0" w14:textId="77777777" w:rsidR="00551F7E" w:rsidRDefault="00DD1735">
            <w:r>
              <w:rPr>
                <w:b/>
              </w:rPr>
              <w:t>Test/Expérience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6681FB14" w14:textId="77777777" w:rsidR="00551F7E" w:rsidRDefault="00DD1735">
            <w:r>
              <w:rPr>
                <w:b/>
              </w:rPr>
              <w:t>Échéance</w:t>
            </w:r>
          </w:p>
        </w:tc>
      </w:tr>
      <w:tr w:rsidR="00551F7E" w14:paraId="2108846A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4A138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97F76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BD2D2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E3A3EC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46236" w14:textId="77777777" w:rsidR="00551F7E" w:rsidRDefault="00551F7E"/>
        </w:tc>
      </w:tr>
      <w:tr w:rsidR="00551F7E" w14:paraId="31AEFBEF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CA555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F8B03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4E9D3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B27AF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E2ADC" w14:textId="77777777" w:rsidR="00551F7E" w:rsidRDefault="00551F7E"/>
        </w:tc>
      </w:tr>
      <w:tr w:rsidR="00551F7E" w14:paraId="0A85950C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3DAA4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77EC0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655ED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5E8F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7585B" w14:textId="77777777" w:rsidR="00551F7E" w:rsidRDefault="00551F7E"/>
        </w:tc>
      </w:tr>
      <w:tr w:rsidR="00551F7E" w14:paraId="671A54F7" w14:textId="77777777"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395BF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4968E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09B13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A31C6" w14:textId="77777777" w:rsidR="00551F7E" w:rsidRDefault="00551F7E"/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434CC" w14:textId="77777777" w:rsidR="00551F7E" w:rsidRDefault="00551F7E"/>
        </w:tc>
      </w:tr>
    </w:tbl>
    <w:p w14:paraId="783A8648" w14:textId="77777777" w:rsidR="00551F7E" w:rsidRDefault="00DD1735">
      <w:r>
        <w:rPr>
          <w:b/>
        </w:rPr>
        <w:t>Matrice risques (Impact × Probabilité)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65"/>
        <w:gridCol w:w="3864"/>
        <w:gridCol w:w="3865"/>
        <w:gridCol w:w="3864"/>
      </w:tblGrid>
      <w:tr w:rsidR="00551F7E" w14:paraId="704DFB36" w14:textId="77777777"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783E7057" w14:textId="77777777" w:rsidR="00551F7E" w:rsidRDefault="00551F7E"/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0E68A0EF" w14:textId="77777777" w:rsidR="00551F7E" w:rsidRDefault="00DD1735">
            <w:r>
              <w:rPr>
                <w:b/>
              </w:rPr>
              <w:t>Faible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5EF2B6E1" w14:textId="77777777" w:rsidR="00551F7E" w:rsidRDefault="00DD1735">
            <w:r>
              <w:rPr>
                <w:b/>
              </w:rPr>
              <w:t>Moyen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205ECF93" w14:textId="77777777" w:rsidR="00551F7E" w:rsidRDefault="00DD1735">
            <w:r>
              <w:rPr>
                <w:b/>
              </w:rPr>
              <w:t>Élevé</w:t>
            </w:r>
          </w:p>
        </w:tc>
      </w:tr>
      <w:tr w:rsidR="00551F7E" w14:paraId="2581598B" w14:textId="77777777"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7AAB4B63" w14:textId="77777777" w:rsidR="00551F7E" w:rsidRDefault="00DD1735">
            <w:r>
              <w:rPr>
                <w:b/>
              </w:rPr>
              <w:t>Mineur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81013" w14:textId="77777777" w:rsidR="00551F7E" w:rsidRDefault="00DD1735">
            <w:r>
              <w:t>☐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D6D29" w14:textId="77777777" w:rsidR="00551F7E" w:rsidRDefault="00DD1735">
            <w:r>
              <w:t>☐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1A9F2" w14:textId="77777777" w:rsidR="00551F7E" w:rsidRDefault="00DD1735">
            <w:r>
              <w:t>☐</w:t>
            </w:r>
          </w:p>
        </w:tc>
      </w:tr>
      <w:tr w:rsidR="00551F7E" w14:paraId="7508692D" w14:textId="77777777"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6E54FEE9" w14:textId="77777777" w:rsidR="00551F7E" w:rsidRDefault="00DD1735">
            <w:r>
              <w:rPr>
                <w:b/>
              </w:rPr>
              <w:lastRenderedPageBreak/>
              <w:t>Sérieux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4338B" w14:textId="77777777" w:rsidR="00551F7E" w:rsidRDefault="00DD1735">
            <w:r>
              <w:t>☐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A41EB" w14:textId="77777777" w:rsidR="00551F7E" w:rsidRDefault="00DD1735">
            <w:r>
              <w:t>☐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BFE02F" w14:textId="77777777" w:rsidR="00551F7E" w:rsidRDefault="00DD1735">
            <w:r>
              <w:t>☐</w:t>
            </w:r>
          </w:p>
        </w:tc>
      </w:tr>
      <w:tr w:rsidR="00551F7E" w14:paraId="74EF3FEC" w14:textId="77777777"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5EB7D829" w14:textId="77777777" w:rsidR="00551F7E" w:rsidRDefault="00DD1735">
            <w:r>
              <w:rPr>
                <w:b/>
              </w:rPr>
              <w:t>Critique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C7DA0" w14:textId="77777777" w:rsidR="00551F7E" w:rsidRDefault="00DD1735">
            <w:r>
              <w:t>☐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C5013" w14:textId="77777777" w:rsidR="00551F7E" w:rsidRDefault="00DD1735">
            <w:r>
              <w:t>☐</w:t>
            </w:r>
          </w:p>
        </w:tc>
        <w:tc>
          <w:tcPr>
            <w:tcW w:w="3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8A06C" w14:textId="77777777" w:rsidR="00551F7E" w:rsidRDefault="00DD1735">
            <w:r>
              <w:t>☐</w:t>
            </w:r>
          </w:p>
        </w:tc>
      </w:tr>
    </w:tbl>
    <w:p w14:paraId="19744822" w14:textId="77777777" w:rsidR="00551F7E" w:rsidRDefault="00551F7E"/>
    <w:tbl>
      <w:tblPr>
        <w:tblW w:w="0" w:type="auto"/>
        <w:tblLook w:val="04A0" w:firstRow="1" w:lastRow="0" w:firstColumn="1" w:lastColumn="0" w:noHBand="0" w:noVBand="1"/>
      </w:tblPr>
      <w:tblGrid>
        <w:gridCol w:w="2210"/>
        <w:gridCol w:w="2208"/>
        <w:gridCol w:w="2208"/>
        <w:gridCol w:w="2208"/>
        <w:gridCol w:w="2208"/>
        <w:gridCol w:w="2208"/>
        <w:gridCol w:w="2208"/>
      </w:tblGrid>
      <w:tr w:rsidR="00551F7E" w14:paraId="1847F4E1" w14:textId="77777777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1CFFFC85" w14:textId="77777777" w:rsidR="00551F7E" w:rsidRDefault="00DD1735">
            <w:r>
              <w:rPr>
                <w:b/>
              </w:rPr>
              <w:t>TAM/SAM/SOM (€)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23874EB0" w14:textId="77777777" w:rsidR="00551F7E" w:rsidRDefault="00DD1735">
            <w:r>
              <w:rPr>
                <w:b/>
              </w:rPr>
              <w:t>CAC estimé (€)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18E27DA6" w14:textId="77777777" w:rsidR="00551F7E" w:rsidRDefault="00DD1735">
            <w:r>
              <w:rPr>
                <w:b/>
              </w:rPr>
              <w:t>LTV (€)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43FAF643" w14:textId="77777777" w:rsidR="00551F7E" w:rsidRDefault="00DD1735">
            <w:r>
              <w:rPr>
                <w:b/>
              </w:rPr>
              <w:t>MRR/CA cible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0DC64195" w14:textId="77777777" w:rsidR="00551F7E" w:rsidRDefault="00DD1735">
            <w:r>
              <w:rPr>
                <w:b/>
              </w:rPr>
              <w:t>Point mort (mois)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09CEB16C" w14:textId="77777777" w:rsidR="00551F7E" w:rsidRDefault="00DD1735">
            <w:r>
              <w:rPr>
                <w:b/>
              </w:rPr>
              <w:t>Runway (mois)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5F9"/>
          </w:tcPr>
          <w:p w14:paraId="597929DD" w14:textId="77777777" w:rsidR="00551F7E" w:rsidRDefault="00DD1735">
            <w:r>
              <w:rPr>
                <w:b/>
              </w:rPr>
              <w:t>Budget total (€)</w:t>
            </w:r>
          </w:p>
        </w:tc>
      </w:tr>
      <w:tr w:rsidR="00551F7E" w14:paraId="40F86376" w14:textId="77777777"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A1D4E" w14:textId="77777777" w:rsidR="00551F7E" w:rsidRDefault="00DD1735">
            <w:r>
              <w:t>________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2EA57" w14:textId="77777777" w:rsidR="00551F7E" w:rsidRDefault="00DD1735">
            <w:r>
              <w:t>________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34DD80" w14:textId="77777777" w:rsidR="00551F7E" w:rsidRDefault="00DD1735">
            <w:r>
              <w:t>________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265CB" w14:textId="77777777" w:rsidR="00551F7E" w:rsidRDefault="00DD1735">
            <w:r>
              <w:t>________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804F9" w14:textId="77777777" w:rsidR="00551F7E" w:rsidRDefault="00DD1735">
            <w:r>
              <w:t>________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D39156" w14:textId="77777777" w:rsidR="00551F7E" w:rsidRDefault="00DD1735">
            <w:r>
              <w:t>________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B51A8" w14:textId="77777777" w:rsidR="00551F7E" w:rsidRDefault="00DD1735">
            <w:r>
              <w:t>________</w:t>
            </w:r>
          </w:p>
        </w:tc>
      </w:tr>
    </w:tbl>
    <w:p w14:paraId="140C8002" w14:textId="77777777" w:rsidR="00551F7E" w:rsidRDefault="00DD1735">
      <w:r>
        <w:rPr>
          <w:b/>
        </w:rPr>
        <w:t>Jalons 30 / 60 / 90 jours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52"/>
        <w:gridCol w:w="5153"/>
        <w:gridCol w:w="5153"/>
      </w:tblGrid>
      <w:tr w:rsidR="00551F7E" w14:paraId="698DC1F1" w14:textId="77777777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3E9793E9" w14:textId="77777777" w:rsidR="00551F7E" w:rsidRDefault="00DD1735">
            <w:r>
              <w:rPr>
                <w:b/>
              </w:rPr>
              <w:t>30 j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58121A8C" w14:textId="77777777" w:rsidR="00551F7E" w:rsidRDefault="00DD1735">
            <w:r>
              <w:rPr>
                <w:b/>
              </w:rPr>
              <w:t>60 j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4"/>
          </w:tcPr>
          <w:p w14:paraId="499162F2" w14:textId="77777777" w:rsidR="00551F7E" w:rsidRDefault="00DD1735">
            <w:r>
              <w:rPr>
                <w:b/>
              </w:rPr>
              <w:t>90 j</w:t>
            </w:r>
          </w:p>
        </w:tc>
      </w:tr>
      <w:tr w:rsidR="00551F7E" w14:paraId="480B4451" w14:textId="77777777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62731" w14:textId="77777777" w:rsidR="00551F7E" w:rsidRDefault="00DD1735">
            <w:r>
              <w:t>Actions clés : …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A918A" w14:textId="77777777" w:rsidR="00551F7E" w:rsidRDefault="00DD1735">
            <w:r>
              <w:t>Actions clés : …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E3605" w14:textId="77777777" w:rsidR="00551F7E" w:rsidRDefault="00DD1735">
            <w:r>
              <w:t xml:space="preserve">Actions </w:t>
            </w:r>
            <w:r>
              <w:t>clés : …</w:t>
            </w:r>
          </w:p>
        </w:tc>
      </w:tr>
    </w:tbl>
    <w:p w14:paraId="7348C3D8" w14:textId="77777777" w:rsidR="00DD1735" w:rsidRDefault="00DD1735"/>
    <w:sectPr w:rsidR="00DD1735" w:rsidSect="00034616">
      <w:footerReference w:type="default" r:id="rId8"/>
      <w:pgSz w:w="16838" w:h="11906" w:orient="landscape"/>
      <w:pgMar w:top="567" w:right="680" w:bottom="567" w:left="6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EDBC6" w14:textId="77777777" w:rsidR="00DD1735" w:rsidRDefault="00DD1735">
      <w:pPr>
        <w:spacing w:after="0" w:line="240" w:lineRule="auto"/>
      </w:pPr>
      <w:r>
        <w:separator/>
      </w:r>
    </w:p>
  </w:endnote>
  <w:endnote w:type="continuationSeparator" w:id="0">
    <w:p w14:paraId="33A22C41" w14:textId="77777777" w:rsidR="00DD1735" w:rsidRDefault="00DD1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19896" w14:textId="77777777" w:rsidR="00551F7E" w:rsidRDefault="00DD1735">
    <w:pPr>
      <w:pStyle w:val="Pieddepage"/>
      <w:jc w:val="center"/>
    </w:pPr>
    <w:r>
      <w:t>lecoursgratuit.com — Libre d'usage — Business Plan Kanban — A4 paysage — 2025-09-18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4D0F0" w14:textId="77777777" w:rsidR="00DD1735" w:rsidRDefault="00DD1735">
      <w:pPr>
        <w:spacing w:after="0" w:line="240" w:lineRule="auto"/>
      </w:pPr>
      <w:r>
        <w:separator/>
      </w:r>
    </w:p>
  </w:footnote>
  <w:footnote w:type="continuationSeparator" w:id="0">
    <w:p w14:paraId="0BBB8B42" w14:textId="77777777" w:rsidR="00DD1735" w:rsidRDefault="00DD17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7489"/>
    <w:rsid w:val="0015074B"/>
    <w:rsid w:val="0029639D"/>
    <w:rsid w:val="00326F90"/>
    <w:rsid w:val="00551F7E"/>
    <w:rsid w:val="00AA1D8D"/>
    <w:rsid w:val="00B47730"/>
    <w:rsid w:val="00CB0664"/>
    <w:rsid w:val="00DD173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BB1521"/>
  <w14:defaultImageDpi w14:val="300"/>
  <w15:docId w15:val="{E3C1AB53-0A29-413A-97C4-5E49260C3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2025-09-19T04:52:00Z</dcterms:created>
  <dcterms:modified xsi:type="dcterms:W3CDTF">2025-09-19T04:52:00Z</dcterms:modified>
  <cp:category/>
</cp:coreProperties>
</file>