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802"/>
      </w:tblGrid>
      <w:tr w:rsidR="00255DA8" w14:paraId="42B407D7" w14:textId="77777777">
        <w:trPr>
          <w:jc w:val="center"/>
        </w:trPr>
        <w:tc>
          <w:tcPr>
            <w:tcW w:w="9802" w:type="dxa"/>
            <w:shd w:val="clear" w:color="auto" w:fill="0F766E"/>
          </w:tcPr>
          <w:p w14:paraId="4E197BED" w14:textId="05B95A92" w:rsidR="00255DA8" w:rsidRDefault="00691C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48"/>
              </w:rPr>
              <w:t xml:space="preserve">RAPPORT DE FORMATION — Modèle </w:t>
            </w:r>
            <w:r w:rsidR="003E3369">
              <w:rPr>
                <w:rFonts w:ascii="Calibri" w:hAnsi="Calibri"/>
                <w:b/>
                <w:color w:val="FFFFFF"/>
                <w:sz w:val="48"/>
              </w:rPr>
              <w:t xml:space="preserve"> </w:t>
            </w:r>
          </w:p>
        </w:tc>
      </w:tr>
    </w:tbl>
    <w:p w14:paraId="0F9DADA8" w14:textId="77777777" w:rsidR="00255DA8" w:rsidRDefault="00691C02">
      <w:pPr>
        <w:jc w:val="center"/>
      </w:pPr>
      <w:r>
        <w:rPr>
          <w:i/>
        </w:rPr>
        <w:t>À compléter et personnaliser — Couleurs teal, marge verticale à gauche</w:t>
      </w:r>
    </w:p>
    <w:p w14:paraId="2F1BC4BF" w14:textId="77777777" w:rsidR="00255DA8" w:rsidRDefault="00255DA8"/>
    <w:p w14:paraId="5757AE80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Informations générales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50"/>
        <w:gridCol w:w="2450"/>
        <w:gridCol w:w="2450"/>
        <w:gridCol w:w="2450"/>
      </w:tblGrid>
      <w:tr w:rsidR="00255DA8" w14:paraId="62F45D1C" w14:textId="77777777">
        <w:trPr>
          <w:jc w:val="center"/>
        </w:trPr>
        <w:tc>
          <w:tcPr>
            <w:tcW w:w="2450" w:type="dxa"/>
            <w:shd w:val="clear" w:color="auto" w:fill="0F766E"/>
          </w:tcPr>
          <w:p w14:paraId="59CE398B" w14:textId="77777777" w:rsidR="00255DA8" w:rsidRDefault="00691C02">
            <w:r>
              <w:rPr>
                <w:b/>
                <w:color w:val="FFFFFF"/>
              </w:rPr>
              <w:t>Intitulé</w:t>
            </w:r>
          </w:p>
        </w:tc>
        <w:tc>
          <w:tcPr>
            <w:tcW w:w="2450" w:type="dxa"/>
            <w:shd w:val="clear" w:color="auto" w:fill="0F766E"/>
          </w:tcPr>
          <w:p w14:paraId="5782698E" w14:textId="77777777" w:rsidR="00255DA8" w:rsidRDefault="00691C02">
            <w:r>
              <w:rPr>
                <w:b/>
                <w:color w:val="FFFFFF"/>
              </w:rPr>
              <w:t>Référence</w:t>
            </w:r>
          </w:p>
        </w:tc>
        <w:tc>
          <w:tcPr>
            <w:tcW w:w="2450" w:type="dxa"/>
            <w:shd w:val="clear" w:color="auto" w:fill="0F766E"/>
          </w:tcPr>
          <w:p w14:paraId="4118412E" w14:textId="77777777" w:rsidR="00255DA8" w:rsidRDefault="00691C02">
            <w:r>
              <w:rPr>
                <w:b/>
                <w:color w:val="FFFFFF"/>
              </w:rPr>
              <w:t>Dates</w:t>
            </w:r>
          </w:p>
        </w:tc>
        <w:tc>
          <w:tcPr>
            <w:tcW w:w="2450" w:type="dxa"/>
            <w:shd w:val="clear" w:color="auto" w:fill="0F766E"/>
          </w:tcPr>
          <w:p w14:paraId="5A895E52" w14:textId="77777777" w:rsidR="00255DA8" w:rsidRDefault="00691C02">
            <w:r>
              <w:rPr>
                <w:b/>
                <w:color w:val="FFFFFF"/>
              </w:rPr>
              <w:t>Durée</w:t>
            </w:r>
          </w:p>
        </w:tc>
      </w:tr>
      <w:tr w:rsidR="00255DA8" w14:paraId="53E04EBB" w14:textId="77777777">
        <w:trPr>
          <w:jc w:val="center"/>
        </w:trPr>
        <w:tc>
          <w:tcPr>
            <w:tcW w:w="2450" w:type="dxa"/>
            <w:shd w:val="clear" w:color="auto" w:fill="E7F8F5"/>
          </w:tcPr>
          <w:p w14:paraId="53A4D589" w14:textId="77777777" w:rsidR="00255DA8" w:rsidRDefault="00691C02">
            <w:r>
              <w:t>………………</w:t>
            </w:r>
          </w:p>
        </w:tc>
        <w:tc>
          <w:tcPr>
            <w:tcW w:w="2450" w:type="dxa"/>
            <w:shd w:val="clear" w:color="auto" w:fill="E7F8F5"/>
          </w:tcPr>
          <w:p w14:paraId="75A0C4DA" w14:textId="77777777" w:rsidR="00255DA8" w:rsidRDefault="00691C02">
            <w:r>
              <w:t>RF-……/……</w:t>
            </w:r>
          </w:p>
        </w:tc>
        <w:tc>
          <w:tcPr>
            <w:tcW w:w="2450" w:type="dxa"/>
            <w:shd w:val="clear" w:color="auto" w:fill="E7F8F5"/>
          </w:tcPr>
          <w:p w14:paraId="33ACE877" w14:textId="77777777" w:rsidR="00255DA8" w:rsidRDefault="00691C02">
            <w:r>
              <w:t>…/…/…… → …/…/……</w:t>
            </w:r>
          </w:p>
        </w:tc>
        <w:tc>
          <w:tcPr>
            <w:tcW w:w="2450" w:type="dxa"/>
            <w:shd w:val="clear" w:color="auto" w:fill="E7F8F5"/>
          </w:tcPr>
          <w:p w14:paraId="0B5EEE15" w14:textId="77777777" w:rsidR="00255DA8" w:rsidRDefault="00691C02">
            <w:r>
              <w:t>… h</w:t>
            </w:r>
          </w:p>
        </w:tc>
      </w:tr>
    </w:tbl>
    <w:p w14:paraId="5F393120" w14:textId="77777777" w:rsidR="00255DA8" w:rsidRDefault="00255DA8"/>
    <w:p w14:paraId="301E869F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Objectifs pédagogiques</w:t>
      </w:r>
    </w:p>
    <w:p w14:paraId="1E1F4E1E" w14:textId="77777777" w:rsidR="00255DA8" w:rsidRDefault="00691C02">
      <w:r>
        <w:t>• …</w:t>
      </w:r>
      <w:r>
        <w:br/>
        <w:t>• …</w:t>
      </w:r>
      <w:r>
        <w:br/>
        <w:t>• …</w:t>
      </w:r>
    </w:p>
    <w:p w14:paraId="32048BE6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 xml:space="preserve">Public visé &amp; </w:t>
      </w:r>
      <w:r>
        <w:rPr>
          <w:b/>
          <w:sz w:val="28"/>
        </w:rPr>
        <w:t>Prérequis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01"/>
        <w:gridCol w:w="4901"/>
      </w:tblGrid>
      <w:tr w:rsidR="00255DA8" w14:paraId="5CF19F01" w14:textId="77777777">
        <w:trPr>
          <w:jc w:val="center"/>
        </w:trPr>
        <w:tc>
          <w:tcPr>
            <w:tcW w:w="4901" w:type="dxa"/>
            <w:shd w:val="clear" w:color="auto" w:fill="99F6E4"/>
          </w:tcPr>
          <w:p w14:paraId="7377B677" w14:textId="77777777" w:rsidR="00255DA8" w:rsidRDefault="00691C02">
            <w:r>
              <w:rPr>
                <w:b/>
              </w:rPr>
              <w:t>Public</w:t>
            </w:r>
          </w:p>
        </w:tc>
        <w:tc>
          <w:tcPr>
            <w:tcW w:w="4901" w:type="dxa"/>
            <w:shd w:val="clear" w:color="auto" w:fill="99F6E4"/>
          </w:tcPr>
          <w:p w14:paraId="529FF11C" w14:textId="77777777" w:rsidR="00255DA8" w:rsidRDefault="00691C02">
            <w:r>
              <w:rPr>
                <w:b/>
              </w:rPr>
              <w:t>Prérequis</w:t>
            </w:r>
          </w:p>
        </w:tc>
      </w:tr>
      <w:tr w:rsidR="00255DA8" w14:paraId="2FC1A0E2" w14:textId="77777777">
        <w:trPr>
          <w:jc w:val="center"/>
        </w:trPr>
        <w:tc>
          <w:tcPr>
            <w:tcW w:w="4901" w:type="dxa"/>
            <w:shd w:val="clear" w:color="auto" w:fill="99F6E4"/>
          </w:tcPr>
          <w:p w14:paraId="3C6DCF6B" w14:textId="77777777" w:rsidR="00255DA8" w:rsidRDefault="00691C02">
            <w:r>
              <w:rPr>
                <w:b/>
              </w:rPr>
              <w:t>Modalités pédagogiques</w:t>
            </w:r>
          </w:p>
        </w:tc>
        <w:tc>
          <w:tcPr>
            <w:tcW w:w="4901" w:type="dxa"/>
            <w:shd w:val="clear" w:color="auto" w:fill="99F6E4"/>
          </w:tcPr>
          <w:p w14:paraId="5BBAFE7B" w14:textId="77777777" w:rsidR="00255DA8" w:rsidRDefault="00691C02">
            <w:r>
              <w:rPr>
                <w:b/>
              </w:rPr>
              <w:t>Évaluation</w:t>
            </w:r>
          </w:p>
        </w:tc>
      </w:tr>
      <w:tr w:rsidR="00255DA8" w14:paraId="64C875E5" w14:textId="77777777">
        <w:trPr>
          <w:jc w:val="center"/>
        </w:trPr>
        <w:tc>
          <w:tcPr>
            <w:tcW w:w="4901" w:type="dxa"/>
            <w:shd w:val="clear" w:color="auto" w:fill="E7F8F5"/>
          </w:tcPr>
          <w:p w14:paraId="3245BCAB" w14:textId="77777777" w:rsidR="00255DA8" w:rsidRDefault="00691C02">
            <w:r>
              <w:t>—</w:t>
            </w:r>
          </w:p>
        </w:tc>
        <w:tc>
          <w:tcPr>
            <w:tcW w:w="4901" w:type="dxa"/>
            <w:shd w:val="clear" w:color="auto" w:fill="E7F8F5"/>
          </w:tcPr>
          <w:p w14:paraId="3863B94C" w14:textId="77777777" w:rsidR="00255DA8" w:rsidRDefault="00691C02">
            <w:r>
              <w:t>—</w:t>
            </w:r>
          </w:p>
        </w:tc>
      </w:tr>
      <w:tr w:rsidR="00255DA8" w14:paraId="3800B940" w14:textId="77777777">
        <w:trPr>
          <w:jc w:val="center"/>
        </w:trPr>
        <w:tc>
          <w:tcPr>
            <w:tcW w:w="4901" w:type="dxa"/>
          </w:tcPr>
          <w:p w14:paraId="795FB17F" w14:textId="77777777" w:rsidR="00255DA8" w:rsidRDefault="00691C02">
            <w:r>
              <w:t>—</w:t>
            </w:r>
          </w:p>
        </w:tc>
        <w:tc>
          <w:tcPr>
            <w:tcW w:w="4901" w:type="dxa"/>
          </w:tcPr>
          <w:p w14:paraId="67295723" w14:textId="77777777" w:rsidR="00255DA8" w:rsidRDefault="00691C02">
            <w:r>
              <w:t>—</w:t>
            </w:r>
          </w:p>
        </w:tc>
      </w:tr>
    </w:tbl>
    <w:p w14:paraId="0ECF966F" w14:textId="77777777" w:rsidR="00255DA8" w:rsidRDefault="00255DA8"/>
    <w:p w14:paraId="4CCACD0E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Programme détaillé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50"/>
        <w:gridCol w:w="2450"/>
        <w:gridCol w:w="2450"/>
        <w:gridCol w:w="2450"/>
      </w:tblGrid>
      <w:tr w:rsidR="00255DA8" w14:paraId="770F1035" w14:textId="77777777">
        <w:trPr>
          <w:jc w:val="center"/>
        </w:trPr>
        <w:tc>
          <w:tcPr>
            <w:tcW w:w="2450" w:type="dxa"/>
            <w:shd w:val="clear" w:color="auto" w:fill="0F766E"/>
          </w:tcPr>
          <w:p w14:paraId="1B297CC9" w14:textId="77777777" w:rsidR="00255DA8" w:rsidRDefault="00691C02">
            <w:r>
              <w:rPr>
                <w:b/>
                <w:color w:val="FFFFFF"/>
              </w:rPr>
              <w:t>Séquence</w:t>
            </w:r>
          </w:p>
        </w:tc>
        <w:tc>
          <w:tcPr>
            <w:tcW w:w="2450" w:type="dxa"/>
            <w:shd w:val="clear" w:color="auto" w:fill="0F766E"/>
          </w:tcPr>
          <w:p w14:paraId="21A4F7AC" w14:textId="77777777" w:rsidR="00255DA8" w:rsidRDefault="00691C02">
            <w:r>
              <w:rPr>
                <w:b/>
                <w:color w:val="FFFFFF"/>
              </w:rPr>
              <w:t>Contenu / Activités</w:t>
            </w:r>
          </w:p>
        </w:tc>
        <w:tc>
          <w:tcPr>
            <w:tcW w:w="2450" w:type="dxa"/>
            <w:shd w:val="clear" w:color="auto" w:fill="0F766E"/>
          </w:tcPr>
          <w:p w14:paraId="50BE545B" w14:textId="77777777" w:rsidR="00255DA8" w:rsidRDefault="00691C02">
            <w:r>
              <w:rPr>
                <w:b/>
                <w:color w:val="FFFFFF"/>
              </w:rPr>
              <w:t>Supports</w:t>
            </w:r>
          </w:p>
        </w:tc>
        <w:tc>
          <w:tcPr>
            <w:tcW w:w="2450" w:type="dxa"/>
            <w:shd w:val="clear" w:color="auto" w:fill="0F766E"/>
          </w:tcPr>
          <w:p w14:paraId="30B6FCDA" w14:textId="77777777" w:rsidR="00255DA8" w:rsidRDefault="00691C02">
            <w:r>
              <w:rPr>
                <w:b/>
                <w:color w:val="FFFFFF"/>
              </w:rPr>
              <w:t>Durée</w:t>
            </w:r>
          </w:p>
        </w:tc>
      </w:tr>
      <w:tr w:rsidR="00255DA8" w14:paraId="6AD6C691" w14:textId="77777777">
        <w:trPr>
          <w:jc w:val="center"/>
        </w:trPr>
        <w:tc>
          <w:tcPr>
            <w:tcW w:w="2450" w:type="dxa"/>
            <w:shd w:val="clear" w:color="auto" w:fill="E7F8F5"/>
          </w:tcPr>
          <w:p w14:paraId="17EDB95E" w14:textId="77777777" w:rsidR="00255DA8" w:rsidRDefault="00691C02">
            <w:r>
              <w:t>S1</w:t>
            </w:r>
          </w:p>
        </w:tc>
        <w:tc>
          <w:tcPr>
            <w:tcW w:w="2450" w:type="dxa"/>
            <w:shd w:val="clear" w:color="auto" w:fill="E7F8F5"/>
          </w:tcPr>
          <w:p w14:paraId="15ED0539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40EE066B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0678FEE2" w14:textId="77777777" w:rsidR="00255DA8" w:rsidRDefault="00691C02">
            <w:r>
              <w:t>—</w:t>
            </w:r>
          </w:p>
        </w:tc>
      </w:tr>
      <w:tr w:rsidR="00255DA8" w14:paraId="77C93588" w14:textId="77777777">
        <w:trPr>
          <w:jc w:val="center"/>
        </w:trPr>
        <w:tc>
          <w:tcPr>
            <w:tcW w:w="2450" w:type="dxa"/>
          </w:tcPr>
          <w:p w14:paraId="4C8C97CB" w14:textId="77777777" w:rsidR="00255DA8" w:rsidRDefault="00691C02">
            <w:r>
              <w:t>S2</w:t>
            </w:r>
          </w:p>
        </w:tc>
        <w:tc>
          <w:tcPr>
            <w:tcW w:w="2450" w:type="dxa"/>
          </w:tcPr>
          <w:p w14:paraId="48A82EF9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771ED355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749E4BA7" w14:textId="77777777" w:rsidR="00255DA8" w:rsidRDefault="00691C02">
            <w:r>
              <w:t>—</w:t>
            </w:r>
          </w:p>
        </w:tc>
      </w:tr>
      <w:tr w:rsidR="00255DA8" w14:paraId="7FB2004F" w14:textId="77777777">
        <w:trPr>
          <w:jc w:val="center"/>
        </w:trPr>
        <w:tc>
          <w:tcPr>
            <w:tcW w:w="2450" w:type="dxa"/>
            <w:shd w:val="clear" w:color="auto" w:fill="E7F8F5"/>
          </w:tcPr>
          <w:p w14:paraId="7D17A9F3" w14:textId="77777777" w:rsidR="00255DA8" w:rsidRDefault="00691C02">
            <w:r>
              <w:t>S3</w:t>
            </w:r>
          </w:p>
        </w:tc>
        <w:tc>
          <w:tcPr>
            <w:tcW w:w="2450" w:type="dxa"/>
            <w:shd w:val="clear" w:color="auto" w:fill="E7F8F5"/>
          </w:tcPr>
          <w:p w14:paraId="0FDFBFBF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15CBCE97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46C14648" w14:textId="77777777" w:rsidR="00255DA8" w:rsidRDefault="00691C02">
            <w:r>
              <w:t>—</w:t>
            </w:r>
          </w:p>
        </w:tc>
      </w:tr>
      <w:tr w:rsidR="00255DA8" w14:paraId="1D12D491" w14:textId="77777777">
        <w:trPr>
          <w:jc w:val="center"/>
        </w:trPr>
        <w:tc>
          <w:tcPr>
            <w:tcW w:w="2450" w:type="dxa"/>
          </w:tcPr>
          <w:p w14:paraId="6AC2D3D4" w14:textId="77777777" w:rsidR="00255DA8" w:rsidRDefault="00691C02">
            <w:r>
              <w:t>S4</w:t>
            </w:r>
          </w:p>
        </w:tc>
        <w:tc>
          <w:tcPr>
            <w:tcW w:w="2450" w:type="dxa"/>
          </w:tcPr>
          <w:p w14:paraId="4F45530B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318F9D78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6D98E194" w14:textId="77777777" w:rsidR="00255DA8" w:rsidRDefault="00691C02">
            <w:r>
              <w:t>—</w:t>
            </w:r>
          </w:p>
        </w:tc>
      </w:tr>
      <w:tr w:rsidR="00255DA8" w14:paraId="261D2B3A" w14:textId="77777777">
        <w:trPr>
          <w:jc w:val="center"/>
        </w:trPr>
        <w:tc>
          <w:tcPr>
            <w:tcW w:w="2450" w:type="dxa"/>
            <w:shd w:val="clear" w:color="auto" w:fill="E7F8F5"/>
          </w:tcPr>
          <w:p w14:paraId="7671846E" w14:textId="77777777" w:rsidR="00255DA8" w:rsidRDefault="00691C02">
            <w:r>
              <w:t>S5</w:t>
            </w:r>
          </w:p>
        </w:tc>
        <w:tc>
          <w:tcPr>
            <w:tcW w:w="2450" w:type="dxa"/>
            <w:shd w:val="clear" w:color="auto" w:fill="E7F8F5"/>
          </w:tcPr>
          <w:p w14:paraId="7BF27448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1F63E5F8" w14:textId="77777777" w:rsidR="00255DA8" w:rsidRDefault="00691C02">
            <w:r>
              <w:t>—</w:t>
            </w:r>
          </w:p>
        </w:tc>
        <w:tc>
          <w:tcPr>
            <w:tcW w:w="2450" w:type="dxa"/>
            <w:shd w:val="clear" w:color="auto" w:fill="E7F8F5"/>
          </w:tcPr>
          <w:p w14:paraId="567A1FA7" w14:textId="77777777" w:rsidR="00255DA8" w:rsidRDefault="00691C02">
            <w:r>
              <w:t>—</w:t>
            </w:r>
          </w:p>
        </w:tc>
      </w:tr>
      <w:tr w:rsidR="00255DA8" w14:paraId="51EA37B8" w14:textId="77777777">
        <w:trPr>
          <w:jc w:val="center"/>
        </w:trPr>
        <w:tc>
          <w:tcPr>
            <w:tcW w:w="2450" w:type="dxa"/>
          </w:tcPr>
          <w:p w14:paraId="48101694" w14:textId="77777777" w:rsidR="00255DA8" w:rsidRDefault="00691C02">
            <w:r>
              <w:t>S6</w:t>
            </w:r>
          </w:p>
        </w:tc>
        <w:tc>
          <w:tcPr>
            <w:tcW w:w="2450" w:type="dxa"/>
          </w:tcPr>
          <w:p w14:paraId="2C3F02AF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0856C207" w14:textId="77777777" w:rsidR="00255DA8" w:rsidRDefault="00691C02">
            <w:r>
              <w:t>—</w:t>
            </w:r>
          </w:p>
        </w:tc>
        <w:tc>
          <w:tcPr>
            <w:tcW w:w="2450" w:type="dxa"/>
          </w:tcPr>
          <w:p w14:paraId="035E40D7" w14:textId="77777777" w:rsidR="00255DA8" w:rsidRDefault="00691C02">
            <w:r>
              <w:t>—</w:t>
            </w:r>
          </w:p>
        </w:tc>
      </w:tr>
    </w:tbl>
    <w:p w14:paraId="21686FDA" w14:textId="77777777" w:rsidR="00255DA8" w:rsidRDefault="00255DA8"/>
    <w:p w14:paraId="3E97C826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Participants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34"/>
        <w:gridCol w:w="1634"/>
        <w:gridCol w:w="1634"/>
        <w:gridCol w:w="1634"/>
        <w:gridCol w:w="1634"/>
        <w:gridCol w:w="1634"/>
      </w:tblGrid>
      <w:tr w:rsidR="00255DA8" w14:paraId="12DAE37D" w14:textId="77777777">
        <w:tc>
          <w:tcPr>
            <w:tcW w:w="1634" w:type="dxa"/>
            <w:shd w:val="clear" w:color="auto" w:fill="0F766E"/>
          </w:tcPr>
          <w:p w14:paraId="5FE63E5B" w14:textId="77777777" w:rsidR="00255DA8" w:rsidRDefault="00691C02">
            <w:r>
              <w:rPr>
                <w:b/>
                <w:color w:val="FFFFFF"/>
              </w:rPr>
              <w:lastRenderedPageBreak/>
              <w:t>#</w:t>
            </w:r>
          </w:p>
        </w:tc>
        <w:tc>
          <w:tcPr>
            <w:tcW w:w="1634" w:type="dxa"/>
            <w:shd w:val="clear" w:color="auto" w:fill="0F766E"/>
          </w:tcPr>
          <w:p w14:paraId="1EF3201F" w14:textId="77777777" w:rsidR="00255DA8" w:rsidRDefault="00691C02">
            <w:r>
              <w:rPr>
                <w:b/>
                <w:color w:val="FFFFFF"/>
              </w:rPr>
              <w:t>Nom &amp; Prénom</w:t>
            </w:r>
          </w:p>
        </w:tc>
        <w:tc>
          <w:tcPr>
            <w:tcW w:w="1634" w:type="dxa"/>
            <w:shd w:val="clear" w:color="auto" w:fill="0F766E"/>
          </w:tcPr>
          <w:p w14:paraId="702410C9" w14:textId="77777777" w:rsidR="00255DA8" w:rsidRDefault="00691C02">
            <w:r>
              <w:rPr>
                <w:b/>
                <w:color w:val="FFFFFF"/>
              </w:rPr>
              <w:t>Fonction</w:t>
            </w:r>
          </w:p>
        </w:tc>
        <w:tc>
          <w:tcPr>
            <w:tcW w:w="1634" w:type="dxa"/>
            <w:shd w:val="clear" w:color="auto" w:fill="0F766E"/>
          </w:tcPr>
          <w:p w14:paraId="32A4F2D2" w14:textId="77777777" w:rsidR="00255DA8" w:rsidRDefault="00691C02">
            <w:r>
              <w:rPr>
                <w:b/>
                <w:color w:val="FFFFFF"/>
              </w:rPr>
              <w:t>Service</w:t>
            </w:r>
          </w:p>
        </w:tc>
        <w:tc>
          <w:tcPr>
            <w:tcW w:w="1634" w:type="dxa"/>
            <w:shd w:val="clear" w:color="auto" w:fill="0F766E"/>
          </w:tcPr>
          <w:p w14:paraId="7D04293E" w14:textId="77777777" w:rsidR="00255DA8" w:rsidRDefault="00691C02">
            <w:r>
              <w:rPr>
                <w:b/>
                <w:color w:val="FFFFFF"/>
              </w:rPr>
              <w:t>Présence</w:t>
            </w:r>
          </w:p>
        </w:tc>
        <w:tc>
          <w:tcPr>
            <w:tcW w:w="1634" w:type="dxa"/>
            <w:shd w:val="clear" w:color="auto" w:fill="0F766E"/>
          </w:tcPr>
          <w:p w14:paraId="23AF3041" w14:textId="77777777" w:rsidR="00255DA8" w:rsidRDefault="00691C02">
            <w:r>
              <w:rPr>
                <w:b/>
                <w:color w:val="FFFFFF"/>
              </w:rPr>
              <w:t>Signature</w:t>
            </w:r>
          </w:p>
        </w:tc>
      </w:tr>
      <w:tr w:rsidR="00255DA8" w14:paraId="14713234" w14:textId="77777777">
        <w:tc>
          <w:tcPr>
            <w:tcW w:w="1634" w:type="dxa"/>
          </w:tcPr>
          <w:p w14:paraId="7255FCE3" w14:textId="77777777" w:rsidR="00255DA8" w:rsidRDefault="00691C02">
            <w:r>
              <w:t>1</w:t>
            </w:r>
          </w:p>
        </w:tc>
        <w:tc>
          <w:tcPr>
            <w:tcW w:w="1634" w:type="dxa"/>
          </w:tcPr>
          <w:p w14:paraId="67D37F6E" w14:textId="77777777" w:rsidR="00255DA8" w:rsidRDefault="00255DA8"/>
        </w:tc>
        <w:tc>
          <w:tcPr>
            <w:tcW w:w="1634" w:type="dxa"/>
          </w:tcPr>
          <w:p w14:paraId="37CC9F9D" w14:textId="77777777" w:rsidR="00255DA8" w:rsidRDefault="00255DA8"/>
        </w:tc>
        <w:tc>
          <w:tcPr>
            <w:tcW w:w="1634" w:type="dxa"/>
          </w:tcPr>
          <w:p w14:paraId="40141F27" w14:textId="77777777" w:rsidR="00255DA8" w:rsidRDefault="00255DA8"/>
        </w:tc>
        <w:tc>
          <w:tcPr>
            <w:tcW w:w="1634" w:type="dxa"/>
          </w:tcPr>
          <w:p w14:paraId="5EFC0231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04ED08A4" w14:textId="77777777" w:rsidR="00255DA8" w:rsidRDefault="00255DA8"/>
        </w:tc>
      </w:tr>
      <w:tr w:rsidR="00255DA8" w14:paraId="10E95ABC" w14:textId="77777777">
        <w:tc>
          <w:tcPr>
            <w:tcW w:w="1634" w:type="dxa"/>
          </w:tcPr>
          <w:p w14:paraId="559FB853" w14:textId="77777777" w:rsidR="00255DA8" w:rsidRDefault="00691C02">
            <w:r>
              <w:t>2</w:t>
            </w:r>
          </w:p>
        </w:tc>
        <w:tc>
          <w:tcPr>
            <w:tcW w:w="1634" w:type="dxa"/>
          </w:tcPr>
          <w:p w14:paraId="6B6F3446" w14:textId="77777777" w:rsidR="00255DA8" w:rsidRDefault="00255DA8"/>
        </w:tc>
        <w:tc>
          <w:tcPr>
            <w:tcW w:w="1634" w:type="dxa"/>
          </w:tcPr>
          <w:p w14:paraId="24353F64" w14:textId="77777777" w:rsidR="00255DA8" w:rsidRDefault="00255DA8"/>
        </w:tc>
        <w:tc>
          <w:tcPr>
            <w:tcW w:w="1634" w:type="dxa"/>
          </w:tcPr>
          <w:p w14:paraId="29CDB0C7" w14:textId="77777777" w:rsidR="00255DA8" w:rsidRDefault="00255DA8"/>
        </w:tc>
        <w:tc>
          <w:tcPr>
            <w:tcW w:w="1634" w:type="dxa"/>
          </w:tcPr>
          <w:p w14:paraId="530386C7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49565AE2" w14:textId="77777777" w:rsidR="00255DA8" w:rsidRDefault="00255DA8"/>
        </w:tc>
      </w:tr>
      <w:tr w:rsidR="00255DA8" w14:paraId="50D91DC9" w14:textId="77777777">
        <w:tc>
          <w:tcPr>
            <w:tcW w:w="1634" w:type="dxa"/>
          </w:tcPr>
          <w:p w14:paraId="634A8E79" w14:textId="77777777" w:rsidR="00255DA8" w:rsidRDefault="00691C02">
            <w:r>
              <w:t>3</w:t>
            </w:r>
          </w:p>
        </w:tc>
        <w:tc>
          <w:tcPr>
            <w:tcW w:w="1634" w:type="dxa"/>
          </w:tcPr>
          <w:p w14:paraId="3E48B04B" w14:textId="77777777" w:rsidR="00255DA8" w:rsidRDefault="00255DA8"/>
        </w:tc>
        <w:tc>
          <w:tcPr>
            <w:tcW w:w="1634" w:type="dxa"/>
          </w:tcPr>
          <w:p w14:paraId="059FFC26" w14:textId="77777777" w:rsidR="00255DA8" w:rsidRDefault="00255DA8"/>
        </w:tc>
        <w:tc>
          <w:tcPr>
            <w:tcW w:w="1634" w:type="dxa"/>
          </w:tcPr>
          <w:p w14:paraId="6598FB8B" w14:textId="77777777" w:rsidR="00255DA8" w:rsidRDefault="00255DA8"/>
        </w:tc>
        <w:tc>
          <w:tcPr>
            <w:tcW w:w="1634" w:type="dxa"/>
          </w:tcPr>
          <w:p w14:paraId="38F6F71C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7572D16C" w14:textId="77777777" w:rsidR="00255DA8" w:rsidRDefault="00255DA8"/>
        </w:tc>
      </w:tr>
      <w:tr w:rsidR="00255DA8" w14:paraId="65B4FB5D" w14:textId="77777777">
        <w:tc>
          <w:tcPr>
            <w:tcW w:w="1634" w:type="dxa"/>
          </w:tcPr>
          <w:p w14:paraId="3458841C" w14:textId="77777777" w:rsidR="00255DA8" w:rsidRDefault="00691C02">
            <w:r>
              <w:t>4</w:t>
            </w:r>
          </w:p>
        </w:tc>
        <w:tc>
          <w:tcPr>
            <w:tcW w:w="1634" w:type="dxa"/>
          </w:tcPr>
          <w:p w14:paraId="42D0E2B7" w14:textId="77777777" w:rsidR="00255DA8" w:rsidRDefault="00255DA8"/>
        </w:tc>
        <w:tc>
          <w:tcPr>
            <w:tcW w:w="1634" w:type="dxa"/>
          </w:tcPr>
          <w:p w14:paraId="62965754" w14:textId="77777777" w:rsidR="00255DA8" w:rsidRDefault="00255DA8"/>
        </w:tc>
        <w:tc>
          <w:tcPr>
            <w:tcW w:w="1634" w:type="dxa"/>
          </w:tcPr>
          <w:p w14:paraId="3CA10AFB" w14:textId="77777777" w:rsidR="00255DA8" w:rsidRDefault="00255DA8"/>
        </w:tc>
        <w:tc>
          <w:tcPr>
            <w:tcW w:w="1634" w:type="dxa"/>
          </w:tcPr>
          <w:p w14:paraId="092F1461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6E2D94DE" w14:textId="77777777" w:rsidR="00255DA8" w:rsidRDefault="00255DA8"/>
        </w:tc>
      </w:tr>
      <w:tr w:rsidR="00255DA8" w14:paraId="27D60606" w14:textId="77777777">
        <w:tc>
          <w:tcPr>
            <w:tcW w:w="1634" w:type="dxa"/>
          </w:tcPr>
          <w:p w14:paraId="6B1BFC38" w14:textId="77777777" w:rsidR="00255DA8" w:rsidRDefault="00691C02">
            <w:r>
              <w:t>5</w:t>
            </w:r>
          </w:p>
        </w:tc>
        <w:tc>
          <w:tcPr>
            <w:tcW w:w="1634" w:type="dxa"/>
          </w:tcPr>
          <w:p w14:paraId="2BA7DD97" w14:textId="77777777" w:rsidR="00255DA8" w:rsidRDefault="00255DA8"/>
        </w:tc>
        <w:tc>
          <w:tcPr>
            <w:tcW w:w="1634" w:type="dxa"/>
          </w:tcPr>
          <w:p w14:paraId="61ECBD66" w14:textId="77777777" w:rsidR="00255DA8" w:rsidRDefault="00255DA8"/>
        </w:tc>
        <w:tc>
          <w:tcPr>
            <w:tcW w:w="1634" w:type="dxa"/>
          </w:tcPr>
          <w:p w14:paraId="522AE033" w14:textId="77777777" w:rsidR="00255DA8" w:rsidRDefault="00255DA8"/>
        </w:tc>
        <w:tc>
          <w:tcPr>
            <w:tcW w:w="1634" w:type="dxa"/>
          </w:tcPr>
          <w:p w14:paraId="51E7DED1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475BCD0B" w14:textId="77777777" w:rsidR="00255DA8" w:rsidRDefault="00255DA8"/>
        </w:tc>
      </w:tr>
      <w:tr w:rsidR="00255DA8" w14:paraId="720E836D" w14:textId="77777777">
        <w:tc>
          <w:tcPr>
            <w:tcW w:w="1634" w:type="dxa"/>
          </w:tcPr>
          <w:p w14:paraId="58B1E4A7" w14:textId="77777777" w:rsidR="00255DA8" w:rsidRDefault="00691C02">
            <w:r>
              <w:t>6</w:t>
            </w:r>
          </w:p>
        </w:tc>
        <w:tc>
          <w:tcPr>
            <w:tcW w:w="1634" w:type="dxa"/>
          </w:tcPr>
          <w:p w14:paraId="3B9DB7A8" w14:textId="77777777" w:rsidR="00255DA8" w:rsidRDefault="00255DA8"/>
        </w:tc>
        <w:tc>
          <w:tcPr>
            <w:tcW w:w="1634" w:type="dxa"/>
          </w:tcPr>
          <w:p w14:paraId="2C9B6B78" w14:textId="77777777" w:rsidR="00255DA8" w:rsidRDefault="00255DA8"/>
        </w:tc>
        <w:tc>
          <w:tcPr>
            <w:tcW w:w="1634" w:type="dxa"/>
          </w:tcPr>
          <w:p w14:paraId="6176A05A" w14:textId="77777777" w:rsidR="00255DA8" w:rsidRDefault="00255DA8"/>
        </w:tc>
        <w:tc>
          <w:tcPr>
            <w:tcW w:w="1634" w:type="dxa"/>
          </w:tcPr>
          <w:p w14:paraId="1EF27AA8" w14:textId="77777777" w:rsidR="00255DA8" w:rsidRDefault="00691C02">
            <w:r>
              <w:t>☐</w:t>
            </w:r>
            <w:r>
              <w:t xml:space="preserve"> Matin  ☐ Après-midi  ☐ </w:t>
            </w:r>
            <w:r>
              <w:t>Journée</w:t>
            </w:r>
          </w:p>
        </w:tc>
        <w:tc>
          <w:tcPr>
            <w:tcW w:w="1634" w:type="dxa"/>
          </w:tcPr>
          <w:p w14:paraId="57585054" w14:textId="77777777" w:rsidR="00255DA8" w:rsidRDefault="00255DA8"/>
        </w:tc>
      </w:tr>
      <w:tr w:rsidR="00255DA8" w14:paraId="2B6C2884" w14:textId="77777777">
        <w:tc>
          <w:tcPr>
            <w:tcW w:w="1634" w:type="dxa"/>
          </w:tcPr>
          <w:p w14:paraId="31D4CF6E" w14:textId="77777777" w:rsidR="00255DA8" w:rsidRDefault="00691C02">
            <w:r>
              <w:t>7</w:t>
            </w:r>
          </w:p>
        </w:tc>
        <w:tc>
          <w:tcPr>
            <w:tcW w:w="1634" w:type="dxa"/>
          </w:tcPr>
          <w:p w14:paraId="4C2678EA" w14:textId="77777777" w:rsidR="00255DA8" w:rsidRDefault="00255DA8"/>
        </w:tc>
        <w:tc>
          <w:tcPr>
            <w:tcW w:w="1634" w:type="dxa"/>
          </w:tcPr>
          <w:p w14:paraId="7AF98D8F" w14:textId="77777777" w:rsidR="00255DA8" w:rsidRDefault="00255DA8"/>
        </w:tc>
        <w:tc>
          <w:tcPr>
            <w:tcW w:w="1634" w:type="dxa"/>
          </w:tcPr>
          <w:p w14:paraId="52B89E02" w14:textId="77777777" w:rsidR="00255DA8" w:rsidRDefault="00255DA8"/>
        </w:tc>
        <w:tc>
          <w:tcPr>
            <w:tcW w:w="1634" w:type="dxa"/>
          </w:tcPr>
          <w:p w14:paraId="0F92A4B2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07C4FEB5" w14:textId="77777777" w:rsidR="00255DA8" w:rsidRDefault="00255DA8"/>
        </w:tc>
      </w:tr>
      <w:tr w:rsidR="00255DA8" w14:paraId="2D3617EE" w14:textId="77777777">
        <w:tc>
          <w:tcPr>
            <w:tcW w:w="1634" w:type="dxa"/>
          </w:tcPr>
          <w:p w14:paraId="6F5B23B8" w14:textId="77777777" w:rsidR="00255DA8" w:rsidRDefault="00691C02">
            <w:r>
              <w:t>8</w:t>
            </w:r>
          </w:p>
        </w:tc>
        <w:tc>
          <w:tcPr>
            <w:tcW w:w="1634" w:type="dxa"/>
          </w:tcPr>
          <w:p w14:paraId="16764CE5" w14:textId="77777777" w:rsidR="00255DA8" w:rsidRDefault="00255DA8"/>
        </w:tc>
        <w:tc>
          <w:tcPr>
            <w:tcW w:w="1634" w:type="dxa"/>
          </w:tcPr>
          <w:p w14:paraId="5370BB31" w14:textId="77777777" w:rsidR="00255DA8" w:rsidRDefault="00255DA8"/>
        </w:tc>
        <w:tc>
          <w:tcPr>
            <w:tcW w:w="1634" w:type="dxa"/>
          </w:tcPr>
          <w:p w14:paraId="26CA2403" w14:textId="77777777" w:rsidR="00255DA8" w:rsidRDefault="00255DA8"/>
        </w:tc>
        <w:tc>
          <w:tcPr>
            <w:tcW w:w="1634" w:type="dxa"/>
          </w:tcPr>
          <w:p w14:paraId="33D45F6E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755DDEB7" w14:textId="77777777" w:rsidR="00255DA8" w:rsidRDefault="00255DA8"/>
        </w:tc>
      </w:tr>
      <w:tr w:rsidR="00255DA8" w14:paraId="1F01BF89" w14:textId="77777777">
        <w:tc>
          <w:tcPr>
            <w:tcW w:w="1634" w:type="dxa"/>
          </w:tcPr>
          <w:p w14:paraId="0F40CC45" w14:textId="77777777" w:rsidR="00255DA8" w:rsidRDefault="00691C02">
            <w:r>
              <w:t>9</w:t>
            </w:r>
          </w:p>
        </w:tc>
        <w:tc>
          <w:tcPr>
            <w:tcW w:w="1634" w:type="dxa"/>
          </w:tcPr>
          <w:p w14:paraId="43E93F7E" w14:textId="77777777" w:rsidR="00255DA8" w:rsidRDefault="00255DA8"/>
        </w:tc>
        <w:tc>
          <w:tcPr>
            <w:tcW w:w="1634" w:type="dxa"/>
          </w:tcPr>
          <w:p w14:paraId="6635A91A" w14:textId="77777777" w:rsidR="00255DA8" w:rsidRDefault="00255DA8"/>
        </w:tc>
        <w:tc>
          <w:tcPr>
            <w:tcW w:w="1634" w:type="dxa"/>
          </w:tcPr>
          <w:p w14:paraId="33A52C9A" w14:textId="77777777" w:rsidR="00255DA8" w:rsidRDefault="00255DA8"/>
        </w:tc>
        <w:tc>
          <w:tcPr>
            <w:tcW w:w="1634" w:type="dxa"/>
          </w:tcPr>
          <w:p w14:paraId="62ACE7D6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1E46D90E" w14:textId="77777777" w:rsidR="00255DA8" w:rsidRDefault="00255DA8"/>
        </w:tc>
      </w:tr>
      <w:tr w:rsidR="00255DA8" w14:paraId="0671CF34" w14:textId="77777777">
        <w:tc>
          <w:tcPr>
            <w:tcW w:w="1634" w:type="dxa"/>
          </w:tcPr>
          <w:p w14:paraId="211DAF42" w14:textId="77777777" w:rsidR="00255DA8" w:rsidRDefault="00691C02">
            <w:r>
              <w:t>10</w:t>
            </w:r>
          </w:p>
        </w:tc>
        <w:tc>
          <w:tcPr>
            <w:tcW w:w="1634" w:type="dxa"/>
          </w:tcPr>
          <w:p w14:paraId="0AD92B35" w14:textId="77777777" w:rsidR="00255DA8" w:rsidRDefault="00255DA8"/>
        </w:tc>
        <w:tc>
          <w:tcPr>
            <w:tcW w:w="1634" w:type="dxa"/>
          </w:tcPr>
          <w:p w14:paraId="485B3485" w14:textId="77777777" w:rsidR="00255DA8" w:rsidRDefault="00255DA8"/>
        </w:tc>
        <w:tc>
          <w:tcPr>
            <w:tcW w:w="1634" w:type="dxa"/>
          </w:tcPr>
          <w:p w14:paraId="6DFAA8DB" w14:textId="77777777" w:rsidR="00255DA8" w:rsidRDefault="00255DA8"/>
        </w:tc>
        <w:tc>
          <w:tcPr>
            <w:tcW w:w="1634" w:type="dxa"/>
          </w:tcPr>
          <w:p w14:paraId="442CD1E5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067D0D3F" w14:textId="77777777" w:rsidR="00255DA8" w:rsidRDefault="00255DA8"/>
        </w:tc>
      </w:tr>
      <w:tr w:rsidR="00255DA8" w14:paraId="2D845E92" w14:textId="77777777">
        <w:tc>
          <w:tcPr>
            <w:tcW w:w="1634" w:type="dxa"/>
          </w:tcPr>
          <w:p w14:paraId="5726C2E6" w14:textId="77777777" w:rsidR="00255DA8" w:rsidRDefault="00691C02">
            <w:r>
              <w:t>11</w:t>
            </w:r>
          </w:p>
        </w:tc>
        <w:tc>
          <w:tcPr>
            <w:tcW w:w="1634" w:type="dxa"/>
          </w:tcPr>
          <w:p w14:paraId="050FD690" w14:textId="77777777" w:rsidR="00255DA8" w:rsidRDefault="00255DA8"/>
        </w:tc>
        <w:tc>
          <w:tcPr>
            <w:tcW w:w="1634" w:type="dxa"/>
          </w:tcPr>
          <w:p w14:paraId="4BA70018" w14:textId="77777777" w:rsidR="00255DA8" w:rsidRDefault="00255DA8"/>
        </w:tc>
        <w:tc>
          <w:tcPr>
            <w:tcW w:w="1634" w:type="dxa"/>
          </w:tcPr>
          <w:p w14:paraId="60BB71E2" w14:textId="77777777" w:rsidR="00255DA8" w:rsidRDefault="00255DA8"/>
        </w:tc>
        <w:tc>
          <w:tcPr>
            <w:tcW w:w="1634" w:type="dxa"/>
          </w:tcPr>
          <w:p w14:paraId="120CCACA" w14:textId="77777777" w:rsidR="00255DA8" w:rsidRDefault="00691C02">
            <w:r>
              <w:t>☐</w:t>
            </w:r>
            <w:r>
              <w:t xml:space="preserve"> Matin  ☐ Après-midi  ☐ Journée</w:t>
            </w:r>
          </w:p>
        </w:tc>
        <w:tc>
          <w:tcPr>
            <w:tcW w:w="1634" w:type="dxa"/>
          </w:tcPr>
          <w:p w14:paraId="0FCC5923" w14:textId="77777777" w:rsidR="00255DA8" w:rsidRDefault="00255DA8"/>
        </w:tc>
      </w:tr>
      <w:tr w:rsidR="00255DA8" w14:paraId="545CE36F" w14:textId="77777777">
        <w:tc>
          <w:tcPr>
            <w:tcW w:w="1634" w:type="dxa"/>
          </w:tcPr>
          <w:p w14:paraId="4A2CCC1F" w14:textId="77777777" w:rsidR="00255DA8" w:rsidRDefault="00691C02">
            <w:r>
              <w:lastRenderedPageBreak/>
              <w:t>12</w:t>
            </w:r>
          </w:p>
        </w:tc>
        <w:tc>
          <w:tcPr>
            <w:tcW w:w="1634" w:type="dxa"/>
          </w:tcPr>
          <w:p w14:paraId="339FAD3C" w14:textId="77777777" w:rsidR="00255DA8" w:rsidRDefault="00255DA8"/>
        </w:tc>
        <w:tc>
          <w:tcPr>
            <w:tcW w:w="1634" w:type="dxa"/>
          </w:tcPr>
          <w:p w14:paraId="0FC5A6D3" w14:textId="77777777" w:rsidR="00255DA8" w:rsidRDefault="00255DA8"/>
        </w:tc>
        <w:tc>
          <w:tcPr>
            <w:tcW w:w="1634" w:type="dxa"/>
          </w:tcPr>
          <w:p w14:paraId="2C9D9FD4" w14:textId="77777777" w:rsidR="00255DA8" w:rsidRDefault="00255DA8"/>
        </w:tc>
        <w:tc>
          <w:tcPr>
            <w:tcW w:w="1634" w:type="dxa"/>
          </w:tcPr>
          <w:p w14:paraId="3609642E" w14:textId="77777777" w:rsidR="00255DA8" w:rsidRDefault="00691C02">
            <w:r>
              <w:t>☐</w:t>
            </w:r>
            <w:r>
              <w:t xml:space="preserve"> Matin  ☐ Après-midi  ☐ </w:t>
            </w:r>
            <w:r>
              <w:t>Journée</w:t>
            </w:r>
          </w:p>
        </w:tc>
        <w:tc>
          <w:tcPr>
            <w:tcW w:w="1634" w:type="dxa"/>
          </w:tcPr>
          <w:p w14:paraId="2154FC39" w14:textId="77777777" w:rsidR="00255DA8" w:rsidRDefault="00255DA8"/>
        </w:tc>
      </w:tr>
    </w:tbl>
    <w:p w14:paraId="0A8DF32B" w14:textId="77777777" w:rsidR="00255DA8" w:rsidRDefault="00255DA8"/>
    <w:p w14:paraId="02B663EF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Évaluation à chaud (1=faible, 5=excellent)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28"/>
        <w:gridCol w:w="1378"/>
        <w:gridCol w:w="1379"/>
        <w:gridCol w:w="1379"/>
        <w:gridCol w:w="1379"/>
        <w:gridCol w:w="1379"/>
        <w:gridCol w:w="1696"/>
      </w:tblGrid>
      <w:tr w:rsidR="00255DA8" w14:paraId="1CBF3C77" w14:textId="77777777">
        <w:tc>
          <w:tcPr>
            <w:tcW w:w="1400" w:type="dxa"/>
            <w:shd w:val="clear" w:color="auto" w:fill="0F766E"/>
          </w:tcPr>
          <w:p w14:paraId="2A247ADA" w14:textId="77777777" w:rsidR="00255DA8" w:rsidRDefault="00691C02">
            <w:r>
              <w:rPr>
                <w:b/>
                <w:color w:val="FFFFFF"/>
              </w:rPr>
              <w:t>Critère</w:t>
            </w:r>
          </w:p>
        </w:tc>
        <w:tc>
          <w:tcPr>
            <w:tcW w:w="1400" w:type="dxa"/>
            <w:shd w:val="clear" w:color="auto" w:fill="0F766E"/>
          </w:tcPr>
          <w:p w14:paraId="5489CB6C" w14:textId="77777777" w:rsidR="00255DA8" w:rsidRDefault="00691C02">
            <w:r>
              <w:rPr>
                <w:b/>
                <w:color w:val="FFFFFF"/>
              </w:rPr>
              <w:t>1</w:t>
            </w:r>
          </w:p>
        </w:tc>
        <w:tc>
          <w:tcPr>
            <w:tcW w:w="1400" w:type="dxa"/>
            <w:shd w:val="clear" w:color="auto" w:fill="0F766E"/>
          </w:tcPr>
          <w:p w14:paraId="454DD0FD" w14:textId="77777777" w:rsidR="00255DA8" w:rsidRDefault="00691C02">
            <w:r>
              <w:rPr>
                <w:b/>
                <w:color w:val="FFFFFF"/>
              </w:rPr>
              <w:t>2</w:t>
            </w:r>
          </w:p>
        </w:tc>
        <w:tc>
          <w:tcPr>
            <w:tcW w:w="1400" w:type="dxa"/>
            <w:shd w:val="clear" w:color="auto" w:fill="0F766E"/>
          </w:tcPr>
          <w:p w14:paraId="5557632F" w14:textId="77777777" w:rsidR="00255DA8" w:rsidRDefault="00691C02">
            <w:r>
              <w:rPr>
                <w:b/>
                <w:color w:val="FFFFFF"/>
              </w:rPr>
              <w:t>3</w:t>
            </w:r>
          </w:p>
        </w:tc>
        <w:tc>
          <w:tcPr>
            <w:tcW w:w="1400" w:type="dxa"/>
            <w:shd w:val="clear" w:color="auto" w:fill="0F766E"/>
          </w:tcPr>
          <w:p w14:paraId="1484E3C9" w14:textId="77777777" w:rsidR="00255DA8" w:rsidRDefault="00691C02">
            <w:r>
              <w:rPr>
                <w:b/>
                <w:color w:val="FFFFFF"/>
              </w:rPr>
              <w:t>4</w:t>
            </w:r>
          </w:p>
        </w:tc>
        <w:tc>
          <w:tcPr>
            <w:tcW w:w="1400" w:type="dxa"/>
            <w:shd w:val="clear" w:color="auto" w:fill="0F766E"/>
          </w:tcPr>
          <w:p w14:paraId="4923441A" w14:textId="77777777" w:rsidR="00255DA8" w:rsidRDefault="00691C02">
            <w:r>
              <w:rPr>
                <w:b/>
                <w:color w:val="FFFFFF"/>
              </w:rPr>
              <w:t>5</w:t>
            </w:r>
          </w:p>
        </w:tc>
        <w:tc>
          <w:tcPr>
            <w:tcW w:w="1400" w:type="dxa"/>
            <w:shd w:val="clear" w:color="auto" w:fill="0F766E"/>
          </w:tcPr>
          <w:p w14:paraId="68F8681E" w14:textId="77777777" w:rsidR="00255DA8" w:rsidRDefault="00691C02">
            <w:r>
              <w:rPr>
                <w:b/>
                <w:color w:val="FFFFFF"/>
              </w:rPr>
              <w:t>Commentaires</w:t>
            </w:r>
          </w:p>
        </w:tc>
      </w:tr>
      <w:tr w:rsidR="00255DA8" w14:paraId="7DC165A3" w14:textId="77777777">
        <w:tc>
          <w:tcPr>
            <w:tcW w:w="1400" w:type="dxa"/>
          </w:tcPr>
          <w:p w14:paraId="6F7F547B" w14:textId="77777777" w:rsidR="00255DA8" w:rsidRDefault="00691C02">
            <w:r>
              <w:t>Atteinte des objectifs</w:t>
            </w:r>
          </w:p>
        </w:tc>
        <w:tc>
          <w:tcPr>
            <w:tcW w:w="1400" w:type="dxa"/>
          </w:tcPr>
          <w:p w14:paraId="02D8D5D1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38F7264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41243A66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25E14442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4E044C5A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15F1F143" w14:textId="77777777" w:rsidR="00255DA8" w:rsidRDefault="00255DA8"/>
        </w:tc>
      </w:tr>
      <w:tr w:rsidR="00255DA8" w14:paraId="47B3C865" w14:textId="77777777">
        <w:tc>
          <w:tcPr>
            <w:tcW w:w="1400" w:type="dxa"/>
          </w:tcPr>
          <w:p w14:paraId="7F65174C" w14:textId="77777777" w:rsidR="00255DA8" w:rsidRDefault="00691C02">
            <w:r>
              <w:t>Qualité du contenu</w:t>
            </w:r>
          </w:p>
        </w:tc>
        <w:tc>
          <w:tcPr>
            <w:tcW w:w="1400" w:type="dxa"/>
          </w:tcPr>
          <w:p w14:paraId="643BACD4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60622259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2FCC884D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495AEE3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0D632E28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30EE7964" w14:textId="77777777" w:rsidR="00255DA8" w:rsidRDefault="00255DA8"/>
        </w:tc>
      </w:tr>
      <w:tr w:rsidR="00255DA8" w14:paraId="0B0F9BF3" w14:textId="77777777">
        <w:tc>
          <w:tcPr>
            <w:tcW w:w="1400" w:type="dxa"/>
          </w:tcPr>
          <w:p w14:paraId="571BA714" w14:textId="77777777" w:rsidR="00255DA8" w:rsidRDefault="00691C02">
            <w:r>
              <w:t>Pédagogie / animation</w:t>
            </w:r>
          </w:p>
        </w:tc>
        <w:tc>
          <w:tcPr>
            <w:tcW w:w="1400" w:type="dxa"/>
          </w:tcPr>
          <w:p w14:paraId="5AE582AE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31D333F0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0E7C5927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374F446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48CC09BB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69E1EC7" w14:textId="77777777" w:rsidR="00255DA8" w:rsidRDefault="00255DA8"/>
        </w:tc>
      </w:tr>
      <w:tr w:rsidR="00255DA8" w14:paraId="701693BA" w14:textId="77777777">
        <w:tc>
          <w:tcPr>
            <w:tcW w:w="1400" w:type="dxa"/>
          </w:tcPr>
          <w:p w14:paraId="70DE8314" w14:textId="77777777" w:rsidR="00255DA8" w:rsidRDefault="00691C02">
            <w:r>
              <w:t>Pertinence des cas</w:t>
            </w:r>
          </w:p>
        </w:tc>
        <w:tc>
          <w:tcPr>
            <w:tcW w:w="1400" w:type="dxa"/>
          </w:tcPr>
          <w:p w14:paraId="23579340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71B8B0D3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5647FCB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0B877361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6662018A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58E1F8E7" w14:textId="77777777" w:rsidR="00255DA8" w:rsidRDefault="00255DA8"/>
        </w:tc>
      </w:tr>
      <w:tr w:rsidR="00255DA8" w14:paraId="744930DE" w14:textId="77777777">
        <w:tc>
          <w:tcPr>
            <w:tcW w:w="1400" w:type="dxa"/>
          </w:tcPr>
          <w:p w14:paraId="2D2E304C" w14:textId="77777777" w:rsidR="00255DA8" w:rsidRDefault="00691C02">
            <w:r>
              <w:t>Organisation</w:t>
            </w:r>
          </w:p>
        </w:tc>
        <w:tc>
          <w:tcPr>
            <w:tcW w:w="1400" w:type="dxa"/>
          </w:tcPr>
          <w:p w14:paraId="5FFF9279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6AA31501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0D69BA88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2C25ADDA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3C8B51BF" w14:textId="77777777" w:rsidR="00255DA8" w:rsidRDefault="00691C02">
            <w:r>
              <w:t>☐</w:t>
            </w:r>
          </w:p>
        </w:tc>
        <w:tc>
          <w:tcPr>
            <w:tcW w:w="1400" w:type="dxa"/>
          </w:tcPr>
          <w:p w14:paraId="47CBE627" w14:textId="77777777" w:rsidR="00255DA8" w:rsidRDefault="00255DA8"/>
        </w:tc>
      </w:tr>
    </w:tbl>
    <w:p w14:paraId="36E4B886" w14:textId="77777777" w:rsidR="00255DA8" w:rsidRDefault="00255DA8"/>
    <w:p w14:paraId="7F87BA87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Synthèse &amp; plan d’actions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0"/>
        <w:gridCol w:w="2450"/>
        <w:gridCol w:w="2450"/>
        <w:gridCol w:w="2450"/>
      </w:tblGrid>
      <w:tr w:rsidR="00255DA8" w14:paraId="1DF2F941" w14:textId="77777777">
        <w:tc>
          <w:tcPr>
            <w:tcW w:w="2450" w:type="dxa"/>
            <w:shd w:val="clear" w:color="auto" w:fill="0F766E"/>
          </w:tcPr>
          <w:p w14:paraId="150BC2AF" w14:textId="77777777" w:rsidR="00255DA8" w:rsidRDefault="00691C02">
            <w:r>
              <w:rPr>
                <w:b/>
                <w:color w:val="FFFFFF"/>
              </w:rPr>
              <w:t>Constats</w:t>
            </w:r>
          </w:p>
        </w:tc>
        <w:tc>
          <w:tcPr>
            <w:tcW w:w="2450" w:type="dxa"/>
            <w:shd w:val="clear" w:color="auto" w:fill="0F766E"/>
          </w:tcPr>
          <w:p w14:paraId="7F386DF1" w14:textId="77777777" w:rsidR="00255DA8" w:rsidRDefault="00691C02">
            <w:r>
              <w:rPr>
                <w:b/>
                <w:color w:val="FFFFFF"/>
              </w:rPr>
              <w:t>Actions</w:t>
            </w:r>
          </w:p>
        </w:tc>
        <w:tc>
          <w:tcPr>
            <w:tcW w:w="2450" w:type="dxa"/>
            <w:shd w:val="clear" w:color="auto" w:fill="0F766E"/>
          </w:tcPr>
          <w:p w14:paraId="32DEA37F" w14:textId="77777777" w:rsidR="00255DA8" w:rsidRDefault="00691C02">
            <w:r>
              <w:rPr>
                <w:b/>
                <w:color w:val="FFFFFF"/>
              </w:rPr>
              <w:t>Responsable</w:t>
            </w:r>
          </w:p>
        </w:tc>
        <w:tc>
          <w:tcPr>
            <w:tcW w:w="2450" w:type="dxa"/>
            <w:shd w:val="clear" w:color="auto" w:fill="0F766E"/>
          </w:tcPr>
          <w:p w14:paraId="22331D2D" w14:textId="77777777" w:rsidR="00255DA8" w:rsidRDefault="00691C02">
            <w:r>
              <w:rPr>
                <w:b/>
                <w:color w:val="FFFFFF"/>
              </w:rPr>
              <w:t>Échéance</w:t>
            </w:r>
          </w:p>
        </w:tc>
      </w:tr>
      <w:tr w:rsidR="00255DA8" w14:paraId="258A812F" w14:textId="77777777">
        <w:tc>
          <w:tcPr>
            <w:tcW w:w="2450" w:type="dxa"/>
          </w:tcPr>
          <w:p w14:paraId="0D50E50B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736F93D6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1A876577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574C4F49" w14:textId="77777777" w:rsidR="00255DA8" w:rsidRDefault="00691C02">
            <w:r>
              <w:t xml:space="preserve"> </w:t>
            </w:r>
          </w:p>
        </w:tc>
      </w:tr>
      <w:tr w:rsidR="00255DA8" w14:paraId="4F88E768" w14:textId="77777777">
        <w:tc>
          <w:tcPr>
            <w:tcW w:w="2450" w:type="dxa"/>
          </w:tcPr>
          <w:p w14:paraId="4D8A9D7F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59C8FE88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0ED988BE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4A5F92A0" w14:textId="77777777" w:rsidR="00255DA8" w:rsidRDefault="00691C02">
            <w:r>
              <w:t xml:space="preserve"> </w:t>
            </w:r>
          </w:p>
        </w:tc>
      </w:tr>
      <w:tr w:rsidR="00255DA8" w14:paraId="3949C4F6" w14:textId="77777777">
        <w:tc>
          <w:tcPr>
            <w:tcW w:w="2450" w:type="dxa"/>
          </w:tcPr>
          <w:p w14:paraId="52224E1B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091B4D09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776702F8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45E9E6D8" w14:textId="77777777" w:rsidR="00255DA8" w:rsidRDefault="00691C02">
            <w:r>
              <w:t xml:space="preserve"> </w:t>
            </w:r>
          </w:p>
        </w:tc>
      </w:tr>
      <w:tr w:rsidR="00255DA8" w14:paraId="55CBDBD4" w14:textId="77777777">
        <w:tc>
          <w:tcPr>
            <w:tcW w:w="2450" w:type="dxa"/>
          </w:tcPr>
          <w:p w14:paraId="5E15D8B3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072721DF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034B2F7F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7669D98D" w14:textId="77777777" w:rsidR="00255DA8" w:rsidRDefault="00691C02">
            <w:r>
              <w:t xml:space="preserve"> </w:t>
            </w:r>
          </w:p>
        </w:tc>
      </w:tr>
      <w:tr w:rsidR="00255DA8" w14:paraId="52F179C7" w14:textId="77777777">
        <w:tc>
          <w:tcPr>
            <w:tcW w:w="2450" w:type="dxa"/>
          </w:tcPr>
          <w:p w14:paraId="08BD2A43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5C0B0270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2D696213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3EE42F25" w14:textId="77777777" w:rsidR="00255DA8" w:rsidRDefault="00691C02">
            <w:r>
              <w:t xml:space="preserve"> </w:t>
            </w:r>
          </w:p>
        </w:tc>
      </w:tr>
      <w:tr w:rsidR="00255DA8" w14:paraId="2C2A69CB" w14:textId="77777777">
        <w:tc>
          <w:tcPr>
            <w:tcW w:w="2450" w:type="dxa"/>
          </w:tcPr>
          <w:p w14:paraId="14D9B13F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7E716B37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602B190F" w14:textId="77777777" w:rsidR="00255DA8" w:rsidRDefault="00691C02">
            <w:r>
              <w:t xml:space="preserve"> </w:t>
            </w:r>
          </w:p>
        </w:tc>
        <w:tc>
          <w:tcPr>
            <w:tcW w:w="2450" w:type="dxa"/>
          </w:tcPr>
          <w:p w14:paraId="706D4CDB" w14:textId="77777777" w:rsidR="00255DA8" w:rsidRDefault="00691C02">
            <w:r>
              <w:t xml:space="preserve"> </w:t>
            </w:r>
          </w:p>
        </w:tc>
      </w:tr>
    </w:tbl>
    <w:p w14:paraId="72294A83" w14:textId="77777777" w:rsidR="00255DA8" w:rsidRDefault="00255DA8"/>
    <w:p w14:paraId="351C8584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Ressources remises aux stagiaires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67"/>
        <w:gridCol w:w="3267"/>
        <w:gridCol w:w="3267"/>
      </w:tblGrid>
      <w:tr w:rsidR="00255DA8" w14:paraId="7B8E8E51" w14:textId="77777777">
        <w:tc>
          <w:tcPr>
            <w:tcW w:w="3267" w:type="dxa"/>
            <w:shd w:val="clear" w:color="auto" w:fill="0F766E"/>
          </w:tcPr>
          <w:p w14:paraId="223AF198" w14:textId="77777777" w:rsidR="00255DA8" w:rsidRDefault="00691C02">
            <w:r>
              <w:rPr>
                <w:b/>
                <w:color w:val="FFFFFF"/>
              </w:rPr>
              <w:t>Type</w:t>
            </w:r>
          </w:p>
        </w:tc>
        <w:tc>
          <w:tcPr>
            <w:tcW w:w="3267" w:type="dxa"/>
            <w:shd w:val="clear" w:color="auto" w:fill="0F766E"/>
          </w:tcPr>
          <w:p w14:paraId="4A53297D" w14:textId="77777777" w:rsidR="00255DA8" w:rsidRDefault="00691C02">
            <w:r>
              <w:rPr>
                <w:b/>
                <w:color w:val="FFFFFF"/>
              </w:rPr>
              <w:t>Description</w:t>
            </w:r>
          </w:p>
        </w:tc>
        <w:tc>
          <w:tcPr>
            <w:tcW w:w="3267" w:type="dxa"/>
            <w:shd w:val="clear" w:color="auto" w:fill="0F766E"/>
          </w:tcPr>
          <w:p w14:paraId="736B6F02" w14:textId="77777777" w:rsidR="00255DA8" w:rsidRDefault="00691C02">
            <w:r>
              <w:rPr>
                <w:b/>
                <w:color w:val="FFFFFF"/>
              </w:rPr>
              <w:t>Lien / Référence</w:t>
            </w:r>
          </w:p>
        </w:tc>
      </w:tr>
      <w:tr w:rsidR="00255DA8" w14:paraId="7F7E582D" w14:textId="77777777">
        <w:tc>
          <w:tcPr>
            <w:tcW w:w="3267" w:type="dxa"/>
          </w:tcPr>
          <w:p w14:paraId="26F6BD87" w14:textId="77777777" w:rsidR="00255DA8" w:rsidRDefault="00255DA8"/>
        </w:tc>
        <w:tc>
          <w:tcPr>
            <w:tcW w:w="3267" w:type="dxa"/>
          </w:tcPr>
          <w:p w14:paraId="62D1A082" w14:textId="77777777" w:rsidR="00255DA8" w:rsidRDefault="00255DA8"/>
        </w:tc>
        <w:tc>
          <w:tcPr>
            <w:tcW w:w="3267" w:type="dxa"/>
          </w:tcPr>
          <w:p w14:paraId="1F078B79" w14:textId="77777777" w:rsidR="00255DA8" w:rsidRDefault="00255DA8"/>
        </w:tc>
      </w:tr>
      <w:tr w:rsidR="00255DA8" w14:paraId="0339F6C6" w14:textId="77777777">
        <w:tc>
          <w:tcPr>
            <w:tcW w:w="3267" w:type="dxa"/>
          </w:tcPr>
          <w:p w14:paraId="2D09B188" w14:textId="77777777" w:rsidR="00255DA8" w:rsidRDefault="00255DA8"/>
        </w:tc>
        <w:tc>
          <w:tcPr>
            <w:tcW w:w="3267" w:type="dxa"/>
          </w:tcPr>
          <w:p w14:paraId="67EC798F" w14:textId="77777777" w:rsidR="00255DA8" w:rsidRDefault="00255DA8"/>
        </w:tc>
        <w:tc>
          <w:tcPr>
            <w:tcW w:w="3267" w:type="dxa"/>
          </w:tcPr>
          <w:p w14:paraId="760043E7" w14:textId="77777777" w:rsidR="00255DA8" w:rsidRDefault="00255DA8"/>
        </w:tc>
      </w:tr>
      <w:tr w:rsidR="00255DA8" w14:paraId="483630A0" w14:textId="77777777">
        <w:tc>
          <w:tcPr>
            <w:tcW w:w="3267" w:type="dxa"/>
          </w:tcPr>
          <w:p w14:paraId="61BCB529" w14:textId="77777777" w:rsidR="00255DA8" w:rsidRDefault="00255DA8"/>
        </w:tc>
        <w:tc>
          <w:tcPr>
            <w:tcW w:w="3267" w:type="dxa"/>
          </w:tcPr>
          <w:p w14:paraId="1F7EDEAF" w14:textId="77777777" w:rsidR="00255DA8" w:rsidRDefault="00255DA8"/>
        </w:tc>
        <w:tc>
          <w:tcPr>
            <w:tcW w:w="3267" w:type="dxa"/>
          </w:tcPr>
          <w:p w14:paraId="6131A28F" w14:textId="77777777" w:rsidR="00255DA8" w:rsidRDefault="00255DA8"/>
        </w:tc>
      </w:tr>
      <w:tr w:rsidR="00255DA8" w14:paraId="0AC4BDD4" w14:textId="77777777">
        <w:tc>
          <w:tcPr>
            <w:tcW w:w="3267" w:type="dxa"/>
          </w:tcPr>
          <w:p w14:paraId="61F43A72" w14:textId="77777777" w:rsidR="00255DA8" w:rsidRDefault="00255DA8"/>
        </w:tc>
        <w:tc>
          <w:tcPr>
            <w:tcW w:w="3267" w:type="dxa"/>
          </w:tcPr>
          <w:p w14:paraId="71731CD3" w14:textId="77777777" w:rsidR="00255DA8" w:rsidRDefault="00255DA8"/>
        </w:tc>
        <w:tc>
          <w:tcPr>
            <w:tcW w:w="3267" w:type="dxa"/>
          </w:tcPr>
          <w:p w14:paraId="6825BCB1" w14:textId="77777777" w:rsidR="00255DA8" w:rsidRDefault="00255DA8"/>
        </w:tc>
      </w:tr>
      <w:tr w:rsidR="00255DA8" w14:paraId="1EEDDF2C" w14:textId="77777777">
        <w:tc>
          <w:tcPr>
            <w:tcW w:w="3267" w:type="dxa"/>
          </w:tcPr>
          <w:p w14:paraId="38B3143B" w14:textId="77777777" w:rsidR="00255DA8" w:rsidRDefault="00255DA8"/>
        </w:tc>
        <w:tc>
          <w:tcPr>
            <w:tcW w:w="3267" w:type="dxa"/>
          </w:tcPr>
          <w:p w14:paraId="491BE756" w14:textId="77777777" w:rsidR="00255DA8" w:rsidRDefault="00255DA8"/>
        </w:tc>
        <w:tc>
          <w:tcPr>
            <w:tcW w:w="3267" w:type="dxa"/>
          </w:tcPr>
          <w:p w14:paraId="4E86A828" w14:textId="77777777" w:rsidR="00255DA8" w:rsidRDefault="00255DA8"/>
        </w:tc>
      </w:tr>
    </w:tbl>
    <w:p w14:paraId="26977041" w14:textId="77777777" w:rsidR="00255DA8" w:rsidRDefault="00691C02">
      <w:pPr>
        <w:pBdr>
          <w:left w:val="single" w:sz="28" w:space="8" w:color="0F766E"/>
        </w:pBdr>
      </w:pPr>
      <w:r>
        <w:rPr>
          <w:b/>
          <w:sz w:val="28"/>
        </w:rPr>
        <w:t>Validation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01"/>
        <w:gridCol w:w="4901"/>
      </w:tblGrid>
      <w:tr w:rsidR="00255DA8" w14:paraId="4F213F5A" w14:textId="77777777">
        <w:tc>
          <w:tcPr>
            <w:tcW w:w="4901" w:type="dxa"/>
            <w:shd w:val="clear" w:color="auto" w:fill="0F766E"/>
          </w:tcPr>
          <w:p w14:paraId="1ABA3C37" w14:textId="77777777" w:rsidR="00255DA8" w:rsidRDefault="00691C02">
            <w:r>
              <w:rPr>
                <w:b/>
                <w:color w:val="FFFFFF"/>
              </w:rPr>
              <w:t>Formateur·rice</w:t>
            </w:r>
          </w:p>
        </w:tc>
        <w:tc>
          <w:tcPr>
            <w:tcW w:w="4901" w:type="dxa"/>
            <w:shd w:val="clear" w:color="auto" w:fill="0F766E"/>
          </w:tcPr>
          <w:p w14:paraId="75A4D235" w14:textId="77777777" w:rsidR="00255DA8" w:rsidRDefault="00691C02">
            <w:r>
              <w:rPr>
                <w:b/>
                <w:color w:val="FFFFFF"/>
              </w:rPr>
              <w:t>Responsable hiérarchique</w:t>
            </w:r>
          </w:p>
        </w:tc>
      </w:tr>
      <w:tr w:rsidR="00255DA8" w14:paraId="6F7C8151" w14:textId="77777777">
        <w:tc>
          <w:tcPr>
            <w:tcW w:w="4901" w:type="dxa"/>
          </w:tcPr>
          <w:p w14:paraId="49884287" w14:textId="77777777" w:rsidR="00255DA8" w:rsidRDefault="00691C02">
            <w:r>
              <w:br/>
            </w:r>
            <w:r>
              <w:br/>
              <w:t>Nom, signature et date</w:t>
            </w:r>
          </w:p>
        </w:tc>
        <w:tc>
          <w:tcPr>
            <w:tcW w:w="4901" w:type="dxa"/>
          </w:tcPr>
          <w:p w14:paraId="0B6CFEED" w14:textId="77777777" w:rsidR="00255DA8" w:rsidRDefault="00691C02">
            <w:r>
              <w:br/>
            </w:r>
            <w:r>
              <w:br/>
              <w:t>Nom, signature et date</w:t>
            </w:r>
          </w:p>
        </w:tc>
      </w:tr>
    </w:tbl>
    <w:p w14:paraId="1679FB9C" w14:textId="77777777" w:rsidR="00691C02" w:rsidRDefault="00691C02"/>
    <w:sectPr w:rsidR="00691C02" w:rsidSect="00034616">
      <w:footerReference w:type="default" r:id="rId8"/>
      <w:pgSz w:w="12240" w:h="15840"/>
      <w:pgMar w:top="1020" w:right="1134" w:bottom="1020" w:left="1304" w:header="720" w:footer="720" w:gutter="0"/>
      <w:pgBorders w:offsetFrom="page">
        <w:left w:val="single" w:sz="72" w:space="0" w:color="0F766E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726F0" w14:textId="77777777" w:rsidR="00691C02" w:rsidRDefault="00691C02">
      <w:pPr>
        <w:spacing w:after="0" w:line="240" w:lineRule="auto"/>
      </w:pPr>
      <w:r>
        <w:separator/>
      </w:r>
    </w:p>
  </w:endnote>
  <w:endnote w:type="continuationSeparator" w:id="0">
    <w:p w14:paraId="74E0D2EE" w14:textId="77777777" w:rsidR="00691C02" w:rsidRDefault="00691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4B771" w14:textId="77777777" w:rsidR="00255DA8" w:rsidRDefault="00691C02">
    <w:pPr>
      <w:pStyle w:val="Pieddepage"/>
      <w:jc w:val="center"/>
    </w:pPr>
    <w:r>
      <w:t xml:space="preserve">Page 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6004A" w14:textId="77777777" w:rsidR="00691C02" w:rsidRDefault="00691C02">
      <w:pPr>
        <w:spacing w:after="0" w:line="240" w:lineRule="auto"/>
      </w:pPr>
      <w:r>
        <w:separator/>
      </w:r>
    </w:p>
  </w:footnote>
  <w:footnote w:type="continuationSeparator" w:id="0">
    <w:p w14:paraId="568183E0" w14:textId="77777777" w:rsidR="00691C02" w:rsidRDefault="00691C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5DA8"/>
    <w:rsid w:val="0029639D"/>
    <w:rsid w:val="00326F90"/>
    <w:rsid w:val="003E3369"/>
    <w:rsid w:val="00691C02"/>
    <w:rsid w:val="00AA1D8D"/>
    <w:rsid w:val="00AD711E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985EB3"/>
  <w14:defaultImageDpi w14:val="300"/>
  <w15:docId w15:val="{6C71CEAA-ACF0-46B3-BAA2-8A6BEE49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236</Words>
  <Characters>1304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2013-12-23T23:15:00Z</dcterms:created>
  <dcterms:modified xsi:type="dcterms:W3CDTF">2025-09-03T03:50:00Z</dcterms:modified>
  <cp:category/>
</cp:coreProperties>
</file>