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4677"/>
        <w:gridCol w:w="4677"/>
      </w:tblGrid>
      <w:tr>
        <w:tc>
          <w:tcPr>
            <w:tcW w:type="dxa" w:w="4677"/>
            <w:shd w:val="clear" w:color="auto" w:fill="5B2A86"/>
          </w:tcPr>
          <w:p>
            <w:pPr>
              <w:pStyle w:val="TitreDoc"/>
              <w:jc w:val="left"/>
            </w:pPr>
            <w:r>
              <w:rPr>
                <w:color w:val="FFFFFF"/>
              </w:rPr>
              <w:t>PV CSSCT — Procès-verbal</w:t>
            </w:r>
          </w:p>
          <w:p>
            <w:pPr>
              <w:pStyle w:val="SousTitre"/>
              <w:jc w:val="left"/>
            </w:pPr>
            <w:r>
              <w:rPr>
                <w:color w:val="FFFFFF"/>
              </w:rPr>
              <w:t>Design Aurora • Plum/Turquoise/Tangerine • v2.0</w:t>
            </w:r>
          </w:p>
        </w:tc>
        <w:tc>
          <w:tcPr>
            <w:tcW w:type="dxa" w:w="4677"/>
            <w:shd w:val="clear" w:color="auto" w:fill="0891B2"/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VOTRE LOGO ICI</w:t>
              <w:br/>
              <w:t>(Insérer &gt; Images)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8" w:space="0" w:color="F97316"/>
          <w:left w:val="single" w:sz="18" w:space="0" w:color="F97316"/>
          <w:bottom w:val="single" w:sz="18" w:space="0" w:color="F97316"/>
          <w:right w:val="single" w:sz="18" w:space="0" w:color="F97316"/>
          <w:insideH w:val="single" w:sz="18" w:space="0" w:color="F97316"/>
          <w:insideV w:val="single" w:sz="18" w:space="0" w:color="F97316"/>
        </w:tblBorders>
      </w:tblPr>
      <w:tblGrid>
        <w:gridCol w:w="9355"/>
      </w:tblGrid>
      <w:tr>
        <w:tc>
          <w:tcPr>
            <w:tcW w:type="dxa" w:w="9355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F97316"/>
          </w:tcPr>
          <w:p>
            <w:pPr>
              <w:pStyle w:val="H2Ribbon"/>
            </w:pPr>
            <w:r>
              <w:rPr>
                <w:rStyle w:val="TH"/>
              </w:rPr>
              <w:t>Identité de la séance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1559"/>
        <w:gridCol w:w="1559"/>
        <w:gridCol w:w="1559"/>
        <w:gridCol w:w="1559"/>
        <w:gridCol w:w="1559"/>
        <w:gridCol w:w="1559"/>
      </w:tblGrid>
      <w:tr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Établissement/Unité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Instance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Séance n°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Date &amp; Heure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Lieu/Distanciel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Président·e / Secrétaire</w:t>
            </w:r>
          </w:p>
        </w:tc>
      </w:tr>
      <w:tr>
        <w:tc>
          <w:tcPr>
            <w:tcW w:type="dxa" w:w="1559"/>
          </w:tcPr>
          <w:p>
            <w:r>
              <w:t>[Nom]</w:t>
            </w:r>
          </w:p>
        </w:tc>
        <w:tc>
          <w:tcPr>
            <w:tcW w:type="dxa" w:w="1559"/>
          </w:tcPr>
          <w:p>
            <w:r>
              <w:t>CSSCT</w:t>
            </w:r>
          </w:p>
        </w:tc>
        <w:tc>
          <w:tcPr>
            <w:tcW w:type="dxa" w:w="1559"/>
          </w:tcPr>
          <w:p>
            <w:r>
              <w:t>[____]</w:t>
            </w:r>
          </w:p>
        </w:tc>
        <w:tc>
          <w:tcPr>
            <w:tcW w:type="dxa" w:w="1559"/>
          </w:tcPr>
          <w:p>
            <w:r>
              <w:t>[____-__-__  __:__]</w:t>
            </w:r>
          </w:p>
        </w:tc>
        <w:tc>
          <w:tcPr>
            <w:tcW w:type="dxa" w:w="1559"/>
          </w:tcPr>
          <w:p>
            <w:r>
              <w:t>[Adresse / Visioconférence]</w:t>
            </w:r>
          </w:p>
        </w:tc>
        <w:tc>
          <w:tcPr>
            <w:tcW w:type="dxa" w:w="1559"/>
          </w:tcPr>
          <w:p>
            <w:r>
              <w:t>[Noms]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0891B2"/>
          </w:tcPr>
          <w:p>
            <w:pPr>
              <w:pStyle w:val="H2Ribbon"/>
            </w:pPr>
            <w:r>
              <w:rPr>
                <w:rStyle w:val="TH"/>
              </w:rPr>
              <w:t>Participants &amp; experts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2339"/>
        <w:gridCol w:w="2339"/>
        <w:gridCol w:w="2339"/>
        <w:gridCol w:w="2339"/>
      </w:tblGrid>
      <w:tr>
        <w:tc>
          <w:tcPr>
            <w:tcW w:type="dxa" w:w="2339"/>
            <w:shd w:val="clear" w:color="auto" w:fill="5B2A86"/>
          </w:tcPr>
          <w:p>
            <w:r>
              <w:rPr>
                <w:rStyle w:val="TH"/>
              </w:rPr>
              <w:t>Membres présents</w:t>
            </w:r>
          </w:p>
        </w:tc>
        <w:tc>
          <w:tcPr>
            <w:tcW w:type="dxa" w:w="2339"/>
            <w:shd w:val="clear" w:color="auto" w:fill="5B2A86"/>
          </w:tcPr>
          <w:p>
            <w:r>
              <w:rPr>
                <w:rStyle w:val="TH"/>
              </w:rPr>
              <w:t>Absents excusés</w:t>
            </w:r>
          </w:p>
        </w:tc>
        <w:tc>
          <w:tcPr>
            <w:tcW w:type="dxa" w:w="2339"/>
            <w:shd w:val="clear" w:color="auto" w:fill="5B2A86"/>
          </w:tcPr>
          <w:p>
            <w:r>
              <w:rPr>
                <w:rStyle w:val="TH"/>
              </w:rPr>
              <w:t>Invités (employeur, experts)</w:t>
            </w:r>
          </w:p>
        </w:tc>
        <w:tc>
          <w:tcPr>
            <w:tcW w:type="dxa" w:w="2339"/>
            <w:shd w:val="clear" w:color="auto" w:fill="5B2A86"/>
          </w:tcPr>
          <w:p>
            <w:r>
              <w:rPr>
                <w:rStyle w:val="TH"/>
              </w:rPr>
              <w:t>Arrivée/Départ</w:t>
            </w:r>
          </w:p>
        </w:tc>
      </w:tr>
      <w:tr>
        <w:tc>
          <w:tcPr>
            <w:tcW w:type="dxa" w:w="2339"/>
            <w:shd w:val="clear" w:color="auto" w:fill="F9FAFB"/>
          </w:tcPr>
          <w:p/>
        </w:tc>
        <w:tc>
          <w:tcPr>
            <w:tcW w:type="dxa" w:w="2339"/>
            <w:shd w:val="clear" w:color="auto" w:fill="F9FAFB"/>
          </w:tcPr>
          <w:p/>
        </w:tc>
        <w:tc>
          <w:tcPr>
            <w:tcW w:type="dxa" w:w="2339"/>
            <w:shd w:val="clear" w:color="auto" w:fill="F9FAFB"/>
          </w:tcPr>
          <w:p/>
        </w:tc>
        <w:tc>
          <w:tcPr>
            <w:tcW w:type="dxa" w:w="2339"/>
            <w:shd w:val="clear" w:color="auto" w:fill="F9FAFB"/>
          </w:tcPr>
          <w:p/>
        </w:tc>
      </w:tr>
      <w:tr>
        <w:tc>
          <w:tcPr>
            <w:tcW w:type="dxa" w:w="2339"/>
          </w:tcPr>
          <w:p/>
        </w:tc>
        <w:tc>
          <w:tcPr>
            <w:tcW w:type="dxa" w:w="2339"/>
          </w:tcPr>
          <w:p/>
        </w:tc>
        <w:tc>
          <w:tcPr>
            <w:tcW w:type="dxa" w:w="2339"/>
          </w:tcPr>
          <w:p/>
        </w:tc>
        <w:tc>
          <w:tcPr>
            <w:tcW w:type="dxa" w:w="2339"/>
          </w:tcPr>
          <w:p/>
        </w:tc>
      </w:tr>
      <w:tr>
        <w:tc>
          <w:tcPr>
            <w:tcW w:type="dxa" w:w="2339"/>
            <w:shd w:val="clear" w:color="auto" w:fill="F9FAFB"/>
          </w:tcPr>
          <w:p/>
        </w:tc>
        <w:tc>
          <w:tcPr>
            <w:tcW w:type="dxa" w:w="2339"/>
            <w:shd w:val="clear" w:color="auto" w:fill="F9FAFB"/>
          </w:tcPr>
          <w:p/>
        </w:tc>
        <w:tc>
          <w:tcPr>
            <w:tcW w:type="dxa" w:w="2339"/>
            <w:shd w:val="clear" w:color="auto" w:fill="F9FAFB"/>
          </w:tcPr>
          <w:p/>
        </w:tc>
        <w:tc>
          <w:tcPr>
            <w:tcW w:type="dxa" w:w="2339"/>
            <w:shd w:val="clear" w:color="auto" w:fill="F9FAFB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F97316"/>
          </w:tcPr>
          <w:p>
            <w:pPr>
              <w:pStyle w:val="H2Ribbon"/>
            </w:pPr>
            <w:r>
              <w:rPr>
                <w:rStyle w:val="TH"/>
              </w:rPr>
              <w:t>Ordre du jour adopté en ouverture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1559"/>
        <w:gridCol w:w="1559"/>
        <w:gridCol w:w="1559"/>
        <w:gridCol w:w="1559"/>
        <w:gridCol w:w="1559"/>
        <w:gridCol w:w="1559"/>
      </w:tblGrid>
      <w:tr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N°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Point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Documents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Temps cible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Animateur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Décision d’ordre</w:t>
            </w:r>
          </w:p>
        </w:tc>
      </w:tr>
      <w:tr>
        <w:tc>
          <w:tcPr>
            <w:tcW w:type="dxa" w:w="1559"/>
            <w:shd w:val="clear" w:color="auto" w:fill="F9FAFB"/>
          </w:tcPr>
          <w:p>
            <w:r>
              <w:t>01</w:t>
            </w:r>
          </w:p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</w:tr>
      <w:tr>
        <w:tc>
          <w:tcPr>
            <w:tcW w:type="dxa" w:w="1559"/>
          </w:tcPr>
          <w:p>
            <w:r>
              <w:t>02</w:t>
            </w:r>
          </w:p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  <w:shd w:val="clear" w:color="auto" w:fill="F9FAFB"/>
          </w:tcPr>
          <w:p>
            <w:r>
              <w:t>03</w:t>
            </w:r>
          </w:p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</w:tr>
      <w:tr>
        <w:tc>
          <w:tcPr>
            <w:tcW w:type="dxa" w:w="1559"/>
          </w:tcPr>
          <w:p>
            <w:r>
              <w:t>04</w:t>
            </w:r>
          </w:p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  <w:shd w:val="clear" w:color="auto" w:fill="F9FAFB"/>
          </w:tcPr>
          <w:p>
            <w:r>
              <w:t>05</w:t>
            </w:r>
          </w:p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</w:tr>
      <w:tr>
        <w:tc>
          <w:tcPr>
            <w:tcW w:type="dxa" w:w="1559"/>
          </w:tcPr>
          <w:p>
            <w:r>
              <w:t>06</w:t>
            </w:r>
          </w:p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  <w:shd w:val="clear" w:color="auto" w:fill="F9FAFB"/>
          </w:tcPr>
          <w:p>
            <w:r>
              <w:t>07</w:t>
            </w:r>
          </w:p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</w:tr>
      <w:tr>
        <w:tc>
          <w:tcPr>
            <w:tcW w:type="dxa" w:w="1559"/>
          </w:tcPr>
          <w:p>
            <w:r>
              <w:t>08</w:t>
            </w:r>
          </w:p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  <w:shd w:val="clear" w:color="auto" w:fill="F9FAFB"/>
          </w:tcPr>
          <w:p>
            <w:r>
              <w:t>09</w:t>
            </w:r>
          </w:p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</w:tr>
      <w:tr>
        <w:tc>
          <w:tcPr>
            <w:tcW w:type="dxa" w:w="1559"/>
          </w:tcPr>
          <w:p>
            <w:r>
              <w:t>10</w:t>
            </w:r>
          </w:p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0891B2"/>
          </w:tcPr>
          <w:p>
            <w:pPr>
              <w:pStyle w:val="H2Ribbon"/>
            </w:pPr>
            <w:r>
              <w:rPr>
                <w:rStyle w:val="TH"/>
              </w:rPr>
              <w:t>Avis CSSCT — Sécurité &amp; conditions de travail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1336"/>
        <w:gridCol w:w="1336"/>
        <w:gridCol w:w="1336"/>
        <w:gridCol w:w="1336"/>
        <w:gridCol w:w="1336"/>
        <w:gridCol w:w="1336"/>
        <w:gridCol w:w="1336"/>
      </w:tblGrid>
      <w:tr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N°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Résumé du point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Proposition/mesure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Vote p/c/a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Avis/Décision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Responsable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Échéance</w:t>
            </w:r>
          </w:p>
        </w:tc>
      </w:tr>
      <w:tr>
        <w:tc>
          <w:tcPr>
            <w:tcW w:type="dxa" w:w="1336"/>
            <w:shd w:val="clear" w:color="auto" w:fill="F9FAFB"/>
          </w:tcPr>
          <w:p>
            <w:r>
              <w:t>01</w:t>
            </w:r>
          </w:p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>
            <w:r>
              <w:t>02</w:t>
            </w:r>
          </w:p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  <w:shd w:val="clear" w:color="auto" w:fill="F9FAFB"/>
          </w:tcPr>
          <w:p>
            <w:r>
              <w:t>03</w:t>
            </w:r>
          </w:p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>
            <w:r>
              <w:t>04</w:t>
            </w:r>
          </w:p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  <w:shd w:val="clear" w:color="auto" w:fill="F9FAFB"/>
          </w:tcPr>
          <w:p>
            <w:r>
              <w:t>05</w:t>
            </w:r>
          </w:p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>
            <w:r>
              <w:t>06</w:t>
            </w:r>
          </w:p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  <w:shd w:val="clear" w:color="auto" w:fill="F9FAFB"/>
          </w:tcPr>
          <w:p>
            <w:r>
              <w:t>07</w:t>
            </w:r>
          </w:p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>
            <w:r>
              <w:t>08</w:t>
            </w:r>
          </w:p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F97316"/>
          </w:tcPr>
          <w:p>
            <w:pPr>
              <w:pStyle w:val="H2Ribbon"/>
            </w:pPr>
            <w:r>
              <w:rPr>
                <w:rStyle w:val="TH"/>
              </w:rPr>
              <w:t>Incidents, AT &amp; presque-accidents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1559"/>
        <w:gridCol w:w="1559"/>
        <w:gridCol w:w="1559"/>
        <w:gridCol w:w="1559"/>
        <w:gridCol w:w="1559"/>
        <w:gridCol w:w="1559"/>
      </w:tblGrid>
      <w:tr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Réf.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Description factuelle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Mesure immédiate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Mesure préventive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Vérification</w:t>
            </w:r>
          </w:p>
        </w:tc>
        <w:tc>
          <w:tcPr>
            <w:tcW w:type="dxa" w:w="1559"/>
            <w:shd w:val="clear" w:color="auto" w:fill="5B2A86"/>
          </w:tcPr>
          <w:p>
            <w:r>
              <w:rPr>
                <w:rStyle w:val="TH"/>
              </w:rPr>
              <w:t>Statut</w:t>
            </w:r>
          </w:p>
        </w:tc>
      </w:tr>
      <w:tr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  <w:tc>
          <w:tcPr>
            <w:tcW w:type="dxa" w:w="1559"/>
            <w:shd w:val="clear" w:color="auto" w:fill="F9FAFB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0891B2"/>
          </w:tcPr>
          <w:p>
            <w:pPr>
              <w:pStyle w:val="H2Ribbon"/>
            </w:pPr>
            <w:r>
              <w:rPr>
                <w:rStyle w:val="TH"/>
              </w:rPr>
              <w:t>Visites / inspections / vérifications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1336"/>
        <w:gridCol w:w="1336"/>
        <w:gridCol w:w="1336"/>
        <w:gridCol w:w="1336"/>
        <w:gridCol w:w="1336"/>
        <w:gridCol w:w="1336"/>
        <w:gridCol w:w="1336"/>
      </w:tblGrid>
      <w:tr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Date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Périmètre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Constats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Écarts critiques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Action corrective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Responsable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Délai</w:t>
            </w:r>
          </w:p>
        </w:tc>
      </w:tr>
      <w:tr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F97316"/>
          </w:tcPr>
          <w:p>
            <w:pPr>
              <w:pStyle w:val="H2Ribbon"/>
            </w:pPr>
            <w:r>
              <w:rPr>
                <w:rStyle w:val="TH"/>
              </w:rPr>
              <w:t>Plan d’actions &amp; suivi (issues CSSCT)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1336"/>
        <w:gridCol w:w="1336"/>
        <w:gridCol w:w="1336"/>
        <w:gridCol w:w="1336"/>
        <w:gridCol w:w="1336"/>
        <w:gridCol w:w="1336"/>
        <w:gridCol w:w="1336"/>
      </w:tblGrid>
      <w:tr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Action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Pilote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Échéance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Indicateur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Statut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Commentaire</w:t>
            </w:r>
          </w:p>
        </w:tc>
        <w:tc>
          <w:tcPr>
            <w:tcW w:type="dxa" w:w="1336"/>
            <w:shd w:val="clear" w:color="auto" w:fill="5B2A86"/>
          </w:tcPr>
          <w:p>
            <w:r>
              <w:rPr>
                <w:rStyle w:val="TH"/>
              </w:rPr>
              <w:t>Revue prévue</w:t>
            </w:r>
          </w:p>
        </w:tc>
      </w:tr>
      <w:tr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  <w:tc>
          <w:tcPr>
            <w:tcW w:type="dxa" w:w="1336"/>
            <w:shd w:val="clear" w:color="auto" w:fill="F9FAFB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0891B2"/>
          </w:tcPr>
          <w:p>
            <w:pPr>
              <w:pStyle w:val="H2Ribbon"/>
            </w:pPr>
            <w:r>
              <w:rPr>
                <w:rStyle w:val="TH"/>
              </w:rPr>
              <w:t>Questions des salarié·e·s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5B2A86"/>
          </w:tcPr>
          <w:p>
            <w:r>
              <w:rPr>
                <w:rStyle w:val="TH"/>
              </w:rPr>
              <w:t>Référence</w:t>
            </w:r>
          </w:p>
        </w:tc>
        <w:tc>
          <w:tcPr>
            <w:tcW w:type="dxa" w:w="1871"/>
            <w:shd w:val="clear" w:color="auto" w:fill="5B2A86"/>
          </w:tcPr>
          <w:p>
            <w:r>
              <w:rPr>
                <w:rStyle w:val="TH"/>
              </w:rPr>
              <w:t>Question</w:t>
            </w:r>
          </w:p>
        </w:tc>
        <w:tc>
          <w:tcPr>
            <w:tcW w:type="dxa" w:w="1871"/>
            <w:shd w:val="clear" w:color="auto" w:fill="5B2A86"/>
          </w:tcPr>
          <w:p>
            <w:r>
              <w:rPr>
                <w:rStyle w:val="TH"/>
              </w:rPr>
              <w:t>Réponse</w:t>
            </w:r>
          </w:p>
        </w:tc>
        <w:tc>
          <w:tcPr>
            <w:tcW w:type="dxa" w:w="1871"/>
            <w:shd w:val="clear" w:color="auto" w:fill="5B2A86"/>
          </w:tcPr>
          <w:p>
            <w:r>
              <w:rPr>
                <w:rStyle w:val="TH"/>
              </w:rPr>
              <w:t>Suivi</w:t>
            </w:r>
          </w:p>
        </w:tc>
        <w:tc>
          <w:tcPr>
            <w:tcW w:type="dxa" w:w="1871"/>
            <w:shd w:val="clear" w:color="auto" w:fill="5B2A86"/>
          </w:tcPr>
          <w:p>
            <w:r>
              <w:rPr>
                <w:rStyle w:val="TH"/>
              </w:rPr>
              <w:t>Statut</w:t>
            </w:r>
          </w:p>
        </w:tc>
      </w:tr>
      <w:tr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  <w:tc>
          <w:tcPr>
            <w:tcW w:type="dxa" w:w="1871"/>
            <w:shd w:val="clear" w:color="auto" w:fill="F9FAFB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D1D5DB"/>
          <w:left w:val="single" w:sz="0" w:space="0" w:color="D1D5DB"/>
          <w:bottom w:val="single" w:sz="0" w:space="0" w:color="D1D5DB"/>
          <w:right w:val="single" w:sz="0" w:space="0" w:color="D1D5DB"/>
          <w:insideH w:val="single" w:sz="0" w:space="0" w:color="D1D5DB"/>
          <w:insideV w:val="single" w:sz="0" w:space="0" w:color="D1D5DB"/>
        </w:tblBorders>
      </w:tblPr>
      <w:tblGrid>
        <w:gridCol w:w="9355"/>
      </w:tblGrid>
      <w:tr>
        <w:tc>
          <w:tcPr>
            <w:tcW w:type="dxa" w:w="9355"/>
            <w:shd w:val="clear" w:color="auto" w:fill="F97316"/>
          </w:tcPr>
          <w:p>
            <w:pPr>
              <w:pStyle w:val="H2Ribbon"/>
            </w:pPr>
            <w:r>
              <w:rPr>
                <w:rStyle w:val="TH"/>
              </w:rPr>
              <w:t>Signatures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4677"/>
        <w:gridCol w:w="4677"/>
      </w:tblGrid>
      <w:tr>
        <w:tc>
          <w:tcPr>
            <w:tcW w:type="dxa" w:w="4677"/>
            <w:shd w:val="clear" w:color="auto" w:fill="5B2A86"/>
          </w:tcPr>
          <w:p>
            <w:r>
              <w:rPr>
                <w:rStyle w:val="TH"/>
              </w:rPr>
              <w:t>Secrétaire CSSCT (nom, signature, date)</w:t>
            </w:r>
          </w:p>
        </w:tc>
        <w:tc>
          <w:tcPr>
            <w:tcW w:type="dxa" w:w="4677"/>
            <w:shd w:val="clear" w:color="auto" w:fill="5B2A86"/>
          </w:tcPr>
          <w:p>
            <w:r>
              <w:rPr>
                <w:rStyle w:val="TH"/>
              </w:rPr>
              <w:t>Président·e (nom, signature, date)</w:t>
            </w:r>
          </w:p>
        </w:tc>
      </w:tr>
      <w:tr>
        <w:tc>
          <w:tcPr>
            <w:tcW w:type="dxa" w:w="4677"/>
          </w:tcPr>
          <w:p>
            <w:r>
              <w:t>[__________]</w:t>
            </w:r>
          </w:p>
        </w:tc>
        <w:tc>
          <w:tcPr>
            <w:tcW w:type="dxa" w:w="4677"/>
          </w:tcPr>
          <w:p>
            <w:r>
              <w:t>[__________]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41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6"/>
      </w:rPr>
      <w:t>PV CSSCT — Design Aurora — v2.0 — 23/09/2025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Doc">
    <w:name w:val="TitreDoc"/>
    <w:rPr>
      <w:rFonts w:ascii="Calibri" w:hAnsi="Calibri"/>
      <w:b/>
      <w:sz w:val="44"/>
    </w:rPr>
  </w:style>
  <w:style w:type="paragraph" w:customStyle="1" w:styleId="SousTitre">
    <w:name w:val="SousTitre"/>
    <w:rPr>
      <w:rFonts w:ascii="Calibri" w:hAnsi="Calibri"/>
      <w:i/>
      <w:sz w:val="22"/>
    </w:rPr>
  </w:style>
  <w:style w:type="paragraph" w:customStyle="1" w:styleId="H2Ribbon">
    <w:name w:val="H2Ribbon"/>
    <w:rPr>
      <w:rFonts w:ascii="Calibri" w:hAnsi="Calibri"/>
      <w:b/>
      <w:sz w:val="26"/>
    </w:rPr>
  </w:style>
  <w:style w:type="character" w:customStyle="1" w:styleId="TH">
    <w:name w:val="TH"/>
    <w:rPr>
      <w:rFonts w:ascii="Calibri" w:hAnsi="Calibri"/>
      <w:b/>
      <w:color w:val="FFFFFF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