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reFichePaie"/>
        <w:jc w:val="left"/>
      </w:pPr>
      <w:r>
        <w:t>FICHE DE PAIE — MODÈLE FR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043"/>
        <w:gridCol w:w="5043"/>
      </w:tblGrid>
      <w:tr>
        <w:tc>
          <w:tcPr>
            <w:tcW w:type="dxa" w:w="5043"/>
            <w:shd w:val="clear" w:color="auto" w:fill="E9EFFA"/>
          </w:tcPr>
          <w:p>
            <w:r>
              <w:t>EMPLOYEUR (Société)</w:t>
              <w:br/>
              <w:t>Dénomination : __________________________</w:t>
              <w:br/>
              <w:t>Adresse : ______________________________</w:t>
              <w:br/>
              <w:t>SIRET : ______________  |  Code APE : ______</w:t>
              <w:br/>
              <w:t>N° URSSAF : ______________  |  TVA : __________</w:t>
            </w:r>
          </w:p>
        </w:tc>
        <w:tc>
          <w:tcPr>
            <w:tcW w:type="dxa" w:w="5043"/>
            <w:shd w:val="clear" w:color="auto" w:fill="DDE7F7"/>
          </w:tcPr>
          <w:p>
            <w:r>
              <w:t>PÉRIODE DE PAIE</w:t>
              <w:br/>
              <w:t>Mois : __________  Année : ______</w:t>
              <w:br/>
              <w:t>Date de paiement : ____/____/______</w:t>
              <w:br/>
              <w:t>Convention collective : __________________</w:t>
              <w:br/>
              <w:t>Lieu de travail : ________________________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043"/>
        <w:gridCol w:w="5043"/>
      </w:tblGrid>
      <w:tr>
        <w:tc>
          <w:tcPr>
            <w:tcW w:type="dxa" w:w="5043"/>
            <w:shd w:val="clear" w:color="auto" w:fill="E9EFFA"/>
          </w:tcPr>
          <w:p>
            <w:r>
              <w:t>SALARIÉ</w:t>
            </w:r>
          </w:p>
        </w:tc>
        <w:tc>
          <w:tcPr>
            <w:tcW w:type="dxa" w:w="5043"/>
          </w:tcPr>
          <w:p>
            <w:r>
              <w:t>Nom / Prénom : ____________________________   |   Matricule : ______________</w:t>
              <w:br/>
              <w:t>Adresse : ________________________________________________</w:t>
              <w:br/>
              <w:t>Emploi : ______________________   |   Catégorie : _________   |   Niveau/Échelon : ______</w:t>
              <w:br/>
              <w:t>Statut : Cadre ☐  Non-cadre ☐  |  Entrée : __/__/__  |  Ancienneté : ____ an(s)</w:t>
            </w:r>
          </w:p>
        </w:tc>
      </w:tr>
      <w:tr>
        <w:tc>
          <w:tcPr>
            <w:tcW w:type="dxa" w:w="5043"/>
            <w:shd w:val="clear" w:color="auto" w:fill="DDE7F7"/>
          </w:tcPr>
          <w:p>
            <w:r>
              <w:t>CONTRAT &amp; TEMPS DE TRAVAIL</w:t>
            </w:r>
          </w:p>
        </w:tc>
        <w:tc>
          <w:tcPr>
            <w:tcW w:type="dxa" w:w="5043"/>
          </w:tcPr>
          <w:p>
            <w:r>
              <w:t>Type : CDI ☐  CDD ☐  Apprentissage ☐  Intérim ☐</w:t>
              <w:br/>
              <w:t>Horaire contrat : ____ h/semaine   |   Base mensuelle : 151,67 h (35h) ☐  autre : ____</w:t>
              <w:br/>
              <w:t>Présence période : ____ jours   |   Heures : Base ____  HS ____  Absence ____  CP 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3362"/>
        <w:gridCol w:w="3362"/>
        <w:gridCol w:w="3362"/>
      </w:tblGrid>
      <w:tr>
        <w:tc>
          <w:tcPr>
            <w:tcW w:type="dxa" w:w="3362"/>
            <w:shd w:val="clear" w:color="auto" w:fill="0F4C81"/>
          </w:tcPr>
          <w:p>
            <w:r>
              <w:rPr>
                <w:b/>
                <w:color w:val="FFFFFF"/>
              </w:rPr>
              <w:t>BRUT</w:t>
            </w:r>
          </w:p>
        </w:tc>
        <w:tc>
          <w:tcPr>
            <w:tcW w:type="dxa" w:w="3362"/>
            <w:shd w:val="clear" w:color="auto" w:fill="0F4C81"/>
          </w:tcPr>
          <w:p>
            <w:r>
              <w:rPr>
                <w:b/>
                <w:color w:val="FFFFFF"/>
              </w:rPr>
              <w:t>NET À PAYER AVANT IMPÔT</w:t>
            </w:r>
          </w:p>
        </w:tc>
        <w:tc>
          <w:tcPr>
            <w:tcW w:type="dxa" w:w="3362"/>
            <w:shd w:val="clear" w:color="auto" w:fill="0F4C81"/>
          </w:tcPr>
          <w:p>
            <w:r>
              <w:rPr>
                <w:b/>
                <w:color w:val="FFFFFF"/>
              </w:rPr>
              <w:t>PRÉLÈVEMENT À LA SOURCE (PAS)</w:t>
            </w:r>
          </w:p>
        </w:tc>
      </w:tr>
      <w:tr>
        <w:tc>
          <w:tcPr>
            <w:tcW w:type="dxa" w:w="3362"/>
            <w:shd w:val="clear" w:color="auto" w:fill="DDE7F7"/>
          </w:tcPr>
          <w:p>
            <w:r>
              <w:t>€ ____________</w:t>
            </w:r>
          </w:p>
        </w:tc>
        <w:tc>
          <w:tcPr>
            <w:tcW w:type="dxa" w:w="3362"/>
            <w:shd w:val="clear" w:color="auto" w:fill="DDE7F7"/>
          </w:tcPr>
          <w:p>
            <w:r>
              <w:t>€ ____________</w:t>
            </w:r>
          </w:p>
        </w:tc>
        <w:tc>
          <w:tcPr>
            <w:tcW w:type="dxa" w:w="3362"/>
            <w:shd w:val="clear" w:color="auto" w:fill="DDE7F7"/>
          </w:tcPr>
          <w:p>
            <w:r>
              <w:t>Taux ____ %  |  Montant € ____________</w:t>
            </w:r>
          </w:p>
        </w:tc>
      </w:tr>
    </w:tbl>
    <w:p/>
    <w:p>
      <w:r>
        <w:rPr>
          <w:b/>
        </w:rPr>
        <w:t>ÉLÉMENTS DE RÉMUNÉRATION (Gains)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017"/>
        <w:gridCol w:w="2017"/>
        <w:gridCol w:w="2017"/>
        <w:gridCol w:w="2017"/>
        <w:gridCol w:w="2017"/>
      </w:tblGrid>
      <w:tr>
        <w:tc>
          <w:tcPr>
            <w:tcW w:type="dxa" w:w="2017"/>
            <w:shd w:val="clear" w:color="auto" w:fill="E9EFFA"/>
          </w:tcPr>
          <w:p>
            <w:r>
              <w:rPr>
                <w:b/>
              </w:rPr>
              <w:t>Rubrique</w:t>
            </w:r>
          </w:p>
        </w:tc>
        <w:tc>
          <w:tcPr>
            <w:tcW w:type="dxa" w:w="2017"/>
            <w:shd w:val="clear" w:color="auto" w:fill="E9EFFA"/>
          </w:tcPr>
          <w:p>
            <w:r>
              <w:rPr>
                <w:b/>
              </w:rPr>
              <w:t>Base</w:t>
            </w:r>
          </w:p>
        </w:tc>
        <w:tc>
          <w:tcPr>
            <w:tcW w:type="dxa" w:w="2017"/>
            <w:shd w:val="clear" w:color="auto" w:fill="E9EFFA"/>
          </w:tcPr>
          <w:p>
            <w:r>
              <w:rPr>
                <w:b/>
              </w:rPr>
              <w:t>Taux</w:t>
            </w:r>
          </w:p>
        </w:tc>
        <w:tc>
          <w:tcPr>
            <w:tcW w:type="dxa" w:w="2017"/>
            <w:shd w:val="clear" w:color="auto" w:fill="E9EFFA"/>
          </w:tcPr>
          <w:p>
            <w:r>
              <w:rPr>
                <w:b/>
              </w:rPr>
              <w:t>Heures/Qté</w:t>
            </w:r>
          </w:p>
        </w:tc>
        <w:tc>
          <w:tcPr>
            <w:tcW w:type="dxa" w:w="2017"/>
            <w:shd w:val="clear" w:color="auto" w:fill="E9EFFA"/>
          </w:tcPr>
          <w:p>
            <w:r>
              <w:rPr>
                <w:b/>
              </w:rPr>
              <w:t>Montant €</w:t>
            </w:r>
          </w:p>
        </w:tc>
      </w:tr>
      <w:tr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</w:tr>
      <w:tr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</w:tr>
      <w:tr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</w:tr>
      <w:tr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</w:tr>
      <w:tr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</w:tr>
      <w:tr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  <w:tc>
          <w:tcPr>
            <w:tcW w:type="dxa" w:w="2017"/>
          </w:tcPr>
          <w:p/>
        </w:tc>
      </w:tr>
    </w:tbl>
    <w:p/>
    <w:p>
      <w:r>
        <w:rPr>
          <w:b/>
        </w:rPr>
        <w:t>COTISATIONS SOCIALES (Part salarié / Part employeur)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681"/>
        <w:gridCol w:w="1681"/>
        <w:gridCol w:w="1681"/>
        <w:gridCol w:w="1681"/>
        <w:gridCol w:w="1681"/>
        <w:gridCol w:w="1681"/>
      </w:tblGrid>
      <w:tr>
        <w:tc>
          <w:tcPr>
            <w:tcW w:type="dxa" w:w="1681"/>
            <w:shd w:val="clear" w:color="auto" w:fill="E9EFFA"/>
          </w:tcPr>
          <w:p>
            <w:r>
              <w:rPr>
                <w:b/>
              </w:rPr>
              <w:t>Rubrique</w:t>
            </w:r>
          </w:p>
        </w:tc>
        <w:tc>
          <w:tcPr>
            <w:tcW w:type="dxa" w:w="1681"/>
            <w:shd w:val="clear" w:color="auto" w:fill="E9EFFA"/>
          </w:tcPr>
          <w:p>
            <w:r>
              <w:rPr>
                <w:b/>
              </w:rPr>
              <w:t>Base</w:t>
            </w:r>
          </w:p>
        </w:tc>
        <w:tc>
          <w:tcPr>
            <w:tcW w:type="dxa" w:w="1681"/>
            <w:shd w:val="clear" w:color="auto" w:fill="E9EFFA"/>
          </w:tcPr>
          <w:p>
            <w:r>
              <w:rPr>
                <w:b/>
              </w:rPr>
              <w:t>Taux sal. %</w:t>
            </w:r>
          </w:p>
        </w:tc>
        <w:tc>
          <w:tcPr>
            <w:tcW w:type="dxa" w:w="1681"/>
            <w:shd w:val="clear" w:color="auto" w:fill="E9EFFA"/>
          </w:tcPr>
          <w:p>
            <w:r>
              <w:rPr>
                <w:b/>
              </w:rPr>
              <w:t>Part sal. €</w:t>
            </w:r>
          </w:p>
        </w:tc>
        <w:tc>
          <w:tcPr>
            <w:tcW w:type="dxa" w:w="1681"/>
            <w:shd w:val="clear" w:color="auto" w:fill="E9EFFA"/>
          </w:tcPr>
          <w:p>
            <w:r>
              <w:rPr>
                <w:b/>
              </w:rPr>
              <w:t>Taux pat. %</w:t>
            </w:r>
          </w:p>
        </w:tc>
        <w:tc>
          <w:tcPr>
            <w:tcW w:type="dxa" w:w="1681"/>
            <w:shd w:val="clear" w:color="auto" w:fill="E9EFFA"/>
          </w:tcPr>
          <w:p>
            <w:r>
              <w:rPr>
                <w:b/>
              </w:rPr>
              <w:t>Part pat. €</w:t>
            </w:r>
          </w:p>
        </w:tc>
      </w:tr>
      <w:tr>
        <w:tc>
          <w:tcPr>
            <w:tcW w:type="dxa" w:w="1681"/>
          </w:tcPr>
          <w:p>
            <w:r>
              <w:t>Santé (maladie, maternité, invalidité, décès)</w:t>
            </w:r>
          </w:p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</w:tr>
      <w:tr>
        <w:tc>
          <w:tcPr>
            <w:tcW w:type="dxa" w:w="1681"/>
          </w:tcPr>
          <w:p>
            <w:r>
              <w:t>AT/MP</w:t>
            </w:r>
          </w:p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</w:tr>
      <w:tr>
        <w:tc>
          <w:tcPr>
            <w:tcW w:type="dxa" w:w="1681"/>
          </w:tcPr>
          <w:p>
            <w:r>
              <w:t>Vieillesse plafonnée</w:t>
            </w:r>
          </w:p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</w:tr>
      <w:tr>
        <w:tc>
          <w:tcPr>
            <w:tcW w:type="dxa" w:w="1681"/>
          </w:tcPr>
          <w:p>
            <w:r>
              <w:t>Vieillesse déplafonnée</w:t>
            </w:r>
          </w:p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</w:tr>
      <w:tr>
        <w:tc>
          <w:tcPr>
            <w:tcW w:type="dxa" w:w="1681"/>
          </w:tcPr>
          <w:p>
            <w:r>
              <w:t>Allocations familiales (patronal)</w:t>
            </w:r>
          </w:p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</w:tr>
      <w:tr>
        <w:tc>
          <w:tcPr>
            <w:tcW w:type="dxa" w:w="1681"/>
          </w:tcPr>
          <w:p>
            <w:r>
              <w:t>Assurance chômage</w:t>
            </w:r>
          </w:p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</w:tr>
      <w:tr>
        <w:tc>
          <w:tcPr>
            <w:tcW w:type="dxa" w:w="1681"/>
          </w:tcPr>
          <w:p>
            <w:r>
              <w:t>AGS</w:t>
            </w:r>
          </w:p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</w:tr>
      <w:tr>
        <w:tc>
          <w:tcPr>
            <w:tcW w:type="dxa" w:w="1681"/>
          </w:tcPr>
          <w:p>
            <w:r>
              <w:t>Retraite complémentaire (Agirc-Arrco)</w:t>
            </w:r>
          </w:p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</w:tr>
      <w:tr>
        <w:tc>
          <w:tcPr>
            <w:tcW w:type="dxa" w:w="1681"/>
          </w:tcPr>
          <w:p>
            <w:r>
              <w:t>CSG/CRDS (non déductible)</w:t>
            </w:r>
          </w:p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</w:tr>
      <w:tr>
        <w:tc>
          <w:tcPr>
            <w:tcW w:type="dxa" w:w="1681"/>
          </w:tcPr>
          <w:p>
            <w:r>
              <w:t>CSG déductible</w:t>
            </w:r>
          </w:p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</w:tr>
      <w:tr>
        <w:tc>
          <w:tcPr>
            <w:tcW w:type="dxa" w:w="1681"/>
          </w:tcPr>
          <w:p>
            <w:r>
              <w:t>Autres (mutuelle, prévoyance, titre-transport…)</w:t>
            </w:r>
          </w:p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  <w:tc>
          <w:tcPr>
            <w:tcW w:type="dxa" w:w="1681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043"/>
        <w:gridCol w:w="5043"/>
      </w:tblGrid>
      <w:tr>
        <w:tc>
          <w:tcPr>
            <w:tcW w:type="dxa" w:w="5043"/>
            <w:shd w:val="clear" w:color="auto" w:fill="DDE7F7"/>
          </w:tcPr>
          <w:p>
            <w:r>
              <w:rPr>
                <w:b/>
              </w:rPr>
              <w:t>NET IMPOSABLE</w:t>
            </w:r>
          </w:p>
        </w:tc>
        <w:tc>
          <w:tcPr>
            <w:tcW w:type="dxa" w:w="5043"/>
          </w:tcPr>
          <w:p>
            <w:r>
              <w:t>€ ____________</w:t>
            </w:r>
          </w:p>
        </w:tc>
      </w:tr>
      <w:tr>
        <w:tc>
          <w:tcPr>
            <w:tcW w:type="dxa" w:w="5043"/>
            <w:shd w:val="clear" w:color="auto" w:fill="DDE7F7"/>
          </w:tcPr>
          <w:p>
            <w:r>
              <w:rPr>
                <w:b/>
              </w:rPr>
              <w:t>NET À PAYER AVANT IMPÔT</w:t>
            </w:r>
          </w:p>
        </w:tc>
        <w:tc>
          <w:tcPr>
            <w:tcW w:type="dxa" w:w="5043"/>
          </w:tcPr>
          <w:p>
            <w:r>
              <w:t>€ ____________</w:t>
            </w:r>
          </w:p>
        </w:tc>
      </w:tr>
      <w:tr>
        <w:tc>
          <w:tcPr>
            <w:tcW w:type="dxa" w:w="5043"/>
            <w:shd w:val="clear" w:color="auto" w:fill="DDE7F7"/>
          </w:tcPr>
          <w:p>
            <w:r>
              <w:rPr>
                <w:b/>
              </w:rPr>
              <w:t>NET À PAYER (APRÈS PAS)</w:t>
            </w:r>
          </w:p>
        </w:tc>
        <w:tc>
          <w:tcPr>
            <w:tcW w:type="dxa" w:w="5043"/>
          </w:tcPr>
          <w:p>
            <w:r>
              <w:t>€ ____________</w:t>
            </w:r>
          </w:p>
        </w:tc>
      </w:tr>
    </w:tbl>
    <w:p/>
    <w:p>
      <w:r>
        <w:rPr>
          <w:b/>
        </w:rPr>
        <w:t>CONGÉS / ABSENCES / RÉGULARISATIONS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521"/>
        <w:gridCol w:w="2521"/>
        <w:gridCol w:w="2521"/>
        <w:gridCol w:w="2521"/>
      </w:tblGrid>
      <w:tr>
        <w:tc>
          <w:tcPr>
            <w:tcW w:type="dxa" w:w="2521"/>
            <w:shd w:val="clear" w:color="auto" w:fill="E9EFFA"/>
          </w:tcPr>
          <w:p>
            <w:r>
              <w:rPr>
                <w:b/>
              </w:rPr>
              <w:t>Nature</w:t>
            </w:r>
          </w:p>
        </w:tc>
        <w:tc>
          <w:tcPr>
            <w:tcW w:type="dxa" w:w="2521"/>
            <w:shd w:val="clear" w:color="auto" w:fill="E9EFFA"/>
          </w:tcPr>
          <w:p>
            <w:r>
              <w:rPr>
                <w:b/>
              </w:rPr>
              <w:t>Période</w:t>
            </w:r>
          </w:p>
        </w:tc>
        <w:tc>
          <w:tcPr>
            <w:tcW w:type="dxa" w:w="2521"/>
            <w:shd w:val="clear" w:color="auto" w:fill="E9EFFA"/>
          </w:tcPr>
          <w:p>
            <w:r>
              <w:rPr>
                <w:b/>
              </w:rPr>
              <w:t>Jours/Heures</w:t>
            </w:r>
          </w:p>
        </w:tc>
        <w:tc>
          <w:tcPr>
            <w:tcW w:type="dxa" w:w="2521"/>
            <w:shd w:val="clear" w:color="auto" w:fill="E9EFFA"/>
          </w:tcPr>
          <w:p>
            <w:r>
              <w:rPr>
                <w:b/>
              </w:rPr>
              <w:t>Obs./Montant</w:t>
            </w:r>
          </w:p>
        </w:tc>
      </w:tr>
      <w:tr>
        <w:tc>
          <w:tcPr>
            <w:tcW w:type="dxa" w:w="2521"/>
          </w:tcPr>
          <w:p/>
        </w:tc>
        <w:tc>
          <w:tcPr>
            <w:tcW w:type="dxa" w:w="2521"/>
          </w:tcPr>
          <w:p/>
        </w:tc>
        <w:tc>
          <w:tcPr>
            <w:tcW w:type="dxa" w:w="2521"/>
          </w:tcPr>
          <w:p/>
        </w:tc>
        <w:tc>
          <w:tcPr>
            <w:tcW w:type="dxa" w:w="2521"/>
          </w:tcPr>
          <w:p/>
        </w:tc>
      </w:tr>
      <w:tr>
        <w:tc>
          <w:tcPr>
            <w:tcW w:type="dxa" w:w="2521"/>
          </w:tcPr>
          <w:p/>
        </w:tc>
        <w:tc>
          <w:tcPr>
            <w:tcW w:type="dxa" w:w="2521"/>
          </w:tcPr>
          <w:p/>
        </w:tc>
        <w:tc>
          <w:tcPr>
            <w:tcW w:type="dxa" w:w="2521"/>
          </w:tcPr>
          <w:p/>
        </w:tc>
        <w:tc>
          <w:tcPr>
            <w:tcW w:type="dxa" w:w="2521"/>
          </w:tcPr>
          <w:p/>
        </w:tc>
      </w:tr>
      <w:tr>
        <w:tc>
          <w:tcPr>
            <w:tcW w:type="dxa" w:w="2521"/>
          </w:tcPr>
          <w:p/>
        </w:tc>
        <w:tc>
          <w:tcPr>
            <w:tcW w:type="dxa" w:w="2521"/>
          </w:tcPr>
          <w:p/>
        </w:tc>
        <w:tc>
          <w:tcPr>
            <w:tcW w:type="dxa" w:w="2521"/>
          </w:tcPr>
          <w:p/>
        </w:tc>
        <w:tc>
          <w:tcPr>
            <w:tcW w:type="dxa" w:w="2521"/>
          </w:tcPr>
          <w:p/>
        </w:tc>
      </w:tr>
    </w:tbl>
    <w:p/>
    <w:p>
      <w:r>
        <w:rPr>
          <w:sz w:val="18"/>
        </w:rPr>
        <w:t>Mentions à prévoir : identité employeur et salarié, période et volume de travail (heures base/HS/absences), nature/rubriques des cotisations et contributions, cumul annuel, net imposable, net à payer avant et après impôt, taux et montant du PAS, date de paiement, convention collective, organisme de Sécurité sociale/URSSAF, éventuelles exonérations et allègements. Adapter selon votre convention collective et la réglementation en vigueur.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043"/>
        <w:gridCol w:w="5043"/>
      </w:tblGrid>
      <w:tr>
        <w:tc>
          <w:tcPr>
            <w:tcW w:type="dxa" w:w="5043"/>
            <w:shd w:val="clear" w:color="auto" w:fill="DDE7F7"/>
          </w:tcPr>
          <w:p>
            <w:r>
              <w:t>Visa employeur (facultatif) :</w:t>
              <w:br/>
              <w:br/>
              <w:br/>
            </w:r>
          </w:p>
        </w:tc>
        <w:tc>
          <w:tcPr>
            <w:tcW w:type="dxa" w:w="5043"/>
            <w:shd w:val="clear" w:color="auto" w:fill="DDE7F7"/>
          </w:tcPr>
          <w:p>
            <w:r>
              <w:t>Réception salarié (facultatif) :</w:t>
              <w:br/>
              <w:br/>
              <w:br/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907" w:right="907" w:bottom="907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fldSimple w:instr="PAGE \* MERGEFORMAT"/>
    <w:r>
      <w:t xml:space="preserve"> / </w:t>
    </w:r>
    <w:fldSimple w:instr="NUMPAGES \* MERGEFORMAT"/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666666"/>
        <w:sz w:val="18"/>
      </w:rPr>
      <w:t>Fiche de paie — Modèle (France) • Document indicatif — à adapter à votre convention collective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FichePaie">
    <w:name w:val="TitreFichePaie"/>
    <w:rPr>
      <w:rFonts w:ascii="Calibri" w:hAnsi="Calibri"/>
      <w:b/>
      <w:color w:val="0F4C81"/>
      <w:sz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