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0F4C5C"/>
          <w:left w:val="single" w:sz="0" w:space="0" w:color="0F4C5C"/>
          <w:bottom w:val="single" w:sz="0" w:space="0" w:color="0F4C5C"/>
          <w:right w:val="single" w:sz="0" w:space="0" w:color="0F4C5C"/>
          <w:insideH w:val="single" w:sz="0" w:space="0" w:color="0F4C5C"/>
          <w:insideV w:val="single" w:sz="0" w:space="0" w:color="0F4C5C"/>
        </w:tblBorders>
      </w:tblPr>
      <w:tblGrid>
        <w:gridCol w:w="14457"/>
      </w:tblGrid>
      <w:tr>
        <w:tc>
          <w:tcPr>
            <w:tcW w:type="dxa" w:w="14457"/>
            <w:shd w:val="clear" w:color="auto" w:fill="0F4C5C"/>
          </w:tcPr>
          <w:p>
            <w:pPr>
              <w:pStyle w:val="TitreDoc"/>
              <w:jc w:val="center"/>
            </w:pPr>
            <w:r>
              <w:rPr>
                <w:color w:val="FFFFFF"/>
              </w:rPr>
              <w:t>CSE — ORDRE DU JOUR &amp; PROCÈS-VERBAL (PAYSAGE)</w:t>
            </w:r>
          </w:p>
          <w:p>
            <w:pPr>
              <w:pStyle w:val="SousTitre"/>
              <w:jc w:val="center"/>
            </w:pPr>
            <w:r>
              <w:rPr>
                <w:color w:val="FFFFFF"/>
              </w:rPr>
              <w:t>A4 landscape • bannière Petrol • v2.0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8" w:space="0" w:color="FFC145"/>
          <w:left w:val="single" w:sz="18" w:space="0" w:color="FFC145"/>
          <w:bottom w:val="single" w:sz="18" w:space="0" w:color="FFC145"/>
          <w:right w:val="single" w:sz="18" w:space="0" w:color="FFC145"/>
          <w:insideH w:val="single" w:sz="18" w:space="0" w:color="FFC145"/>
          <w:insideV w:val="single" w:sz="18" w:space="0" w:color="FFC145"/>
        </w:tblBorders>
      </w:tblPr>
      <w:tblGrid>
        <w:gridCol w:w="14457"/>
      </w:tblGrid>
      <w:tr>
        <w:tc>
          <w:tcPr>
            <w:tcW w:type="dxa" w:w="14457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C145"/>
          </w:tcPr>
          <w:p>
            <w:pPr>
              <w:pStyle w:val="H2Ribbon"/>
            </w:pPr>
            <w:r>
              <w:rPr>
                <w:rStyle w:val="TH"/>
              </w:rPr>
              <w:t>Identité de la séance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409"/>
        <w:gridCol w:w="2409"/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Entreprise/Établissement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Instance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Séance n°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Date &amp; Heure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Lieu / Distanciel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Secrétaire/Président</w:t>
            </w:r>
          </w:p>
        </w:tc>
      </w:tr>
      <w:tr>
        <w:tc>
          <w:tcPr>
            <w:tcW w:type="dxa" w:w="2409"/>
          </w:tcPr>
          <w:p>
            <w:r>
              <w:t>[Nom]</w:t>
            </w:r>
          </w:p>
        </w:tc>
        <w:tc>
          <w:tcPr>
            <w:tcW w:type="dxa" w:w="2409"/>
          </w:tcPr>
          <w:p>
            <w:r>
              <w:t>CSE / CSE-Central</w:t>
            </w:r>
          </w:p>
        </w:tc>
        <w:tc>
          <w:tcPr>
            <w:tcW w:type="dxa" w:w="2409"/>
          </w:tcPr>
          <w:p>
            <w:r>
              <w:t>[____]</w:t>
            </w:r>
          </w:p>
        </w:tc>
        <w:tc>
          <w:tcPr>
            <w:tcW w:type="dxa" w:w="2409"/>
          </w:tcPr>
          <w:p>
            <w:r>
              <w:t>[____-__-__  __:__]</w:t>
            </w:r>
          </w:p>
        </w:tc>
        <w:tc>
          <w:tcPr>
            <w:tcW w:type="dxa" w:w="2409"/>
          </w:tcPr>
          <w:p>
            <w:r>
              <w:t>[Adresse / Visioconférence]</w:t>
            </w:r>
          </w:p>
        </w:tc>
        <w:tc>
          <w:tcPr>
            <w:tcW w:type="dxa" w:w="2409"/>
          </w:tcPr>
          <w:p>
            <w:r>
              <w:t>[Noms]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6B6B"/>
          </w:tcPr>
          <w:p>
            <w:pPr>
              <w:pStyle w:val="H2Ribbon"/>
            </w:pPr>
            <w:r>
              <w:rPr>
                <w:rStyle w:val="TH"/>
              </w:rPr>
              <w:t>Participants &amp; invités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891"/>
        <w:gridCol w:w="2891"/>
        <w:gridCol w:w="2891"/>
        <w:gridCol w:w="2891"/>
        <w:gridCol w:w="2891"/>
      </w:tblGrid>
      <w:tr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Titulaires présents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Suppléants présents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Absents excusés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Invités (employeur, experts)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Heure d’arrivée/départ</w:t>
            </w:r>
          </w:p>
        </w:tc>
      </w:tr>
      <w:tr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</w:tr>
      <w:tr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</w:tr>
      <w:tr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C145"/>
          </w:tcPr>
          <w:p>
            <w:pPr>
              <w:pStyle w:val="H2Ribbon"/>
            </w:pPr>
            <w:r>
              <w:rPr>
                <w:rStyle w:val="TH"/>
              </w:rPr>
              <w:t>Ordre du jour (adopté en ouverture)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409"/>
        <w:gridCol w:w="2409"/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N°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Point inscrit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Documents associés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Temps cible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Décision d’ordre</w:t>
            </w:r>
          </w:p>
        </w:tc>
        <w:tc>
          <w:tcPr>
            <w:tcW w:type="dxa" w:w="2409"/>
            <w:shd w:val="clear" w:color="auto" w:fill="0F4C5C"/>
          </w:tcPr>
          <w:p>
            <w:r>
              <w:rPr>
                <w:rStyle w:val="TH"/>
              </w:rPr>
              <w:t>Animateur</w:t>
            </w:r>
          </w:p>
        </w:tc>
      </w:tr>
      <w:tr>
        <w:tc>
          <w:tcPr>
            <w:tcW w:type="dxa" w:w="2409"/>
            <w:shd w:val="clear" w:color="auto" w:fill="F7FAFC"/>
          </w:tcPr>
          <w:p>
            <w:r>
              <w:t>01</w:t>
            </w:r>
          </w:p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</w:tr>
      <w:tr>
        <w:tc>
          <w:tcPr>
            <w:tcW w:type="dxa" w:w="2409"/>
          </w:tcPr>
          <w:p>
            <w:r>
              <w:t>02</w:t>
            </w:r>
          </w:p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  <w:tr>
        <w:tc>
          <w:tcPr>
            <w:tcW w:type="dxa" w:w="2409"/>
            <w:shd w:val="clear" w:color="auto" w:fill="F7FAFC"/>
          </w:tcPr>
          <w:p>
            <w:r>
              <w:t>03</w:t>
            </w:r>
          </w:p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</w:tr>
      <w:tr>
        <w:tc>
          <w:tcPr>
            <w:tcW w:type="dxa" w:w="2409"/>
          </w:tcPr>
          <w:p>
            <w:r>
              <w:t>04</w:t>
            </w:r>
          </w:p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  <w:tr>
        <w:tc>
          <w:tcPr>
            <w:tcW w:type="dxa" w:w="2409"/>
            <w:shd w:val="clear" w:color="auto" w:fill="F7FAFC"/>
          </w:tcPr>
          <w:p>
            <w:r>
              <w:t>05</w:t>
            </w:r>
          </w:p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</w:tr>
      <w:tr>
        <w:tc>
          <w:tcPr>
            <w:tcW w:type="dxa" w:w="2409"/>
          </w:tcPr>
          <w:p>
            <w:r>
              <w:t>06</w:t>
            </w:r>
          </w:p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  <w:tr>
        <w:tc>
          <w:tcPr>
            <w:tcW w:type="dxa" w:w="2409"/>
            <w:shd w:val="clear" w:color="auto" w:fill="F7FAFC"/>
          </w:tcPr>
          <w:p>
            <w:r>
              <w:t>07</w:t>
            </w:r>
          </w:p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</w:tr>
      <w:tr>
        <w:tc>
          <w:tcPr>
            <w:tcW w:type="dxa" w:w="2409"/>
          </w:tcPr>
          <w:p>
            <w:r>
              <w:t>08</w:t>
            </w:r>
          </w:p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  <w:tr>
        <w:tc>
          <w:tcPr>
            <w:tcW w:type="dxa" w:w="2409"/>
            <w:shd w:val="clear" w:color="auto" w:fill="F7FAFC"/>
          </w:tcPr>
          <w:p>
            <w:r>
              <w:t>09</w:t>
            </w:r>
          </w:p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  <w:tc>
          <w:tcPr>
            <w:tcW w:type="dxa" w:w="2409"/>
            <w:shd w:val="clear" w:color="auto" w:fill="F7FAFC"/>
          </w:tcPr>
          <w:p/>
        </w:tc>
      </w:tr>
      <w:tr>
        <w:tc>
          <w:tcPr>
            <w:tcW w:type="dxa" w:w="2409"/>
          </w:tcPr>
          <w:p>
            <w:r>
              <w:t>10</w:t>
            </w:r>
          </w:p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  <w:tc>
          <w:tcPr>
            <w:tcW w:type="dxa" w:w="2409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6B6B"/>
          </w:tcPr>
          <w:p>
            <w:pPr>
              <w:pStyle w:val="H2Ribbon"/>
            </w:pPr>
            <w:r>
              <w:rPr>
                <w:rStyle w:val="TH"/>
              </w:rPr>
              <w:t>Procès-verbal — décisions &amp; votes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1807"/>
        <w:gridCol w:w="1807"/>
        <w:gridCol w:w="1807"/>
        <w:gridCol w:w="1807"/>
        <w:gridCol w:w="1807"/>
        <w:gridCol w:w="1807"/>
        <w:gridCol w:w="1807"/>
        <w:gridCol w:w="1807"/>
      </w:tblGrid>
      <w:tr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N°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Résumé du point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Proposition/Avis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Vote (pour/contre/abst.)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Décision/Engagement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Responsable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Échéance</w:t>
            </w:r>
          </w:p>
        </w:tc>
        <w:tc>
          <w:tcPr>
            <w:tcW w:type="dxa" w:w="1807"/>
            <w:shd w:val="clear" w:color="auto" w:fill="0F4C5C"/>
          </w:tcPr>
          <w:p>
            <w:r>
              <w:rPr>
                <w:rStyle w:val="TH"/>
              </w:rPr>
              <w:t>Statut</w:t>
            </w:r>
          </w:p>
        </w:tc>
      </w:tr>
      <w:tr>
        <w:tc>
          <w:tcPr>
            <w:tcW w:type="dxa" w:w="1807"/>
            <w:shd w:val="clear" w:color="auto" w:fill="F7FAFC"/>
          </w:tcPr>
          <w:p>
            <w:r>
              <w:t>01</w:t>
            </w:r>
          </w:p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</w:tr>
      <w:tr>
        <w:tc>
          <w:tcPr>
            <w:tcW w:type="dxa" w:w="1807"/>
          </w:tcPr>
          <w:p>
            <w:r>
              <w:t>02</w:t>
            </w:r>
          </w:p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</w:tr>
      <w:tr>
        <w:tc>
          <w:tcPr>
            <w:tcW w:type="dxa" w:w="1807"/>
            <w:shd w:val="clear" w:color="auto" w:fill="F7FAFC"/>
          </w:tcPr>
          <w:p>
            <w:r>
              <w:t>03</w:t>
            </w:r>
          </w:p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</w:tr>
      <w:tr>
        <w:tc>
          <w:tcPr>
            <w:tcW w:type="dxa" w:w="1807"/>
          </w:tcPr>
          <w:p>
            <w:r>
              <w:t>04</w:t>
            </w:r>
          </w:p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</w:tr>
      <w:tr>
        <w:tc>
          <w:tcPr>
            <w:tcW w:type="dxa" w:w="1807"/>
            <w:shd w:val="clear" w:color="auto" w:fill="F7FAFC"/>
          </w:tcPr>
          <w:p>
            <w:r>
              <w:t>05</w:t>
            </w:r>
          </w:p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</w:tr>
      <w:tr>
        <w:tc>
          <w:tcPr>
            <w:tcW w:type="dxa" w:w="1807"/>
          </w:tcPr>
          <w:p>
            <w:r>
              <w:t>06</w:t>
            </w:r>
          </w:p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</w:tr>
      <w:tr>
        <w:tc>
          <w:tcPr>
            <w:tcW w:type="dxa" w:w="1807"/>
            <w:shd w:val="clear" w:color="auto" w:fill="F7FAFC"/>
          </w:tcPr>
          <w:p>
            <w:r>
              <w:t>07</w:t>
            </w:r>
          </w:p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</w:tr>
      <w:tr>
        <w:tc>
          <w:tcPr>
            <w:tcW w:type="dxa" w:w="1807"/>
          </w:tcPr>
          <w:p>
            <w:r>
              <w:t>08</w:t>
            </w:r>
          </w:p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</w:tr>
      <w:tr>
        <w:tc>
          <w:tcPr>
            <w:tcW w:type="dxa" w:w="1807"/>
            <w:shd w:val="clear" w:color="auto" w:fill="F7FAFC"/>
          </w:tcPr>
          <w:p>
            <w:r>
              <w:t>09</w:t>
            </w:r>
          </w:p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  <w:tc>
          <w:tcPr>
            <w:tcW w:type="dxa" w:w="1807"/>
            <w:shd w:val="clear" w:color="auto" w:fill="F7FAFC"/>
          </w:tcPr>
          <w:p/>
        </w:tc>
      </w:tr>
      <w:tr>
        <w:tc>
          <w:tcPr>
            <w:tcW w:type="dxa" w:w="1807"/>
          </w:tcPr>
          <w:p>
            <w:r>
              <w:t>10</w:t>
            </w:r>
          </w:p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  <w:tc>
          <w:tcPr>
            <w:tcW w:type="dxa" w:w="1807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C145"/>
          </w:tcPr>
          <w:p>
            <w:pPr>
              <w:pStyle w:val="H2Ribbon"/>
            </w:pPr>
            <w:r>
              <w:rPr>
                <w:rStyle w:val="TH"/>
              </w:rPr>
              <w:t>Questions des salariés (préalables ou nouvelles)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891"/>
        <w:gridCol w:w="2891"/>
        <w:gridCol w:w="2891"/>
        <w:gridCol w:w="2891"/>
        <w:gridCol w:w="2891"/>
      </w:tblGrid>
      <w:tr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Référence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Question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Réponse apportée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Suivi (responsable/échéance)</w:t>
            </w:r>
          </w:p>
        </w:tc>
        <w:tc>
          <w:tcPr>
            <w:tcW w:type="dxa" w:w="2891"/>
            <w:shd w:val="clear" w:color="auto" w:fill="0F4C5C"/>
          </w:tcPr>
          <w:p>
            <w:r>
              <w:rPr>
                <w:rStyle w:val="TH"/>
              </w:rPr>
              <w:t>Statut</w:t>
            </w:r>
          </w:p>
        </w:tc>
      </w:tr>
      <w:tr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</w:tr>
      <w:tr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</w:tr>
      <w:tr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</w:tr>
      <w:tr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</w:tr>
      <w:tr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</w:tr>
      <w:tr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</w:tr>
      <w:tr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  <w:tc>
          <w:tcPr>
            <w:tcW w:type="dxa" w:w="2891"/>
            <w:shd w:val="clear" w:color="auto" w:fill="F7FAFC"/>
          </w:tcPr>
          <w:p/>
        </w:tc>
      </w:tr>
      <w:tr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  <w:tc>
          <w:tcPr>
            <w:tcW w:type="dxa" w:w="2891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6B6B"/>
          </w:tcPr>
          <w:p>
            <w:pPr>
              <w:pStyle w:val="H2Ribbon"/>
            </w:pPr>
            <w:r>
              <w:rPr>
                <w:rStyle w:val="TH"/>
              </w:rPr>
              <w:t>Plan d’actions &amp; suivi (issues CSE)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2065"/>
        <w:gridCol w:w="2065"/>
        <w:gridCol w:w="2065"/>
        <w:gridCol w:w="2065"/>
        <w:gridCol w:w="2065"/>
        <w:gridCol w:w="2065"/>
        <w:gridCol w:w="2065"/>
      </w:tblGrid>
      <w:tr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Action</w:t>
            </w:r>
          </w:p>
        </w:tc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Pilote</w:t>
            </w:r>
          </w:p>
        </w:tc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Échéance</w:t>
            </w:r>
          </w:p>
        </w:tc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Indicateur de succès</w:t>
            </w:r>
          </w:p>
        </w:tc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Statut</w:t>
            </w:r>
          </w:p>
        </w:tc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Commentaires</w:t>
            </w:r>
          </w:p>
        </w:tc>
        <w:tc>
          <w:tcPr>
            <w:tcW w:type="dxa" w:w="2065"/>
            <w:shd w:val="clear" w:color="auto" w:fill="0F4C5C"/>
          </w:tcPr>
          <w:p>
            <w:r>
              <w:rPr>
                <w:rStyle w:val="TH"/>
              </w:rPr>
              <w:t>Revue prévue</w:t>
            </w:r>
          </w:p>
        </w:tc>
      </w:tr>
      <w:tr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</w:tr>
      <w:tr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</w:tr>
      <w:tr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</w:tr>
      <w:tr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</w:tr>
      <w:tr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</w:tr>
      <w:tr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</w:tr>
      <w:tr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  <w:tc>
          <w:tcPr>
            <w:tcW w:type="dxa" w:w="2065"/>
            <w:shd w:val="clear" w:color="auto" w:fill="F7FAFC"/>
          </w:tcPr>
          <w:p/>
        </w:tc>
      </w:tr>
      <w:tr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  <w:tc>
          <w:tcPr>
            <w:tcW w:type="dxa" w:w="2065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space="0" w:color="CBD5E1"/>
          <w:left w:val="single" w:sz="0" w:space="0" w:color="CBD5E1"/>
          <w:bottom w:val="single" w:sz="0" w:space="0" w:color="CBD5E1"/>
          <w:right w:val="single" w:sz="0" w:space="0" w:color="CBD5E1"/>
          <w:insideH w:val="single" w:sz="0" w:space="0" w:color="CBD5E1"/>
          <w:insideV w:val="single" w:sz="0" w:space="0" w:color="CBD5E1"/>
        </w:tblBorders>
      </w:tblPr>
      <w:tblGrid>
        <w:gridCol w:w="14457"/>
      </w:tblGrid>
      <w:tr>
        <w:tc>
          <w:tcPr>
            <w:tcW w:type="dxa" w:w="14457"/>
            <w:shd w:val="clear" w:color="auto" w:fill="FFC145"/>
          </w:tcPr>
          <w:p>
            <w:pPr>
              <w:pStyle w:val="H2Ribbon"/>
            </w:pPr>
            <w:r>
              <w:rPr>
                <w:rStyle w:val="TH"/>
              </w:rPr>
              <w:t>Signatures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CBD5E1"/>
          <w:left w:val="single" w:sz="6" w:space="0" w:color="CBD5E1"/>
          <w:bottom w:val="single" w:sz="6" w:space="0" w:color="CBD5E1"/>
          <w:right w:val="single" w:sz="6" w:space="0" w:color="CBD5E1"/>
          <w:insideH w:val="single" w:sz="6" w:space="0" w:color="CBD5E1"/>
          <w:insideV w:val="single" w:sz="6" w:space="0" w:color="CBD5E1"/>
        </w:tblBorders>
      </w:tblPr>
      <w:tblGrid>
        <w:gridCol w:w="7228"/>
        <w:gridCol w:w="7228"/>
      </w:tblGrid>
      <w:tr>
        <w:tc>
          <w:tcPr>
            <w:tcW w:type="dxa" w:w="7228"/>
            <w:shd w:val="clear" w:color="auto" w:fill="0F4C5C"/>
          </w:tcPr>
          <w:p>
            <w:r>
              <w:rPr>
                <w:rStyle w:val="TH"/>
              </w:rPr>
              <w:t>Secrétaire du CSE (nom, signature, date)</w:t>
            </w:r>
          </w:p>
        </w:tc>
        <w:tc>
          <w:tcPr>
            <w:tcW w:type="dxa" w:w="7228"/>
            <w:shd w:val="clear" w:color="auto" w:fill="0F4C5C"/>
          </w:tcPr>
          <w:p>
            <w:r>
              <w:rPr>
                <w:rStyle w:val="TH"/>
              </w:rPr>
              <w:t>Président (nom, signature, date)</w:t>
            </w:r>
          </w:p>
        </w:tc>
      </w:tr>
      <w:tr>
        <w:tc>
          <w:tcPr>
            <w:tcW w:type="dxa" w:w="7228"/>
          </w:tcPr>
          <w:p>
            <w:r>
              <w:t>[__________]</w:t>
            </w:r>
          </w:p>
        </w:tc>
        <w:tc>
          <w:tcPr>
            <w:tcW w:type="dxa" w:w="7228"/>
          </w:tcPr>
          <w:p>
            <w:r>
              <w:t>[__________]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1020" w:right="1134" w:bottom="1020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6"/>
      </w:rPr>
      <w:t>Modèle CSE — Ordre du jour &amp; Procès-verbal (paysage) — v2.0 — 23/09/2025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Doc">
    <w:name w:val="TitreDoc"/>
    <w:rPr>
      <w:rFonts w:ascii="Calibri" w:hAnsi="Calibri"/>
      <w:b/>
      <w:sz w:val="44"/>
    </w:rPr>
  </w:style>
  <w:style w:type="paragraph" w:customStyle="1" w:styleId="SousTitre">
    <w:name w:val="SousTitre"/>
    <w:rPr>
      <w:rFonts w:ascii="Calibri" w:hAnsi="Calibri"/>
      <w:i/>
      <w:sz w:val="22"/>
    </w:rPr>
  </w:style>
  <w:style w:type="paragraph" w:customStyle="1" w:styleId="H2Ribbon">
    <w:name w:val="H2Ribbon"/>
    <w:rPr>
      <w:rFonts w:ascii="Calibri" w:hAnsi="Calibri"/>
      <w:b/>
      <w:sz w:val="26"/>
    </w:rPr>
  </w:style>
  <w:style w:type="character" w:customStyle="1" w:styleId="TH">
    <w:name w:val="TH"/>
    <w:rPr>
      <w:rFonts w:ascii="Calibri" w:hAnsi="Calibri"/>
      <w:b/>
      <w:color w:val="FFFFFF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