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F4C81"/>
          <w:sz w:val="28"/>
        </w:rPr>
        <w:t>LETTRE DE VOITURE CMR / CMR CONSIGNMENT NOTE — v2 (Identification transporteur)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  <w:color w:val="0F4C81"/>
              </w:rPr>
              <w:t>EXPÉDITEUR (Art. 6 b)</w:t>
            </w:r>
          </w:p>
          <w:p>
            <w:r>
              <w:t>Raison sociale / Nom : _________________________________</w:t>
            </w:r>
          </w:p>
          <w:p>
            <w:r>
              <w:t>Adresse complète : ______________________________________</w:t>
            </w:r>
          </w:p>
          <w:p>
            <w:r>
              <w:t>Pays / Code postal : __________________  Ville : __________</w:t>
            </w:r>
          </w:p>
          <w:p>
            <w:r>
              <w:t>Téléphone / Email : _____________________________________</w:t>
            </w:r>
          </w:p>
          <w:p>
            <w:r>
              <w:t>N° TVA (si UE) : ________________________________________</w:t>
            </w:r>
          </w:p>
          <w:p>
            <w:r>
              <w:rPr>
                <w:b/>
                <w:color w:val="0F4C81"/>
              </w:rPr>
              <w:br/>
              <w:t>TRANSPORTEUR (Art. 6 c)</w:t>
            </w:r>
          </w:p>
          <w:p>
            <w:r>
              <w:t>Raison sociale : _________________________________________</w:t>
            </w:r>
          </w:p>
          <w:p>
            <w:r>
              <w:t>Adresse complète : ______________________________________</w:t>
            </w:r>
          </w:p>
          <w:p>
            <w:r>
              <w:t>Téléphone / Email : _____________________________________</w:t>
            </w:r>
          </w:p>
          <w:p>
            <w:r>
              <w:t>Identifiant national (SIREN/SIRET, ICE, NIF…) : ___________</w:t>
            </w:r>
          </w:p>
          <w:p>
            <w:r>
              <w:t>N° TVA intracom (si UE) : ________________________________</w:t>
            </w:r>
          </w:p>
          <w:p>
            <w:r>
              <w:t>Licence / Registre (RCS, licence communautaire…) : _______</w:t>
            </w:r>
          </w:p>
          <w:p>
            <w:r>
              <w:t>Assureur RC transport (facultatif) : ______________________</w:t>
            </w:r>
          </w:p>
        </w:tc>
        <w:tc>
          <w:tcPr>
            <w:tcW w:type="dxa" w:w="5103"/>
          </w:tcPr>
          <w:p>
            <w:r>
              <w:rPr>
                <w:b/>
                <w:color w:val="0F4C81"/>
              </w:rPr>
              <w:t>DESTINATAIRE (Art. 6 e)</w:t>
            </w:r>
          </w:p>
          <w:p>
            <w:r>
              <w:t>Raison sociale / Nom : _________________________________</w:t>
            </w:r>
          </w:p>
          <w:p>
            <w:r>
              <w:t>Adresse complète : ______________________________________</w:t>
            </w:r>
          </w:p>
          <w:p>
            <w:r>
              <w:t>Pays / Code postal : __________________  Ville : __________</w:t>
            </w:r>
          </w:p>
          <w:p>
            <w:r>
              <w:t>Téléphone / Email : _____________________________________</w:t>
            </w:r>
          </w:p>
          <w:p>
            <w:r>
              <w:rPr>
                <w:b/>
                <w:color w:val="0F4C81"/>
              </w:rPr>
              <w:br/>
              <w:t>LIEUX &amp; DATES (Art. 6 d)</w:t>
            </w:r>
          </w:p>
          <w:p>
            <w:r>
              <w:t>Prise en charge — Lieu : _________________________________</w:t>
            </w:r>
          </w:p>
          <w:p>
            <w:r>
              <w:t>Prise en charge — Date : ____/____/______  Heure : ______</w:t>
            </w:r>
          </w:p>
          <w:p>
            <w:r>
              <w:t>Livraison prévue — Lieu : ________________________________</w:t>
            </w:r>
          </w:p>
          <w:p>
            <w:r>
              <w:t>Livraison prévue — Date : ____/____/______  Heure : ______</w:t>
            </w:r>
          </w:p>
          <w:p>
            <w:r>
              <w:rPr>
                <w:b/>
                <w:color w:val="0F4C81"/>
              </w:rPr>
              <w:br/>
              <w:t>RÉFÉRENCES</w:t>
            </w:r>
          </w:p>
          <w:p>
            <w:r>
              <w:t>N° CMR / Réf. transport : ________________________________</w:t>
            </w:r>
          </w:p>
          <w:p>
            <w:r>
              <w:t>Réf. commande / dossier : _______________________________</w:t>
            </w:r>
          </w:p>
          <w:p>
            <w:r>
              <w:t>Incoterm (si applicable) : ______________________________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</w:tcPr>
          <w:p>
            <w:pPr>
              <w:jc w:val="center"/>
            </w:pPr>
            <w:r>
              <w:rPr>
                <w:b/>
              </w:rPr>
              <w:t>Nature</w:t>
            </w:r>
          </w:p>
        </w:tc>
        <w:tc>
          <w:tcPr>
            <w:tcW w:type="dxa" w:w="1701"/>
          </w:tcPr>
          <w:p>
            <w:pPr>
              <w:jc w:val="center"/>
            </w:pPr>
            <w:r>
              <w:rPr>
                <w:b/>
              </w:rPr>
              <w:t>Emballage</w:t>
            </w:r>
          </w:p>
        </w:tc>
        <w:tc>
          <w:tcPr>
            <w:tcW w:type="dxa" w:w="1701"/>
          </w:tcPr>
          <w:p>
            <w:pPr>
              <w:jc w:val="center"/>
            </w:pPr>
            <w:r>
              <w:rPr>
                <w:b/>
              </w:rPr>
              <w:t>Colis (nbre)</w:t>
            </w:r>
          </w:p>
        </w:tc>
        <w:tc>
          <w:tcPr>
            <w:tcW w:type="dxa" w:w="1701"/>
          </w:tcPr>
          <w:p>
            <w:pPr>
              <w:jc w:val="center"/>
            </w:pPr>
            <w:r>
              <w:rPr>
                <w:b/>
              </w:rPr>
              <w:t>Marques &amp; n°</w:t>
            </w:r>
          </w:p>
        </w:tc>
        <w:tc>
          <w:tcPr>
            <w:tcW w:type="dxa" w:w="1701"/>
          </w:tcPr>
          <w:p>
            <w:pPr>
              <w:jc w:val="center"/>
            </w:pPr>
            <w:r>
              <w:rPr>
                <w:b/>
              </w:rPr>
              <w:t>Poids brut</w:t>
            </w:r>
          </w:p>
        </w:tc>
        <w:tc>
          <w:tcPr>
            <w:tcW w:type="dxa" w:w="1701"/>
          </w:tcPr>
          <w:p>
            <w:pPr>
              <w:jc w:val="center"/>
            </w:pPr>
            <w:r>
              <w:rPr>
                <w:b/>
              </w:rPr>
              <w:t>DG (UN/Classe)</w:t>
            </w:r>
          </w:p>
        </w:tc>
      </w:tr>
      <w:tr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</w:tr>
      <w:tr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</w:tr>
      <w:tr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  <w:tc>
          <w:tcPr>
            <w:tcW w:type="dxa" w:w="1701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FRAIS (Art. 6 i)</w:t>
            </w:r>
          </w:p>
          <w:p>
            <w:r>
              <w:t>Prix de transport : ___________</w:t>
            </w:r>
          </w:p>
          <w:p>
            <w:r>
              <w:t>Frais accessoires : ___________</w:t>
            </w:r>
          </w:p>
          <w:p>
            <w:r>
              <w:t>Droits &amp; taxes : ___________</w:t>
            </w:r>
          </w:p>
        </w:tc>
        <w:tc>
          <w:tcPr>
            <w:tcW w:type="dxa" w:w="5103"/>
          </w:tcPr>
          <w:p>
            <w:r>
              <w:rPr>
                <w:b/>
              </w:rPr>
              <w:t>INSTRUCTIONS DOUANE (Art. 6 j)</w:t>
            </w:r>
          </w:p>
          <w:p>
            <w:r>
              <w:t>Pays départ/transit/destination : ___________</w:t>
            </w:r>
          </w:p>
          <w:p>
            <w:r>
              <w:t>Documents : ___________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OPTIONS (Art. 6 §2)</w:t>
            </w:r>
          </w:p>
          <w:p>
            <w:r>
              <w:t>☐ Interdiction de transbordement</w:t>
            </w:r>
          </w:p>
          <w:p>
            <w:r>
              <w:t>☐ COD : ________</w:t>
            </w:r>
          </w:p>
          <w:p>
            <w:r>
              <w:t>☐ Valeur déclarée : ________</w:t>
            </w:r>
          </w:p>
          <w:p>
            <w:r>
              <w:t>☐ Intérêt spécial : ________</w:t>
            </w:r>
          </w:p>
          <w:p>
            <w:r>
              <w:t>☐ Assurance demandée</w:t>
            </w:r>
          </w:p>
        </w:tc>
        <w:tc>
          <w:tcPr>
            <w:tcW w:type="dxa" w:w="5103"/>
          </w:tcPr>
          <w:p>
            <w:r>
              <w:rPr>
                <w:b/>
              </w:rPr>
              <w:t>RÉSERVES TRANSPORTEUR (Art. 8)</w:t>
            </w:r>
          </w:p>
          <w:p>
            <w:r>
              <w:t>Comptage/Marques vérifiés : ☑ Oui ☐ Non</w:t>
            </w:r>
          </w:p>
          <w:p>
            <w:r>
              <w:t>État apparent / réserves : 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</w:tcPr>
          <w:p>
            <w:r>
              <w:t>EXPÉDITEUR :</w:t>
              <w:br/>
              <w:t>Lieu :</w:t>
              <w:br/>
              <w:t>Date :</w:t>
              <w:br/>
              <w:t>Nom/Fonction :</w:t>
              <w:br/>
              <w:t>Signature &amp; tampon :</w:t>
            </w:r>
          </w:p>
        </w:tc>
        <w:tc>
          <w:tcPr>
            <w:tcW w:type="dxa" w:w="3402"/>
          </w:tcPr>
          <w:p>
            <w:r>
              <w:t>TRANSPORTEUR :</w:t>
              <w:br/>
              <w:t>Lieu :</w:t>
              <w:br/>
              <w:t>Date :</w:t>
              <w:br/>
              <w:t>Nom :</w:t>
              <w:br/>
              <w:t>Signature &amp; tampon :</w:t>
            </w:r>
          </w:p>
        </w:tc>
        <w:tc>
          <w:tcPr>
            <w:tcW w:type="dxa" w:w="3402"/>
          </w:tcPr>
          <w:p>
            <w:r>
              <w:t>DESTINATAIRE :</w:t>
              <w:br/>
              <w:t>Lieu :</w:t>
              <w:br/>
              <w:t>Date :</w:t>
              <w:br/>
              <w:t>Nom :</w:t>
              <w:br/>
              <w:t>Signature &amp; tampon :</w:t>
            </w:r>
          </w:p>
        </w:tc>
      </w:tr>
    </w:tbl>
    <w:p>
      <w:r>
        <w:rPr>
          <w:i/>
        </w:rPr>
        <w:br/>
        <w:t>Indication CMR : transport soumis, nonobstant toute clause contraire, au régime de la Convention CMR.</w:t>
      </w:r>
    </w:p>
    <w:sectPr w:rsidR="00FC693F" w:rsidRPr="0006063C" w:rsidSect="00034616">
      <w:pgSz w:w="11906" w:h="16838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