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reDoc"/>
        <w:jc w:val="center"/>
      </w:pPr>
      <w:r>
        <w:rPr>
          <w:color w:val="1E3A8A"/>
        </w:rPr>
        <w:t>KANBAN — COMPTE RENDU DE FORMATION</w:t>
      </w:r>
    </w:p>
    <w:p>
      <w:pPr>
        <w:pStyle w:val="SousTitre"/>
        <w:jc w:val="center"/>
      </w:pPr>
      <w:r>
        <w:t>Board A4 landscape • Colonnes: À faire | En cours | Validé | À suivre (REX) • v1.0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CBD5E1"/>
          <w:left w:val="single" w:sz="6" w:space="0" w:color="CBD5E1"/>
          <w:bottom w:val="single" w:sz="6" w:space="0" w:color="CBD5E1"/>
          <w:right w:val="single" w:sz="6" w:space="0" w:color="CBD5E1"/>
          <w:insideH w:val="single" w:sz="6" w:space="0" w:color="CBD5E1"/>
          <w:insideV w:val="single" w:sz="6" w:space="0" w:color="CBD5E1"/>
        </w:tblBorders>
      </w:tblPr>
      <w:tblGrid>
        <w:gridCol w:w="2542"/>
        <w:gridCol w:w="2542"/>
        <w:gridCol w:w="2542"/>
        <w:gridCol w:w="2542"/>
        <w:gridCol w:w="2542"/>
        <w:gridCol w:w="2542"/>
      </w:tblGrid>
      <w:tr>
        <w:tc>
          <w:tcPr>
            <w:tcW w:type="dxa" w:w="2542"/>
            <w:shd w:val="clear" w:color="auto" w:fill="1E3A8A"/>
          </w:tcPr>
          <w:p>
            <w:r>
              <w:rPr>
                <w:rStyle w:val="TH"/>
              </w:rPr>
              <w:t>Action Code</w:t>
            </w:r>
          </w:p>
        </w:tc>
        <w:tc>
          <w:tcPr>
            <w:tcW w:type="dxa" w:w="2542"/>
            <w:shd w:val="clear" w:color="auto" w:fill="1E3A8A"/>
          </w:tcPr>
          <w:p>
            <w:r>
              <w:rPr>
                <w:rStyle w:val="TH"/>
              </w:rPr>
              <w:t>Intitulé</w:t>
            </w:r>
          </w:p>
        </w:tc>
        <w:tc>
          <w:tcPr>
            <w:tcW w:type="dxa" w:w="2542"/>
            <w:shd w:val="clear" w:color="auto" w:fill="1E3A8A"/>
          </w:tcPr>
          <w:p>
            <w:r>
              <w:rPr>
                <w:rStyle w:val="TH"/>
              </w:rPr>
              <w:t>Date</w:t>
            </w:r>
          </w:p>
        </w:tc>
        <w:tc>
          <w:tcPr>
            <w:tcW w:type="dxa" w:w="2542"/>
            <w:shd w:val="clear" w:color="auto" w:fill="1E3A8A"/>
          </w:tcPr>
          <w:p>
            <w:r>
              <w:rPr>
                <w:rStyle w:val="TH"/>
              </w:rPr>
              <w:t>Site/Modalité</w:t>
            </w:r>
          </w:p>
        </w:tc>
        <w:tc>
          <w:tcPr>
            <w:tcW w:type="dxa" w:w="2542"/>
            <w:shd w:val="clear" w:color="auto" w:fill="1E3A8A"/>
          </w:tcPr>
          <w:p>
            <w:r>
              <w:rPr>
                <w:rStyle w:val="TH"/>
              </w:rPr>
              <w:t>Formateur·trice</w:t>
            </w:r>
          </w:p>
        </w:tc>
        <w:tc>
          <w:tcPr>
            <w:tcW w:type="dxa" w:w="2542"/>
            <w:shd w:val="clear" w:color="auto" w:fill="1E3A8A"/>
          </w:tcPr>
          <w:p>
            <w:r>
              <w:rPr>
                <w:rStyle w:val="TH"/>
              </w:rPr>
              <w:t>Référent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CBD5E1"/>
          <w:left w:val="single" w:sz="6" w:space="0" w:color="CBD5E1"/>
          <w:bottom w:val="single" w:sz="6" w:space="0" w:color="CBD5E1"/>
          <w:right w:val="single" w:sz="6" w:space="0" w:color="CBD5E1"/>
          <w:insideH w:val="single" w:sz="6" w:space="0" w:color="CBD5E1"/>
          <w:insideV w:val="single" w:sz="6" w:space="0" w:color="CBD5E1"/>
        </w:tblBorders>
      </w:tblPr>
      <w:tblGrid>
        <w:gridCol w:w="3812"/>
        <w:gridCol w:w="3812"/>
        <w:gridCol w:w="3812"/>
        <w:gridCol w:w="3812"/>
      </w:tblGrid>
      <w:tr>
        <w:tc>
          <w:tcPr>
            <w:tcW w:type="dxa" w:w="3812"/>
            <w:shd w:val="clear" w:color="auto" w:fill="0D9488"/>
          </w:tcPr>
          <w:p>
            <w:r>
              <w:rPr>
                <w:rStyle w:val="TH"/>
              </w:rPr>
              <w:t>À faire (Backlog)</w:t>
            </w:r>
          </w:p>
        </w:tc>
        <w:tc>
          <w:tcPr>
            <w:tcW w:type="dxa" w:w="3812"/>
            <w:shd w:val="clear" w:color="auto" w:fill="0D9488"/>
          </w:tcPr>
          <w:p>
            <w:r>
              <w:rPr>
                <w:rStyle w:val="TH"/>
              </w:rPr>
              <w:t>En cours</w:t>
            </w:r>
          </w:p>
        </w:tc>
        <w:tc>
          <w:tcPr>
            <w:tcW w:type="dxa" w:w="3812"/>
            <w:shd w:val="clear" w:color="auto" w:fill="0D9488"/>
          </w:tcPr>
          <w:p>
            <w:r>
              <w:rPr>
                <w:rStyle w:val="TH"/>
              </w:rPr>
              <w:t>Validé (Done)</w:t>
            </w:r>
          </w:p>
        </w:tc>
        <w:tc>
          <w:tcPr>
            <w:tcW w:type="dxa" w:w="3812"/>
            <w:shd w:val="clear" w:color="auto" w:fill="D97706"/>
          </w:tcPr>
          <w:p>
            <w:r>
              <w:rPr>
                <w:rStyle w:val="TH"/>
              </w:rPr>
              <w:t>À suivre (REX)</w:t>
            </w:r>
          </w:p>
        </w:tc>
      </w:tr>
      <w:tr>
        <w:tc>
          <w:tcPr>
            <w:tcW w:type="dxa" w:w="3812"/>
            <w:shd w:val="clear" w:color="auto" w:fill="F8FAFC"/>
          </w:tcPr>
          <w:p>
            <w:r>
              <w:t>[Carte #1]</w:t>
              <w:br/>
              <w:t>Action : ____</w:t>
              <w:br/>
              <w:t>Responsable : ____</w:t>
              <w:br/>
              <w:t>Échéance : ____</w:t>
            </w:r>
          </w:p>
        </w:tc>
        <w:tc>
          <w:tcPr>
            <w:tcW w:type="dxa" w:w="3812"/>
            <w:shd w:val="clear" w:color="auto" w:fill="F8FAFC"/>
          </w:tcPr>
          <w:p>
            <w:r>
              <w:t>[notes / blocages]</w:t>
            </w:r>
          </w:p>
        </w:tc>
        <w:tc>
          <w:tcPr>
            <w:tcW w:type="dxa" w:w="3812"/>
            <w:shd w:val="clear" w:color="auto" w:fill="F8FAFC"/>
          </w:tcPr>
          <w:p>
            <w:r>
              <w:t>[critères d’acceptation / preuve]</w:t>
            </w:r>
          </w:p>
        </w:tc>
        <w:tc>
          <w:tcPr>
            <w:tcW w:type="dxa" w:w="3812"/>
            <w:shd w:val="clear" w:color="auto" w:fill="F8FAFC"/>
          </w:tcPr>
          <w:p>
            <w:r>
              <w:t>[REX : enseignements / to‑dos D+30]</w:t>
            </w:r>
          </w:p>
        </w:tc>
      </w:tr>
      <w:tr>
        <w:tc>
          <w:tcPr>
            <w:tcW w:type="dxa" w:w="3812"/>
          </w:tcPr>
          <w:p>
            <w:r>
              <w:t>[Carte #2]</w:t>
              <w:br/>
              <w:t>Action : ____</w:t>
              <w:br/>
              <w:t>Responsable : ____</w:t>
              <w:br/>
              <w:t>Échéance : ____</w:t>
            </w:r>
          </w:p>
        </w:tc>
        <w:tc>
          <w:tcPr>
            <w:tcW w:type="dxa" w:w="3812"/>
          </w:tcPr>
          <w:p>
            <w:r>
              <w:t>[notes / blocages]</w:t>
            </w:r>
          </w:p>
        </w:tc>
        <w:tc>
          <w:tcPr>
            <w:tcW w:type="dxa" w:w="3812"/>
          </w:tcPr>
          <w:p>
            <w:r>
              <w:t>[critères d’acceptation / preuve]</w:t>
            </w:r>
          </w:p>
        </w:tc>
        <w:tc>
          <w:tcPr>
            <w:tcW w:type="dxa" w:w="3812"/>
          </w:tcPr>
          <w:p>
            <w:r>
              <w:t>[REX : enseignements / to‑dos D+30]</w:t>
            </w:r>
          </w:p>
        </w:tc>
      </w:tr>
      <w:tr>
        <w:tc>
          <w:tcPr>
            <w:tcW w:type="dxa" w:w="3812"/>
            <w:shd w:val="clear" w:color="auto" w:fill="F8FAFC"/>
          </w:tcPr>
          <w:p>
            <w:r>
              <w:t>[Carte #3]</w:t>
              <w:br/>
              <w:t>Action : ____</w:t>
              <w:br/>
              <w:t>Responsable : ____</w:t>
              <w:br/>
              <w:t>Échéance : ____</w:t>
            </w:r>
          </w:p>
        </w:tc>
        <w:tc>
          <w:tcPr>
            <w:tcW w:type="dxa" w:w="3812"/>
            <w:shd w:val="clear" w:color="auto" w:fill="F8FAFC"/>
          </w:tcPr>
          <w:p>
            <w:r>
              <w:t>[notes / blocages]</w:t>
            </w:r>
          </w:p>
        </w:tc>
        <w:tc>
          <w:tcPr>
            <w:tcW w:type="dxa" w:w="3812"/>
            <w:shd w:val="clear" w:color="auto" w:fill="F8FAFC"/>
          </w:tcPr>
          <w:p>
            <w:r>
              <w:t>[critères d’acceptation / preuve]</w:t>
            </w:r>
          </w:p>
        </w:tc>
        <w:tc>
          <w:tcPr>
            <w:tcW w:type="dxa" w:w="3812"/>
            <w:shd w:val="clear" w:color="auto" w:fill="F8FAFC"/>
          </w:tcPr>
          <w:p>
            <w:r>
              <w:t>[REX : enseignements / to‑dos D+30]</w:t>
            </w:r>
          </w:p>
        </w:tc>
      </w:tr>
      <w:tr>
        <w:tc>
          <w:tcPr>
            <w:tcW w:type="dxa" w:w="3812"/>
          </w:tcPr>
          <w:p>
            <w:r>
              <w:t>[Carte #4]</w:t>
              <w:br/>
              <w:t>Action : ____</w:t>
              <w:br/>
              <w:t>Responsable : ____</w:t>
              <w:br/>
              <w:t>Échéance : ____</w:t>
            </w:r>
          </w:p>
        </w:tc>
        <w:tc>
          <w:tcPr>
            <w:tcW w:type="dxa" w:w="3812"/>
          </w:tcPr>
          <w:p>
            <w:r>
              <w:t>[notes / blocages]</w:t>
            </w:r>
          </w:p>
        </w:tc>
        <w:tc>
          <w:tcPr>
            <w:tcW w:type="dxa" w:w="3812"/>
          </w:tcPr>
          <w:p>
            <w:r>
              <w:t>[critères d’acceptation / preuve]</w:t>
            </w:r>
          </w:p>
        </w:tc>
        <w:tc>
          <w:tcPr>
            <w:tcW w:type="dxa" w:w="3812"/>
          </w:tcPr>
          <w:p>
            <w:r>
              <w:t>[REX : enseignements / to‑dos D+30]</w:t>
            </w:r>
          </w:p>
        </w:tc>
      </w:tr>
      <w:tr>
        <w:tc>
          <w:tcPr>
            <w:tcW w:type="dxa" w:w="3812"/>
            <w:shd w:val="clear" w:color="auto" w:fill="F8FAFC"/>
          </w:tcPr>
          <w:p>
            <w:r>
              <w:t>[Carte #5]</w:t>
              <w:br/>
              <w:t>Action : ____</w:t>
              <w:br/>
              <w:t>Responsable : ____</w:t>
              <w:br/>
              <w:t>Échéance : ____</w:t>
            </w:r>
          </w:p>
        </w:tc>
        <w:tc>
          <w:tcPr>
            <w:tcW w:type="dxa" w:w="3812"/>
            <w:shd w:val="clear" w:color="auto" w:fill="F8FAFC"/>
          </w:tcPr>
          <w:p>
            <w:r>
              <w:t>[notes / blocages]</w:t>
            </w:r>
          </w:p>
        </w:tc>
        <w:tc>
          <w:tcPr>
            <w:tcW w:type="dxa" w:w="3812"/>
            <w:shd w:val="clear" w:color="auto" w:fill="F8FAFC"/>
          </w:tcPr>
          <w:p>
            <w:r>
              <w:t>[critères d’acceptation / preuve]</w:t>
            </w:r>
          </w:p>
        </w:tc>
        <w:tc>
          <w:tcPr>
            <w:tcW w:type="dxa" w:w="3812"/>
            <w:shd w:val="clear" w:color="auto" w:fill="F8FAFC"/>
          </w:tcPr>
          <w:p>
            <w:r>
              <w:t>[REX : enseignements / to‑dos D+30]</w:t>
            </w:r>
          </w:p>
        </w:tc>
      </w:tr>
      <w:tr>
        <w:tc>
          <w:tcPr>
            <w:tcW w:type="dxa" w:w="3812"/>
          </w:tcPr>
          <w:p>
            <w:r>
              <w:t>[Carte #6]</w:t>
              <w:br/>
              <w:t>Action : ____</w:t>
              <w:br/>
              <w:t>Responsable : ____</w:t>
              <w:br/>
              <w:t>Échéance : ____</w:t>
            </w:r>
          </w:p>
        </w:tc>
        <w:tc>
          <w:tcPr>
            <w:tcW w:type="dxa" w:w="3812"/>
          </w:tcPr>
          <w:p>
            <w:r>
              <w:t>[notes / blocages]</w:t>
            </w:r>
          </w:p>
        </w:tc>
        <w:tc>
          <w:tcPr>
            <w:tcW w:type="dxa" w:w="3812"/>
          </w:tcPr>
          <w:p>
            <w:r>
              <w:t>[critères d’acceptation / preuve]</w:t>
            </w:r>
          </w:p>
        </w:tc>
        <w:tc>
          <w:tcPr>
            <w:tcW w:type="dxa" w:w="3812"/>
          </w:tcPr>
          <w:p>
            <w:r>
              <w:t>[REX : enseignements / to‑dos D+30]</w:t>
            </w:r>
          </w:p>
        </w:tc>
      </w:tr>
      <w:tr>
        <w:tc>
          <w:tcPr>
            <w:tcW w:type="dxa" w:w="3812"/>
            <w:shd w:val="clear" w:color="auto" w:fill="F8FAFC"/>
          </w:tcPr>
          <w:p>
            <w:r>
              <w:t>[Carte #7]</w:t>
              <w:br/>
              <w:t>Action : ____</w:t>
              <w:br/>
              <w:t>Responsable : ____</w:t>
              <w:br/>
              <w:t>Échéance : ____</w:t>
            </w:r>
          </w:p>
        </w:tc>
        <w:tc>
          <w:tcPr>
            <w:tcW w:type="dxa" w:w="3812"/>
            <w:shd w:val="clear" w:color="auto" w:fill="F8FAFC"/>
          </w:tcPr>
          <w:p>
            <w:r>
              <w:t>[notes / blocages]</w:t>
            </w:r>
          </w:p>
        </w:tc>
        <w:tc>
          <w:tcPr>
            <w:tcW w:type="dxa" w:w="3812"/>
            <w:shd w:val="clear" w:color="auto" w:fill="F8FAFC"/>
          </w:tcPr>
          <w:p>
            <w:r>
              <w:t>[critères d’acceptation / preuve]</w:t>
            </w:r>
          </w:p>
        </w:tc>
        <w:tc>
          <w:tcPr>
            <w:tcW w:type="dxa" w:w="3812"/>
            <w:shd w:val="clear" w:color="auto" w:fill="F8FAFC"/>
          </w:tcPr>
          <w:p>
            <w:r>
              <w:t>[REX : enseignements / to‑dos D+30]</w:t>
            </w:r>
          </w:p>
        </w:tc>
      </w:tr>
      <w:tr>
        <w:tc>
          <w:tcPr>
            <w:tcW w:type="dxa" w:w="3812"/>
          </w:tcPr>
          <w:p>
            <w:r>
              <w:t>[Carte #8]</w:t>
              <w:br/>
              <w:t>Action : ____</w:t>
              <w:br/>
              <w:t>Responsable : ____</w:t>
              <w:br/>
              <w:t>Échéance : ____</w:t>
            </w:r>
          </w:p>
        </w:tc>
        <w:tc>
          <w:tcPr>
            <w:tcW w:type="dxa" w:w="3812"/>
          </w:tcPr>
          <w:p>
            <w:r>
              <w:t>[notes / blocages]</w:t>
            </w:r>
          </w:p>
        </w:tc>
        <w:tc>
          <w:tcPr>
            <w:tcW w:type="dxa" w:w="3812"/>
          </w:tcPr>
          <w:p>
            <w:r>
              <w:t>[critères d’acceptation / preuve]</w:t>
            </w:r>
          </w:p>
        </w:tc>
        <w:tc>
          <w:tcPr>
            <w:tcW w:type="dxa" w:w="3812"/>
          </w:tcPr>
          <w:p>
            <w:r>
              <w:t>[REX : enseignements / to‑dos D+30]</w:t>
            </w:r>
          </w:p>
        </w:tc>
      </w:tr>
    </w:tbl>
    <w:p>
      <w:pPr>
        <w:pStyle w:val="H2Doc"/>
      </w:pPr>
      <w:r>
        <w:t>Swimlanes (thèmes) — option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CBD5E1"/>
          <w:left w:val="single" w:sz="6" w:space="0" w:color="CBD5E1"/>
          <w:bottom w:val="single" w:sz="6" w:space="0" w:color="CBD5E1"/>
          <w:right w:val="single" w:sz="6" w:space="0" w:color="CBD5E1"/>
          <w:insideH w:val="single" w:sz="6" w:space="0" w:color="CBD5E1"/>
          <w:insideV w:val="single" w:sz="6" w:space="0" w:color="CBD5E1"/>
        </w:tblBorders>
      </w:tblPr>
      <w:tblGrid>
        <w:gridCol w:w="7625"/>
        <w:gridCol w:w="7625"/>
      </w:tblGrid>
      <w:tr>
        <w:tc>
          <w:tcPr>
            <w:tcW w:type="dxa" w:w="7625"/>
            <w:shd w:val="clear" w:color="auto" w:fill="F8FAFC"/>
          </w:tcPr>
          <w:p>
            <w:r>
              <w:t>Thème 1</w:t>
            </w:r>
          </w:p>
        </w:tc>
        <w:tc>
          <w:tcPr>
            <w:tcW w:type="dxa" w:w="7625"/>
            <w:shd w:val="clear" w:color="auto" w:fill="F8FAFC"/>
          </w:tcPr>
          <w:p>
            <w:r>
              <w:t>[Décrivez le thème ou la filière (sécurité, outil, soft skills…) et les dépendances]</w:t>
            </w:r>
          </w:p>
        </w:tc>
      </w:tr>
      <w:tr>
        <w:tc>
          <w:tcPr>
            <w:tcW w:type="dxa" w:w="7625"/>
          </w:tcPr>
          <w:p>
            <w:r>
              <w:t>Thème 2</w:t>
            </w:r>
          </w:p>
        </w:tc>
        <w:tc>
          <w:tcPr>
            <w:tcW w:type="dxa" w:w="7625"/>
          </w:tcPr>
          <w:p>
            <w:r>
              <w:t>[Décrivez le thème ou la filière (sécurité, outil, soft skills…) et les dépendances]</w:t>
            </w:r>
          </w:p>
        </w:tc>
      </w:tr>
      <w:tr>
        <w:tc>
          <w:tcPr>
            <w:tcW w:type="dxa" w:w="7625"/>
            <w:shd w:val="clear" w:color="auto" w:fill="F8FAFC"/>
          </w:tcPr>
          <w:p>
            <w:r>
              <w:t>Thème 3</w:t>
            </w:r>
          </w:p>
        </w:tc>
        <w:tc>
          <w:tcPr>
            <w:tcW w:type="dxa" w:w="7625"/>
            <w:shd w:val="clear" w:color="auto" w:fill="F8FAFC"/>
          </w:tcPr>
          <w:p>
            <w:r>
              <w:t>[Décrivez le thème ou la filière (sécurité, outil, soft skills…) et les dépendances]</w:t>
            </w:r>
          </w:p>
        </w:tc>
      </w:tr>
      <w:tr>
        <w:tc>
          <w:tcPr>
            <w:tcW w:type="dxa" w:w="7625"/>
          </w:tcPr>
          <w:p>
            <w:r>
              <w:t>Notes globales</w:t>
            </w:r>
          </w:p>
        </w:tc>
        <w:tc>
          <w:tcPr>
            <w:tcW w:type="dxa" w:w="7625"/>
          </w:tcPr>
          <w:p>
            <w:r>
              <w:t>[Décrivez le thème ou la filière (sécurité, outil, soft skills…) et les dépendances]</w:t>
            </w:r>
          </w:p>
        </w:tc>
      </w:tr>
    </w:tbl>
    <w:sectPr w:rsidR="00FC693F" w:rsidRPr="0006063C" w:rsidSect="00034616">
      <w:footerReference w:type="default" r:id="rId9"/>
      <w:pgSz w:w="16838" w:h="11906" w:orient="landscape"/>
      <w:pgMar w:top="794" w:right="794" w:bottom="794" w:left="79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  <w:r>
      <w:rPr>
        <w:sz w:val="16"/>
      </w:rPr>
      <w:t>lecoursgratuit.com — Kanban CR Formation — 23/09/2025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TitreDoc">
    <w:name w:val="TitreDoc"/>
    <w:rPr>
      <w:rFonts w:ascii="Calibri" w:hAnsi="Calibri"/>
      <w:b/>
      <w:sz w:val="44"/>
    </w:rPr>
  </w:style>
  <w:style w:type="paragraph" w:customStyle="1" w:styleId="SousTitre">
    <w:name w:val="SousTitre"/>
    <w:rPr>
      <w:rFonts w:ascii="Calibri" w:hAnsi="Calibri"/>
      <w:i/>
      <w:sz w:val="24"/>
    </w:rPr>
  </w:style>
  <w:style w:type="paragraph" w:customStyle="1" w:styleId="H2Doc">
    <w:name w:val="H2Doc"/>
    <w:rPr>
      <w:rFonts w:ascii="Calibri" w:hAnsi="Calibri"/>
      <w:b/>
      <w:sz w:val="28"/>
    </w:rPr>
  </w:style>
  <w:style w:type="paragraph" w:customStyle="1" w:styleId="CorpsDoc">
    <w:name w:val="CorpsDoc"/>
    <w:rPr>
      <w:rFonts w:ascii="Calibri" w:hAnsi="Calibri"/>
      <w:sz w:val="22"/>
    </w:rPr>
  </w:style>
  <w:style w:type="character" w:customStyle="1" w:styleId="TH">
    <w:name w:val="TH"/>
    <w:rPr>
      <w:rFonts w:ascii="Calibri" w:hAnsi="Calibri"/>
      <w:b/>
      <w:color w:val="FFFFFF"/>
      <w:sz w:val="21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