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right"/>
      </w:pPr>
      <w:r>
        <w:rPr>
          <w:color w:val="666666"/>
          <w:sz w:val="18"/>
        </w:rPr>
        <w:t>Modèle à remplir — Feuille de route de digitalisation</w:t>
      </w:r>
    </w:p>
    <w:p>
      <w:pPr>
        <w:jc w:val="center"/>
      </w:pPr>
      <w:r>
        <w:rPr>
          <w:b/>
          <w:color w:val="1F4E79"/>
          <w:sz w:val="36"/>
        </w:rPr>
        <w:t>FORMULAIRE — FEUILLE DE ROUTE DE DIGITALISATION</w:t>
      </w:r>
    </w:p>
    <w:p>
      <w:pPr>
        <w:jc w:val="center"/>
      </w:pPr>
      <w:r>
        <w:rPr>
          <w:color w:val="336699"/>
          <w:sz w:val="20"/>
        </w:rPr>
        <w:t>Gabarit prêt à imprimer et à compléter (zones grisées)</w:t>
      </w:r>
    </w:p>
    <w:p/>
    <w:p>
      <w:pPr>
        <w:spacing w:before="120" w:after="80"/>
      </w:pPr>
      <w:r>
        <w:rPr>
          <w:b/>
          <w:color w:val="1F4E79"/>
          <w:sz w:val="32"/>
        </w:rPr>
        <w:t>1. IDENTITÉ DU PROJET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160"/>
        <w:gridCol w:w="2160"/>
        <w:gridCol w:w="2160"/>
        <w:gridCol w:w="2160"/>
      </w:tblGrid>
      <w:tr>
        <w:tc>
          <w:tcPr>
            <w:tcW w:type="dxa" w:w="2304"/>
          </w:tcPr>
          <w:p>
            <w:r>
              <w:rPr>
                <w:b/>
                <w:color w:val="1F4E79"/>
                <w:sz w:val="20"/>
              </w:rPr>
              <w:t>Client</w:t>
            </w:r>
          </w:p>
        </w:tc>
        <w:tc>
          <w:tcPr>
            <w:tcW w:type="dxa" w:w="4320"/>
            <w:shd w:fill="F2F2F2"/>
          </w:tcPr>
          <w:p>
            <w:pPr>
              <w:jc w:val="left"/>
            </w:pPr>
            <w:r>
              <w:rPr>
                <w:i/>
                <w:color w:val="555555"/>
                <w:sz w:val="20"/>
              </w:rPr>
              <w:t>Raison sociale / entité</w:t>
            </w:r>
          </w:p>
        </w:tc>
        <w:tc>
          <w:tcPr>
            <w:tcW w:type="dxa" w:w="2304"/>
          </w:tcPr>
          <w:p>
            <w:r>
              <w:rPr>
                <w:b/>
                <w:color w:val="1F4E79"/>
                <w:sz w:val="20"/>
              </w:rPr>
              <w:t>Projet</w:t>
            </w:r>
          </w:p>
        </w:tc>
        <w:tc>
          <w:tcPr>
            <w:tcW w:type="dxa" w:w="3168"/>
            <w:shd w:fill="F2F2F2"/>
          </w:tcPr>
          <w:p>
            <w:pPr>
              <w:jc w:val="left"/>
            </w:pPr>
            <w:r>
              <w:rPr>
                <w:i/>
                <w:color w:val="555555"/>
                <w:sz w:val="20"/>
              </w:rPr>
              <w:t>Intitulé du projet</w:t>
            </w:r>
          </w:p>
        </w:tc>
      </w:tr>
      <w:tr>
        <w:tc>
          <w:tcPr>
            <w:tcW w:type="dxa" w:w="2304"/>
          </w:tcPr>
          <w:p>
            <w:r>
              <w:rPr>
                <w:b/>
                <w:color w:val="1F4E79"/>
                <w:sz w:val="20"/>
              </w:rPr>
              <w:t>Sponsor</w:t>
            </w:r>
          </w:p>
        </w:tc>
        <w:tc>
          <w:tcPr>
            <w:tcW w:type="dxa" w:w="4320"/>
            <w:shd w:fill="F2F2F2"/>
          </w:tcPr>
          <w:p>
            <w:pPr>
              <w:jc w:val="left"/>
            </w:pPr>
            <w:r>
              <w:rPr>
                <w:i/>
                <w:color w:val="555555"/>
                <w:sz w:val="20"/>
              </w:rPr>
              <w:t>Nom &amp; fonction</w:t>
            </w:r>
          </w:p>
        </w:tc>
        <w:tc>
          <w:tcPr>
            <w:tcW w:type="dxa" w:w="2304"/>
          </w:tcPr>
          <w:p>
            <w:r>
              <w:rPr>
                <w:b/>
                <w:color w:val="1F4E79"/>
                <w:sz w:val="20"/>
              </w:rPr>
              <w:t>Directeur de mission</w:t>
            </w:r>
          </w:p>
        </w:tc>
        <w:tc>
          <w:tcPr>
            <w:tcW w:type="dxa" w:w="3168"/>
            <w:shd w:fill="F2F2F2"/>
          </w:tcPr>
          <w:p>
            <w:pPr>
              <w:jc w:val="left"/>
            </w:pPr>
            <w:r>
              <w:rPr>
                <w:i/>
                <w:color w:val="555555"/>
                <w:sz w:val="20"/>
              </w:rPr>
              <w:t>Nom &amp; fonction</w:t>
            </w:r>
          </w:p>
        </w:tc>
      </w:tr>
      <w:tr>
        <w:tc>
          <w:tcPr>
            <w:tcW w:type="dxa" w:w="2304"/>
          </w:tcPr>
          <w:p>
            <w:r>
              <w:rPr>
                <w:b/>
                <w:color w:val="1F4E79"/>
                <w:sz w:val="20"/>
              </w:rPr>
              <w:t>Périmètre</w:t>
            </w:r>
          </w:p>
        </w:tc>
        <w:tc>
          <w:tcPr>
            <w:tcW w:type="dxa" w:w="4320"/>
            <w:shd w:fill="F2F2F2"/>
          </w:tcPr>
          <w:p>
            <w:pPr>
              <w:jc w:val="left"/>
            </w:pPr>
            <w:r>
              <w:rPr>
                <w:i/>
                <w:color w:val="555555"/>
                <w:sz w:val="20"/>
              </w:rPr>
              <w:t>Processus, BU, pays...</w:t>
            </w:r>
          </w:p>
        </w:tc>
        <w:tc>
          <w:tcPr>
            <w:tcW w:type="dxa" w:w="2304"/>
          </w:tcPr>
          <w:p>
            <w:r>
              <w:rPr>
                <w:b/>
                <w:color w:val="1F4E79"/>
                <w:sz w:val="20"/>
              </w:rPr>
              <w:t>Sites concernés</w:t>
            </w:r>
          </w:p>
        </w:tc>
        <w:tc>
          <w:tcPr>
            <w:tcW w:type="dxa" w:w="3168"/>
            <w:shd w:fill="F2F2F2"/>
          </w:tcPr>
          <w:p>
            <w:pPr>
              <w:jc w:val="left"/>
            </w:pPr>
            <w:r>
              <w:rPr>
                <w:i/>
                <w:color w:val="555555"/>
                <w:sz w:val="20"/>
              </w:rPr>
              <w:t>Sites / lignes de prod / agences</w:t>
            </w:r>
          </w:p>
        </w:tc>
      </w:tr>
      <w:tr>
        <w:tc>
          <w:tcPr>
            <w:tcW w:type="dxa" w:w="2304"/>
          </w:tcPr>
          <w:p>
            <w:r>
              <w:rPr>
                <w:b/>
                <w:color w:val="1F4E79"/>
                <w:sz w:val="20"/>
              </w:rPr>
              <w:t>Date</w:t>
            </w:r>
          </w:p>
        </w:tc>
        <w:tc>
          <w:tcPr>
            <w:tcW w:type="dxa" w:w="4320"/>
            <w:shd w:fill="F2F2F2"/>
          </w:tcPr>
          <w:p>
            <w:pPr>
              <w:jc w:val="left"/>
            </w:pPr>
            <w:r>
              <w:rPr>
                <w:i/>
                <w:color w:val="555555"/>
                <w:sz w:val="20"/>
              </w:rPr>
              <w:t>2025-09-21</w:t>
            </w:r>
          </w:p>
        </w:tc>
        <w:tc>
          <w:tcPr>
            <w:tcW w:type="dxa" w:w="2304"/>
          </w:tcPr>
          <w:p>
            <w:r>
              <w:rPr>
                <w:b/>
                <w:color w:val="1F4E79"/>
                <w:sz w:val="20"/>
              </w:rPr>
              <w:t>Version</w:t>
            </w:r>
          </w:p>
        </w:tc>
        <w:tc>
          <w:tcPr>
            <w:tcW w:type="dxa" w:w="3168"/>
            <w:shd w:fill="F2F2F2"/>
          </w:tcPr>
          <w:p>
            <w:pPr>
              <w:jc w:val="left"/>
            </w:pPr>
            <w:r>
              <w:rPr>
                <w:i/>
                <w:color w:val="555555"/>
                <w:sz w:val="20"/>
              </w:rPr>
              <w:t>v1.0</w:t>
            </w:r>
          </w:p>
        </w:tc>
      </w:tr>
    </w:tbl>
    <w:p>
      <w:pPr>
        <w:spacing w:before="120" w:after="80"/>
      </w:pPr>
      <w:r>
        <w:rPr>
          <w:b/>
          <w:color w:val="1F4E79"/>
          <w:sz w:val="32"/>
        </w:rPr>
        <w:t>2. PARTIES PRENANTES &amp; RACI (MINI)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440"/>
        <w:gridCol w:w="1440"/>
        <w:gridCol w:w="1440"/>
        <w:gridCol w:w="1440"/>
        <w:gridCol w:w="1440"/>
        <w:gridCol w:w="1440"/>
      </w:tblGrid>
      <w:tr>
        <w:tc>
          <w:tcPr>
            <w:tcW w:type="dxa" w:w="3744"/>
            <w:shd w:fill="E9EFF7"/>
          </w:tcPr>
          <w:p>
            <w:r>
              <w:rPr>
                <w:b/>
                <w:color w:val="1F4E79"/>
                <w:sz w:val="20"/>
              </w:rPr>
              <w:t>Activité</w:t>
            </w:r>
          </w:p>
        </w:tc>
        <w:tc>
          <w:tcPr>
            <w:tcW w:type="dxa" w:w="1728"/>
            <w:shd w:fill="E9EFF7"/>
          </w:tcPr>
          <w:p>
            <w:r>
              <w:rPr>
                <w:b/>
                <w:color w:val="1F4E79"/>
                <w:sz w:val="20"/>
              </w:rPr>
              <w:t>Sponsor</w:t>
            </w:r>
          </w:p>
        </w:tc>
        <w:tc>
          <w:tcPr>
            <w:tcW w:type="dxa" w:w="1728"/>
            <w:shd w:fill="E9EFF7"/>
          </w:tcPr>
          <w:p>
            <w:r>
              <w:rPr>
                <w:b/>
                <w:color w:val="1F4E79"/>
                <w:sz w:val="20"/>
              </w:rPr>
              <w:t>Direction</w:t>
            </w:r>
          </w:p>
        </w:tc>
        <w:tc>
          <w:tcPr>
            <w:tcW w:type="dxa" w:w="1728"/>
            <w:shd w:fill="E9EFF7"/>
          </w:tcPr>
          <w:p>
            <w:r>
              <w:rPr>
                <w:b/>
                <w:color w:val="1F4E79"/>
                <w:sz w:val="20"/>
              </w:rPr>
              <w:t>DSI</w:t>
            </w:r>
          </w:p>
        </w:tc>
        <w:tc>
          <w:tcPr>
            <w:tcW w:type="dxa" w:w="1728"/>
            <w:shd w:fill="E9EFF7"/>
          </w:tcPr>
          <w:p>
            <w:r>
              <w:rPr>
                <w:b/>
                <w:color w:val="1F4E79"/>
                <w:sz w:val="20"/>
              </w:rPr>
              <w:t>Métiers</w:t>
            </w:r>
          </w:p>
        </w:tc>
        <w:tc>
          <w:tcPr>
            <w:tcW w:type="dxa" w:w="1728"/>
            <w:shd w:fill="E9EFF7"/>
          </w:tcPr>
          <w:p>
            <w:r>
              <w:rPr>
                <w:b/>
                <w:color w:val="1F4E79"/>
                <w:sz w:val="20"/>
              </w:rPr>
              <w:t>Finance</w:t>
            </w:r>
          </w:p>
        </w:tc>
      </w:tr>
      <w:tr>
        <w:tc>
          <w:tcPr>
            <w:tcW w:type="dxa" w:w="3744"/>
          </w:tcPr>
          <w:p>
            <w:r>
              <w:t>Pilotage mensuel</w:t>
            </w:r>
          </w:p>
        </w:tc>
        <w:tc>
          <w:tcPr>
            <w:tcW w:type="dxa" w:w="1728"/>
            <w:shd w:fill="F2F2F2"/>
          </w:tcPr>
          <w:p>
            <w:pPr>
              <w:jc w:val="left"/>
            </w:pPr>
            <w:r>
              <w:rPr>
                <w:i/>
                <w:color w:val="555555"/>
                <w:sz w:val="20"/>
              </w:rPr>
              <w:t>R / A / C / I</w:t>
            </w:r>
          </w:p>
        </w:tc>
        <w:tc>
          <w:tcPr>
            <w:tcW w:type="dxa" w:w="1728"/>
            <w:shd w:fill="F2F2F2"/>
          </w:tcPr>
          <w:p>
            <w:pPr>
              <w:jc w:val="left"/>
            </w:pPr>
            <w:r>
              <w:rPr>
                <w:i/>
                <w:color w:val="555555"/>
                <w:sz w:val="20"/>
              </w:rPr>
              <w:t>R / A / C / I</w:t>
            </w:r>
          </w:p>
        </w:tc>
        <w:tc>
          <w:tcPr>
            <w:tcW w:type="dxa" w:w="1728"/>
            <w:shd w:fill="F2F2F2"/>
          </w:tcPr>
          <w:p>
            <w:pPr>
              <w:jc w:val="left"/>
            </w:pPr>
            <w:r>
              <w:rPr>
                <w:i/>
                <w:color w:val="555555"/>
                <w:sz w:val="20"/>
              </w:rPr>
              <w:t>R / A / C / I</w:t>
            </w:r>
          </w:p>
        </w:tc>
        <w:tc>
          <w:tcPr>
            <w:tcW w:type="dxa" w:w="1728"/>
            <w:shd w:fill="F2F2F2"/>
          </w:tcPr>
          <w:p>
            <w:pPr>
              <w:jc w:val="left"/>
            </w:pPr>
            <w:r>
              <w:rPr>
                <w:i/>
                <w:color w:val="555555"/>
                <w:sz w:val="20"/>
              </w:rPr>
              <w:t>R / A / C / I</w:t>
            </w:r>
          </w:p>
        </w:tc>
        <w:tc>
          <w:tcPr>
            <w:tcW w:type="dxa" w:w="1728"/>
            <w:shd w:fill="F2F2F2"/>
          </w:tcPr>
          <w:p>
            <w:pPr>
              <w:jc w:val="left"/>
            </w:pPr>
            <w:r>
              <w:rPr>
                <w:i/>
                <w:color w:val="555555"/>
                <w:sz w:val="20"/>
              </w:rPr>
              <w:t>R / A / C / I</w:t>
            </w:r>
          </w:p>
        </w:tc>
      </w:tr>
      <w:tr>
        <w:tc>
          <w:tcPr>
            <w:tcW w:type="dxa" w:w="3744"/>
          </w:tcPr>
          <w:p>
            <w:r>
              <w:t>Décisions d’arbitrage</w:t>
            </w:r>
          </w:p>
        </w:tc>
        <w:tc>
          <w:tcPr>
            <w:tcW w:type="dxa" w:w="1728"/>
            <w:shd w:fill="F2F2F2"/>
          </w:tcPr>
          <w:p>
            <w:pPr>
              <w:jc w:val="left"/>
            </w:pPr>
            <w:r>
              <w:rPr>
                <w:i/>
                <w:color w:val="555555"/>
                <w:sz w:val="20"/>
              </w:rPr>
              <w:t>R / A / C / I</w:t>
            </w:r>
          </w:p>
        </w:tc>
        <w:tc>
          <w:tcPr>
            <w:tcW w:type="dxa" w:w="1728"/>
            <w:shd w:fill="F2F2F2"/>
          </w:tcPr>
          <w:p>
            <w:pPr>
              <w:jc w:val="left"/>
            </w:pPr>
            <w:r>
              <w:rPr>
                <w:i/>
                <w:color w:val="555555"/>
                <w:sz w:val="20"/>
              </w:rPr>
              <w:t>R / A / C / I</w:t>
            </w:r>
          </w:p>
        </w:tc>
        <w:tc>
          <w:tcPr>
            <w:tcW w:type="dxa" w:w="1728"/>
            <w:shd w:fill="F2F2F2"/>
          </w:tcPr>
          <w:p>
            <w:pPr>
              <w:jc w:val="left"/>
            </w:pPr>
            <w:r>
              <w:rPr>
                <w:i/>
                <w:color w:val="555555"/>
                <w:sz w:val="20"/>
              </w:rPr>
              <w:t>R / A / C / I</w:t>
            </w:r>
          </w:p>
        </w:tc>
        <w:tc>
          <w:tcPr>
            <w:tcW w:type="dxa" w:w="1728"/>
            <w:shd w:fill="F2F2F2"/>
          </w:tcPr>
          <w:p>
            <w:pPr>
              <w:jc w:val="left"/>
            </w:pPr>
            <w:r>
              <w:rPr>
                <w:i/>
                <w:color w:val="555555"/>
                <w:sz w:val="20"/>
              </w:rPr>
              <w:t>R / A / C / I</w:t>
            </w:r>
          </w:p>
        </w:tc>
        <w:tc>
          <w:tcPr>
            <w:tcW w:type="dxa" w:w="1728"/>
            <w:shd w:fill="F2F2F2"/>
          </w:tcPr>
          <w:p>
            <w:pPr>
              <w:jc w:val="left"/>
            </w:pPr>
            <w:r>
              <w:rPr>
                <w:i/>
                <w:color w:val="555555"/>
                <w:sz w:val="20"/>
              </w:rPr>
              <w:t>R / A / C / I</w:t>
            </w:r>
          </w:p>
        </w:tc>
      </w:tr>
      <w:tr>
        <w:tc>
          <w:tcPr>
            <w:tcW w:type="dxa" w:w="3744"/>
          </w:tcPr>
          <w:p>
            <w:r>
              <w:t>Déploiement pilote</w:t>
            </w:r>
          </w:p>
        </w:tc>
        <w:tc>
          <w:tcPr>
            <w:tcW w:type="dxa" w:w="1728"/>
            <w:shd w:fill="F2F2F2"/>
          </w:tcPr>
          <w:p>
            <w:pPr>
              <w:jc w:val="left"/>
            </w:pPr>
            <w:r>
              <w:rPr>
                <w:i/>
                <w:color w:val="555555"/>
                <w:sz w:val="20"/>
              </w:rPr>
              <w:t>R / A / C / I</w:t>
            </w:r>
          </w:p>
        </w:tc>
        <w:tc>
          <w:tcPr>
            <w:tcW w:type="dxa" w:w="1728"/>
            <w:shd w:fill="F2F2F2"/>
          </w:tcPr>
          <w:p>
            <w:pPr>
              <w:jc w:val="left"/>
            </w:pPr>
            <w:r>
              <w:rPr>
                <w:i/>
                <w:color w:val="555555"/>
                <w:sz w:val="20"/>
              </w:rPr>
              <w:t>R / A / C / I</w:t>
            </w:r>
          </w:p>
        </w:tc>
        <w:tc>
          <w:tcPr>
            <w:tcW w:type="dxa" w:w="1728"/>
            <w:shd w:fill="F2F2F2"/>
          </w:tcPr>
          <w:p>
            <w:pPr>
              <w:jc w:val="left"/>
            </w:pPr>
            <w:r>
              <w:rPr>
                <w:i/>
                <w:color w:val="555555"/>
                <w:sz w:val="20"/>
              </w:rPr>
              <w:t>R / A / C / I</w:t>
            </w:r>
          </w:p>
        </w:tc>
        <w:tc>
          <w:tcPr>
            <w:tcW w:type="dxa" w:w="1728"/>
            <w:shd w:fill="F2F2F2"/>
          </w:tcPr>
          <w:p>
            <w:pPr>
              <w:jc w:val="left"/>
            </w:pPr>
            <w:r>
              <w:rPr>
                <w:i/>
                <w:color w:val="555555"/>
                <w:sz w:val="20"/>
              </w:rPr>
              <w:t>R / A / C / I</w:t>
            </w:r>
          </w:p>
        </w:tc>
        <w:tc>
          <w:tcPr>
            <w:tcW w:type="dxa" w:w="1728"/>
            <w:shd w:fill="F2F2F2"/>
          </w:tcPr>
          <w:p>
            <w:pPr>
              <w:jc w:val="left"/>
            </w:pPr>
            <w:r>
              <w:rPr>
                <w:i/>
                <w:color w:val="555555"/>
                <w:sz w:val="20"/>
              </w:rPr>
              <w:t>R / A / C / I</w:t>
            </w:r>
          </w:p>
        </w:tc>
      </w:tr>
      <w:tr>
        <w:tc>
          <w:tcPr>
            <w:tcW w:type="dxa" w:w="3744"/>
          </w:tcPr>
          <w:p>
            <w:r>
              <w:t>Support &amp; change</w:t>
            </w:r>
          </w:p>
        </w:tc>
        <w:tc>
          <w:tcPr>
            <w:tcW w:type="dxa" w:w="1728"/>
            <w:shd w:fill="F2F2F2"/>
          </w:tcPr>
          <w:p>
            <w:pPr>
              <w:jc w:val="left"/>
            </w:pPr>
            <w:r>
              <w:rPr>
                <w:i/>
                <w:color w:val="555555"/>
                <w:sz w:val="20"/>
              </w:rPr>
              <w:t>R / A / C / I</w:t>
            </w:r>
          </w:p>
        </w:tc>
        <w:tc>
          <w:tcPr>
            <w:tcW w:type="dxa" w:w="1728"/>
            <w:shd w:fill="F2F2F2"/>
          </w:tcPr>
          <w:p>
            <w:pPr>
              <w:jc w:val="left"/>
            </w:pPr>
            <w:r>
              <w:rPr>
                <w:i/>
                <w:color w:val="555555"/>
                <w:sz w:val="20"/>
              </w:rPr>
              <w:t>R / A / C / I</w:t>
            </w:r>
          </w:p>
        </w:tc>
        <w:tc>
          <w:tcPr>
            <w:tcW w:type="dxa" w:w="1728"/>
            <w:shd w:fill="F2F2F2"/>
          </w:tcPr>
          <w:p>
            <w:pPr>
              <w:jc w:val="left"/>
            </w:pPr>
            <w:r>
              <w:rPr>
                <w:i/>
                <w:color w:val="555555"/>
                <w:sz w:val="20"/>
              </w:rPr>
              <w:t>R / A / C / I</w:t>
            </w:r>
          </w:p>
        </w:tc>
        <w:tc>
          <w:tcPr>
            <w:tcW w:type="dxa" w:w="1728"/>
            <w:shd w:fill="F2F2F2"/>
          </w:tcPr>
          <w:p>
            <w:pPr>
              <w:jc w:val="left"/>
            </w:pPr>
            <w:r>
              <w:rPr>
                <w:i/>
                <w:color w:val="555555"/>
                <w:sz w:val="20"/>
              </w:rPr>
              <w:t>R / A / C / I</w:t>
            </w:r>
          </w:p>
        </w:tc>
        <w:tc>
          <w:tcPr>
            <w:tcW w:type="dxa" w:w="1728"/>
            <w:shd w:fill="F2F2F2"/>
          </w:tcPr>
          <w:p>
            <w:pPr>
              <w:jc w:val="left"/>
            </w:pPr>
            <w:r>
              <w:rPr>
                <w:i/>
                <w:color w:val="555555"/>
                <w:sz w:val="20"/>
              </w:rPr>
              <w:t>R / A / C / I</w:t>
            </w:r>
          </w:p>
        </w:tc>
      </w:tr>
    </w:tbl>
    <w:p>
      <w:pPr>
        <w:spacing w:before="120" w:after="80"/>
      </w:pPr>
      <w:r>
        <w:rPr>
          <w:b/>
          <w:color w:val="1F4E79"/>
          <w:sz w:val="32"/>
        </w:rPr>
        <w:t>3. ROADMAP DES INITIATIVES (À REMPLIR)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960"/>
        <w:gridCol w:w="960"/>
        <w:gridCol w:w="960"/>
        <w:gridCol w:w="960"/>
        <w:gridCol w:w="960"/>
        <w:gridCol w:w="960"/>
        <w:gridCol w:w="960"/>
        <w:gridCol w:w="960"/>
        <w:gridCol w:w="960"/>
      </w:tblGrid>
      <w:tr>
        <w:tc>
          <w:tcPr>
            <w:tcW w:type="dxa" w:w="1152"/>
            <w:shd w:fill="E9EFF7"/>
          </w:tcPr>
          <w:p>
            <w:r>
              <w:rPr>
                <w:b/>
                <w:color w:val="1F4E79"/>
                <w:sz w:val="20"/>
              </w:rPr>
              <w:t>ID</w:t>
            </w:r>
          </w:p>
        </w:tc>
        <w:tc>
          <w:tcPr>
            <w:tcW w:type="dxa" w:w="2304"/>
            <w:shd w:fill="E9EFF7"/>
          </w:tcPr>
          <w:p>
            <w:r>
              <w:rPr>
                <w:b/>
                <w:color w:val="1F4E79"/>
                <w:sz w:val="20"/>
              </w:rPr>
              <w:t>Flux</w:t>
            </w:r>
          </w:p>
        </w:tc>
        <w:tc>
          <w:tcPr>
            <w:tcW w:type="dxa" w:w="3744"/>
            <w:shd w:fill="E9EFF7"/>
          </w:tcPr>
          <w:p>
            <w:r>
              <w:rPr>
                <w:b/>
                <w:color w:val="1F4E79"/>
                <w:sz w:val="20"/>
              </w:rPr>
              <w:t>Initiative</w:t>
            </w:r>
          </w:p>
        </w:tc>
        <w:tc>
          <w:tcPr>
            <w:tcW w:type="dxa" w:w="2592"/>
            <w:shd w:fill="E9EFF7"/>
          </w:tcPr>
          <w:p>
            <w:r>
              <w:rPr>
                <w:b/>
                <w:color w:val="1F4E79"/>
                <w:sz w:val="20"/>
              </w:rPr>
              <w:t>Propriétaire</w:t>
            </w:r>
          </w:p>
        </w:tc>
        <w:tc>
          <w:tcPr>
            <w:tcW w:type="dxa" w:w="1440"/>
            <w:shd w:fill="E9EFF7"/>
          </w:tcPr>
          <w:p>
            <w:r>
              <w:rPr>
                <w:b/>
                <w:color w:val="1F4E79"/>
                <w:sz w:val="20"/>
              </w:rPr>
              <w:t>Début</w:t>
            </w:r>
          </w:p>
        </w:tc>
        <w:tc>
          <w:tcPr>
            <w:tcW w:type="dxa" w:w="1440"/>
            <w:shd w:fill="E9EFF7"/>
          </w:tcPr>
          <w:p>
            <w:r>
              <w:rPr>
                <w:b/>
                <w:color w:val="1F4E79"/>
                <w:sz w:val="20"/>
              </w:rPr>
              <w:t>Fin</w:t>
            </w:r>
          </w:p>
        </w:tc>
        <w:tc>
          <w:tcPr>
            <w:tcW w:type="dxa" w:w="1728"/>
            <w:shd w:fill="E9EFF7"/>
          </w:tcPr>
          <w:p>
            <w:r>
              <w:rPr>
                <w:b/>
                <w:color w:val="1F4E79"/>
                <w:sz w:val="20"/>
              </w:rPr>
              <w:t>Statut</w:t>
            </w:r>
          </w:p>
        </w:tc>
        <w:tc>
          <w:tcPr>
            <w:tcW w:type="dxa" w:w="1728"/>
            <w:shd w:fill="E9EFF7"/>
          </w:tcPr>
          <w:p>
            <w:r>
              <w:rPr>
                <w:b/>
                <w:color w:val="1F4E79"/>
                <w:sz w:val="20"/>
              </w:rPr>
              <w:t>Priorité</w:t>
            </w:r>
          </w:p>
        </w:tc>
        <w:tc>
          <w:tcPr>
            <w:tcW w:type="dxa" w:w="3168"/>
            <w:shd w:fill="E9EFF7"/>
          </w:tcPr>
          <w:p>
            <w:r>
              <w:rPr>
                <w:b/>
                <w:color w:val="1F4E79"/>
                <w:sz w:val="20"/>
              </w:rPr>
              <w:t>Notes</w:t>
            </w:r>
          </w:p>
        </w:tc>
      </w:tr>
      <w:tr>
        <w:tc>
          <w:tcPr>
            <w:tcW w:type="dxa" w:w="1152"/>
            <w:shd w:fill="F2F2F2"/>
          </w:tcPr>
          <w:p>
            <w:pPr>
              <w:jc w:val="left"/>
            </w:pPr>
            <w:r>
              <w:rPr>
                <w:i/>
                <w:color w:val="555555"/>
                <w:sz w:val="20"/>
              </w:rPr>
            </w:r>
          </w:p>
        </w:tc>
        <w:tc>
          <w:tcPr>
            <w:tcW w:type="dxa" w:w="2304"/>
            <w:shd w:fill="F2F2F2"/>
          </w:tcPr>
          <w:p>
            <w:pPr>
              <w:jc w:val="left"/>
            </w:pPr>
            <w:r>
              <w:rPr>
                <w:i/>
                <w:color w:val="555555"/>
                <w:sz w:val="20"/>
              </w:rPr>
              <w:t>ERP &amp; Données / Industrie 4.0 / CX / Data / IT / RH…</w:t>
            </w:r>
          </w:p>
        </w:tc>
        <w:tc>
          <w:tcPr>
            <w:tcW w:type="dxa" w:w="3744"/>
            <w:shd w:fill="F2F2F2"/>
          </w:tcPr>
          <w:p>
            <w:pPr>
              <w:jc w:val="left"/>
            </w:pPr>
            <w:r>
              <w:rPr>
                <w:i/>
                <w:color w:val="555555"/>
                <w:sz w:val="20"/>
              </w:rPr>
              <w:t>Intitulé court &amp; verbe d’action</w:t>
            </w:r>
          </w:p>
        </w:tc>
        <w:tc>
          <w:tcPr>
            <w:tcW w:type="dxa" w:w="2592"/>
            <w:shd w:fill="F2F2F2"/>
          </w:tcPr>
          <w:p>
            <w:pPr>
              <w:jc w:val="left"/>
            </w:pPr>
            <w:r>
              <w:rPr>
                <w:i/>
                <w:color w:val="555555"/>
                <w:sz w:val="20"/>
              </w:rPr>
              <w:t>Nom &amp; prénom (FR)</w:t>
            </w:r>
          </w:p>
        </w:tc>
        <w:tc>
          <w:tcPr>
            <w:tcW w:type="dxa" w:w="1440"/>
            <w:shd w:fill="F2F2F2"/>
          </w:tcPr>
          <w:p>
            <w:pPr>
              <w:jc w:val="left"/>
            </w:pPr>
            <w:r>
              <w:rPr>
                <w:i/>
                <w:color w:val="555555"/>
                <w:sz w:val="20"/>
              </w:rPr>
              <w:t>aaaa-mm-jj</w:t>
            </w:r>
          </w:p>
        </w:tc>
        <w:tc>
          <w:tcPr>
            <w:tcW w:type="dxa" w:w="1440"/>
            <w:shd w:fill="F2F2F2"/>
          </w:tcPr>
          <w:p>
            <w:pPr>
              <w:jc w:val="left"/>
            </w:pPr>
            <w:r>
              <w:rPr>
                <w:i/>
                <w:color w:val="555555"/>
                <w:sz w:val="20"/>
              </w:rPr>
              <w:t>aaaa-mm-jj</w:t>
            </w:r>
          </w:p>
        </w:tc>
        <w:tc>
          <w:tcPr>
            <w:tcW w:type="dxa" w:w="1728"/>
            <w:shd w:fill="F2F2F2"/>
          </w:tcPr>
          <w:p>
            <w:pPr>
              <w:jc w:val="left"/>
            </w:pPr>
            <w:r>
              <w:rPr>
                <w:i/>
                <w:color w:val="555555"/>
                <w:sz w:val="20"/>
              </w:rPr>
              <w:t>Idée / Étude / En cours / Bloqué / Terminé</w:t>
            </w:r>
          </w:p>
        </w:tc>
        <w:tc>
          <w:tcPr>
            <w:tcW w:type="dxa" w:w="1728"/>
            <w:shd w:fill="F2F2F2"/>
          </w:tcPr>
          <w:p>
            <w:pPr>
              <w:jc w:val="left"/>
            </w:pPr>
            <w:r>
              <w:rPr>
                <w:i/>
                <w:color w:val="555555"/>
                <w:sz w:val="20"/>
              </w:rPr>
              <w:t>Critique / Haute / Moyenne / Basse</w:t>
            </w:r>
          </w:p>
        </w:tc>
        <w:tc>
          <w:tcPr>
            <w:tcW w:type="dxa" w:w="3168"/>
            <w:shd w:fill="F2F2F2"/>
          </w:tcPr>
          <w:p>
            <w:pPr>
              <w:jc w:val="left"/>
            </w:pPr>
            <w:r>
              <w:rPr>
                <w:i/>
                <w:color w:val="555555"/>
                <w:sz w:val="20"/>
              </w:rPr>
              <w:t>Hypothèses, dépendances, livrables</w:t>
            </w:r>
          </w:p>
        </w:tc>
      </w:tr>
      <w:tr>
        <w:tc>
          <w:tcPr>
            <w:tcW w:type="dxa" w:w="1152"/>
            <w:shd w:fill="F2F2F2"/>
          </w:tcPr>
          <w:p>
            <w:pPr>
              <w:jc w:val="left"/>
            </w:pPr>
            <w:r>
              <w:rPr>
                <w:i/>
                <w:color w:val="555555"/>
                <w:sz w:val="20"/>
              </w:rPr>
            </w:r>
          </w:p>
        </w:tc>
        <w:tc>
          <w:tcPr>
            <w:tcW w:type="dxa" w:w="2304"/>
            <w:shd w:fill="F2F2F2"/>
          </w:tcPr>
          <w:p>
            <w:pPr>
              <w:jc w:val="left"/>
            </w:pPr>
            <w:r>
              <w:rPr>
                <w:i/>
                <w:color w:val="555555"/>
                <w:sz w:val="20"/>
              </w:rPr>
              <w:t>ERP &amp; Données / Industrie 4.0 / CX / Data / IT / RH…</w:t>
            </w:r>
          </w:p>
        </w:tc>
        <w:tc>
          <w:tcPr>
            <w:tcW w:type="dxa" w:w="3744"/>
            <w:shd w:fill="F2F2F2"/>
          </w:tcPr>
          <w:p>
            <w:pPr>
              <w:jc w:val="left"/>
            </w:pPr>
            <w:r>
              <w:rPr>
                <w:i/>
                <w:color w:val="555555"/>
                <w:sz w:val="20"/>
              </w:rPr>
              <w:t>Intitulé court &amp; verbe d’action</w:t>
            </w:r>
          </w:p>
        </w:tc>
        <w:tc>
          <w:tcPr>
            <w:tcW w:type="dxa" w:w="2592"/>
            <w:shd w:fill="F2F2F2"/>
          </w:tcPr>
          <w:p>
            <w:pPr>
              <w:jc w:val="left"/>
            </w:pPr>
            <w:r>
              <w:rPr>
                <w:i/>
                <w:color w:val="555555"/>
                <w:sz w:val="20"/>
              </w:rPr>
              <w:t>Nom &amp; prénom (FR)</w:t>
            </w:r>
          </w:p>
        </w:tc>
        <w:tc>
          <w:tcPr>
            <w:tcW w:type="dxa" w:w="1440"/>
            <w:shd w:fill="F2F2F2"/>
          </w:tcPr>
          <w:p>
            <w:pPr>
              <w:jc w:val="left"/>
            </w:pPr>
            <w:r>
              <w:rPr>
                <w:i/>
                <w:color w:val="555555"/>
                <w:sz w:val="20"/>
              </w:rPr>
              <w:t>aaaa-mm-jj</w:t>
            </w:r>
          </w:p>
        </w:tc>
        <w:tc>
          <w:tcPr>
            <w:tcW w:type="dxa" w:w="1440"/>
            <w:shd w:fill="F2F2F2"/>
          </w:tcPr>
          <w:p>
            <w:pPr>
              <w:jc w:val="left"/>
            </w:pPr>
            <w:r>
              <w:rPr>
                <w:i/>
                <w:color w:val="555555"/>
                <w:sz w:val="20"/>
              </w:rPr>
              <w:t>aaaa-mm-jj</w:t>
            </w:r>
          </w:p>
        </w:tc>
        <w:tc>
          <w:tcPr>
            <w:tcW w:type="dxa" w:w="1728"/>
            <w:shd w:fill="F2F2F2"/>
          </w:tcPr>
          <w:p>
            <w:pPr>
              <w:jc w:val="left"/>
            </w:pPr>
            <w:r>
              <w:rPr>
                <w:i/>
                <w:color w:val="555555"/>
                <w:sz w:val="20"/>
              </w:rPr>
              <w:t>Idée / Étude / En cours / Bloqué / Terminé</w:t>
            </w:r>
          </w:p>
        </w:tc>
        <w:tc>
          <w:tcPr>
            <w:tcW w:type="dxa" w:w="1728"/>
            <w:shd w:fill="F2F2F2"/>
          </w:tcPr>
          <w:p>
            <w:pPr>
              <w:jc w:val="left"/>
            </w:pPr>
            <w:r>
              <w:rPr>
                <w:i/>
                <w:color w:val="555555"/>
                <w:sz w:val="20"/>
              </w:rPr>
              <w:t>Critique / Haute / Moyenne / Basse</w:t>
            </w:r>
          </w:p>
        </w:tc>
        <w:tc>
          <w:tcPr>
            <w:tcW w:type="dxa" w:w="3168"/>
            <w:shd w:fill="F2F2F2"/>
          </w:tcPr>
          <w:p>
            <w:pPr>
              <w:jc w:val="left"/>
            </w:pPr>
            <w:r>
              <w:rPr>
                <w:i/>
                <w:color w:val="555555"/>
                <w:sz w:val="20"/>
              </w:rPr>
              <w:t>Hypothèses, dépendances, livrables</w:t>
            </w:r>
          </w:p>
        </w:tc>
      </w:tr>
      <w:tr>
        <w:tc>
          <w:tcPr>
            <w:tcW w:type="dxa" w:w="1152"/>
            <w:shd w:fill="F2F2F2"/>
          </w:tcPr>
          <w:p>
            <w:pPr>
              <w:jc w:val="left"/>
            </w:pPr>
            <w:r>
              <w:rPr>
                <w:i/>
                <w:color w:val="555555"/>
                <w:sz w:val="20"/>
              </w:rPr>
            </w:r>
          </w:p>
        </w:tc>
        <w:tc>
          <w:tcPr>
            <w:tcW w:type="dxa" w:w="2304"/>
            <w:shd w:fill="F2F2F2"/>
          </w:tcPr>
          <w:p>
            <w:pPr>
              <w:jc w:val="left"/>
            </w:pPr>
            <w:r>
              <w:rPr>
                <w:i/>
                <w:color w:val="555555"/>
                <w:sz w:val="20"/>
              </w:rPr>
              <w:t>ERP &amp; Données / Industrie 4.0 / CX / Data / IT / RH…</w:t>
            </w:r>
          </w:p>
        </w:tc>
        <w:tc>
          <w:tcPr>
            <w:tcW w:type="dxa" w:w="3744"/>
            <w:shd w:fill="F2F2F2"/>
          </w:tcPr>
          <w:p>
            <w:pPr>
              <w:jc w:val="left"/>
            </w:pPr>
            <w:r>
              <w:rPr>
                <w:i/>
                <w:color w:val="555555"/>
                <w:sz w:val="20"/>
              </w:rPr>
              <w:t>Intitulé court &amp; verbe d’action</w:t>
            </w:r>
          </w:p>
        </w:tc>
        <w:tc>
          <w:tcPr>
            <w:tcW w:type="dxa" w:w="2592"/>
            <w:shd w:fill="F2F2F2"/>
          </w:tcPr>
          <w:p>
            <w:pPr>
              <w:jc w:val="left"/>
            </w:pPr>
            <w:r>
              <w:rPr>
                <w:i/>
                <w:color w:val="555555"/>
                <w:sz w:val="20"/>
              </w:rPr>
              <w:t>Nom &amp; prénom (FR)</w:t>
            </w:r>
          </w:p>
        </w:tc>
        <w:tc>
          <w:tcPr>
            <w:tcW w:type="dxa" w:w="1440"/>
            <w:shd w:fill="F2F2F2"/>
          </w:tcPr>
          <w:p>
            <w:pPr>
              <w:jc w:val="left"/>
            </w:pPr>
            <w:r>
              <w:rPr>
                <w:i/>
                <w:color w:val="555555"/>
                <w:sz w:val="20"/>
              </w:rPr>
              <w:t>aaaa-mm-jj</w:t>
            </w:r>
          </w:p>
        </w:tc>
        <w:tc>
          <w:tcPr>
            <w:tcW w:type="dxa" w:w="1440"/>
            <w:shd w:fill="F2F2F2"/>
          </w:tcPr>
          <w:p>
            <w:pPr>
              <w:jc w:val="left"/>
            </w:pPr>
            <w:r>
              <w:rPr>
                <w:i/>
                <w:color w:val="555555"/>
                <w:sz w:val="20"/>
              </w:rPr>
              <w:t>aaaa-mm-jj</w:t>
            </w:r>
          </w:p>
        </w:tc>
        <w:tc>
          <w:tcPr>
            <w:tcW w:type="dxa" w:w="1728"/>
            <w:shd w:fill="F2F2F2"/>
          </w:tcPr>
          <w:p>
            <w:pPr>
              <w:jc w:val="left"/>
            </w:pPr>
            <w:r>
              <w:rPr>
                <w:i/>
                <w:color w:val="555555"/>
                <w:sz w:val="20"/>
              </w:rPr>
              <w:t>Idée / Étude / En cours / Bloqué / Terminé</w:t>
            </w:r>
          </w:p>
        </w:tc>
        <w:tc>
          <w:tcPr>
            <w:tcW w:type="dxa" w:w="1728"/>
            <w:shd w:fill="F2F2F2"/>
          </w:tcPr>
          <w:p>
            <w:pPr>
              <w:jc w:val="left"/>
            </w:pPr>
            <w:r>
              <w:rPr>
                <w:i/>
                <w:color w:val="555555"/>
                <w:sz w:val="20"/>
              </w:rPr>
              <w:t>Critique / Haute / Moyenne / Basse</w:t>
            </w:r>
          </w:p>
        </w:tc>
        <w:tc>
          <w:tcPr>
            <w:tcW w:type="dxa" w:w="3168"/>
            <w:shd w:fill="F2F2F2"/>
          </w:tcPr>
          <w:p>
            <w:pPr>
              <w:jc w:val="left"/>
            </w:pPr>
            <w:r>
              <w:rPr>
                <w:i/>
                <w:color w:val="555555"/>
                <w:sz w:val="20"/>
              </w:rPr>
              <w:t>Hypothèses, dépendances, livrables</w:t>
            </w:r>
          </w:p>
        </w:tc>
      </w:tr>
      <w:tr>
        <w:tc>
          <w:tcPr>
            <w:tcW w:type="dxa" w:w="1152"/>
            <w:shd w:fill="F2F2F2"/>
          </w:tcPr>
          <w:p>
            <w:pPr>
              <w:jc w:val="left"/>
            </w:pPr>
            <w:r>
              <w:rPr>
                <w:i/>
                <w:color w:val="555555"/>
                <w:sz w:val="20"/>
              </w:rPr>
            </w:r>
          </w:p>
        </w:tc>
        <w:tc>
          <w:tcPr>
            <w:tcW w:type="dxa" w:w="2304"/>
            <w:shd w:fill="F2F2F2"/>
          </w:tcPr>
          <w:p>
            <w:pPr>
              <w:jc w:val="left"/>
            </w:pPr>
            <w:r>
              <w:rPr>
                <w:i/>
                <w:color w:val="555555"/>
                <w:sz w:val="20"/>
              </w:rPr>
              <w:t>ERP &amp; Données / Industrie 4.0 / CX / Data / IT / RH…</w:t>
            </w:r>
          </w:p>
        </w:tc>
        <w:tc>
          <w:tcPr>
            <w:tcW w:type="dxa" w:w="3744"/>
            <w:shd w:fill="F2F2F2"/>
          </w:tcPr>
          <w:p>
            <w:pPr>
              <w:jc w:val="left"/>
            </w:pPr>
            <w:r>
              <w:rPr>
                <w:i/>
                <w:color w:val="555555"/>
                <w:sz w:val="20"/>
              </w:rPr>
              <w:t>Intitulé court &amp; verbe d’action</w:t>
            </w:r>
          </w:p>
        </w:tc>
        <w:tc>
          <w:tcPr>
            <w:tcW w:type="dxa" w:w="2592"/>
            <w:shd w:fill="F2F2F2"/>
          </w:tcPr>
          <w:p>
            <w:pPr>
              <w:jc w:val="left"/>
            </w:pPr>
            <w:r>
              <w:rPr>
                <w:i/>
                <w:color w:val="555555"/>
                <w:sz w:val="20"/>
              </w:rPr>
              <w:t>Nom &amp; prénom (FR)</w:t>
            </w:r>
          </w:p>
        </w:tc>
        <w:tc>
          <w:tcPr>
            <w:tcW w:type="dxa" w:w="1440"/>
            <w:shd w:fill="F2F2F2"/>
          </w:tcPr>
          <w:p>
            <w:pPr>
              <w:jc w:val="left"/>
            </w:pPr>
            <w:r>
              <w:rPr>
                <w:i/>
                <w:color w:val="555555"/>
                <w:sz w:val="20"/>
              </w:rPr>
              <w:t>aaaa-mm-jj</w:t>
            </w:r>
          </w:p>
        </w:tc>
        <w:tc>
          <w:tcPr>
            <w:tcW w:type="dxa" w:w="1440"/>
            <w:shd w:fill="F2F2F2"/>
          </w:tcPr>
          <w:p>
            <w:pPr>
              <w:jc w:val="left"/>
            </w:pPr>
            <w:r>
              <w:rPr>
                <w:i/>
                <w:color w:val="555555"/>
                <w:sz w:val="20"/>
              </w:rPr>
              <w:t>aaaa-mm-jj</w:t>
            </w:r>
          </w:p>
        </w:tc>
        <w:tc>
          <w:tcPr>
            <w:tcW w:type="dxa" w:w="1728"/>
            <w:shd w:fill="F2F2F2"/>
          </w:tcPr>
          <w:p>
            <w:pPr>
              <w:jc w:val="left"/>
            </w:pPr>
            <w:r>
              <w:rPr>
                <w:i/>
                <w:color w:val="555555"/>
                <w:sz w:val="20"/>
              </w:rPr>
              <w:t>Idée / Étude / En cours / Bloqué / Terminé</w:t>
            </w:r>
          </w:p>
        </w:tc>
        <w:tc>
          <w:tcPr>
            <w:tcW w:type="dxa" w:w="1728"/>
            <w:shd w:fill="F2F2F2"/>
          </w:tcPr>
          <w:p>
            <w:pPr>
              <w:jc w:val="left"/>
            </w:pPr>
            <w:r>
              <w:rPr>
                <w:i/>
                <w:color w:val="555555"/>
                <w:sz w:val="20"/>
              </w:rPr>
              <w:t>Critique / Haute / Moyenne / Basse</w:t>
            </w:r>
          </w:p>
        </w:tc>
        <w:tc>
          <w:tcPr>
            <w:tcW w:type="dxa" w:w="3168"/>
            <w:shd w:fill="F2F2F2"/>
          </w:tcPr>
          <w:p>
            <w:pPr>
              <w:jc w:val="left"/>
            </w:pPr>
            <w:r>
              <w:rPr>
                <w:i/>
                <w:color w:val="555555"/>
                <w:sz w:val="20"/>
              </w:rPr>
              <w:t>Hypothèses, dépendances, livrables</w:t>
            </w:r>
          </w:p>
        </w:tc>
      </w:tr>
      <w:tr>
        <w:tc>
          <w:tcPr>
            <w:tcW w:type="dxa" w:w="1152"/>
            <w:shd w:fill="F2F2F2"/>
          </w:tcPr>
          <w:p>
            <w:pPr>
              <w:jc w:val="left"/>
            </w:pPr>
            <w:r>
              <w:rPr>
                <w:i/>
                <w:color w:val="555555"/>
                <w:sz w:val="20"/>
              </w:rPr>
            </w:r>
          </w:p>
        </w:tc>
        <w:tc>
          <w:tcPr>
            <w:tcW w:type="dxa" w:w="2304"/>
            <w:shd w:fill="F2F2F2"/>
          </w:tcPr>
          <w:p>
            <w:pPr>
              <w:jc w:val="left"/>
            </w:pPr>
            <w:r>
              <w:rPr>
                <w:i/>
                <w:color w:val="555555"/>
                <w:sz w:val="20"/>
              </w:rPr>
              <w:t>ERP &amp; Données / Industrie 4.0 / CX / Data / IT / RH…</w:t>
            </w:r>
          </w:p>
        </w:tc>
        <w:tc>
          <w:tcPr>
            <w:tcW w:type="dxa" w:w="3744"/>
            <w:shd w:fill="F2F2F2"/>
          </w:tcPr>
          <w:p>
            <w:pPr>
              <w:jc w:val="left"/>
            </w:pPr>
            <w:r>
              <w:rPr>
                <w:i/>
                <w:color w:val="555555"/>
                <w:sz w:val="20"/>
              </w:rPr>
              <w:t>Intitulé court &amp; verbe d’action</w:t>
            </w:r>
          </w:p>
        </w:tc>
        <w:tc>
          <w:tcPr>
            <w:tcW w:type="dxa" w:w="2592"/>
            <w:shd w:fill="F2F2F2"/>
          </w:tcPr>
          <w:p>
            <w:pPr>
              <w:jc w:val="left"/>
            </w:pPr>
            <w:r>
              <w:rPr>
                <w:i/>
                <w:color w:val="555555"/>
                <w:sz w:val="20"/>
              </w:rPr>
              <w:t>Nom &amp; prénom (FR)</w:t>
            </w:r>
          </w:p>
        </w:tc>
        <w:tc>
          <w:tcPr>
            <w:tcW w:type="dxa" w:w="1440"/>
            <w:shd w:fill="F2F2F2"/>
          </w:tcPr>
          <w:p>
            <w:pPr>
              <w:jc w:val="left"/>
            </w:pPr>
            <w:r>
              <w:rPr>
                <w:i/>
                <w:color w:val="555555"/>
                <w:sz w:val="20"/>
              </w:rPr>
              <w:t>aaaa-mm-jj</w:t>
            </w:r>
          </w:p>
        </w:tc>
        <w:tc>
          <w:tcPr>
            <w:tcW w:type="dxa" w:w="1440"/>
            <w:shd w:fill="F2F2F2"/>
          </w:tcPr>
          <w:p>
            <w:pPr>
              <w:jc w:val="left"/>
            </w:pPr>
            <w:r>
              <w:rPr>
                <w:i/>
                <w:color w:val="555555"/>
                <w:sz w:val="20"/>
              </w:rPr>
              <w:t>aaaa-mm-jj</w:t>
            </w:r>
          </w:p>
        </w:tc>
        <w:tc>
          <w:tcPr>
            <w:tcW w:type="dxa" w:w="1728"/>
            <w:shd w:fill="F2F2F2"/>
          </w:tcPr>
          <w:p>
            <w:pPr>
              <w:jc w:val="left"/>
            </w:pPr>
            <w:r>
              <w:rPr>
                <w:i/>
                <w:color w:val="555555"/>
                <w:sz w:val="20"/>
              </w:rPr>
              <w:t>Idée / Étude / En cours / Bloqué / Terminé</w:t>
            </w:r>
          </w:p>
        </w:tc>
        <w:tc>
          <w:tcPr>
            <w:tcW w:type="dxa" w:w="1728"/>
            <w:shd w:fill="F2F2F2"/>
          </w:tcPr>
          <w:p>
            <w:pPr>
              <w:jc w:val="left"/>
            </w:pPr>
            <w:r>
              <w:rPr>
                <w:i/>
                <w:color w:val="555555"/>
                <w:sz w:val="20"/>
              </w:rPr>
              <w:t>Critique / Haute / Moyenne / Basse</w:t>
            </w:r>
          </w:p>
        </w:tc>
        <w:tc>
          <w:tcPr>
            <w:tcW w:type="dxa" w:w="3168"/>
            <w:shd w:fill="F2F2F2"/>
          </w:tcPr>
          <w:p>
            <w:pPr>
              <w:jc w:val="left"/>
            </w:pPr>
            <w:r>
              <w:rPr>
                <w:i/>
                <w:color w:val="555555"/>
                <w:sz w:val="20"/>
              </w:rPr>
              <w:t>Hypothèses, dépendances, livrables</w:t>
            </w:r>
          </w:p>
        </w:tc>
      </w:tr>
    </w:tbl>
    <w:p>
      <w:pPr>
        <w:spacing w:before="120" w:after="80"/>
      </w:pPr>
      <w:r>
        <w:rPr>
          <w:b/>
          <w:color w:val="1F4E79"/>
          <w:sz w:val="32"/>
        </w:rPr>
        <w:t>4. KPIS — BASELINE / CIBLE / ACTUEL / TENDANCE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234"/>
        <w:gridCol w:w="1234"/>
        <w:gridCol w:w="1234"/>
        <w:gridCol w:w="1234"/>
        <w:gridCol w:w="1234"/>
        <w:gridCol w:w="1234"/>
        <w:gridCol w:w="1234"/>
      </w:tblGrid>
      <w:tr>
        <w:tc>
          <w:tcPr>
            <w:tcW w:type="dxa" w:w="3744"/>
            <w:shd w:fill="E9EFF7"/>
          </w:tcPr>
          <w:p>
            <w:r>
              <w:rPr>
                <w:b/>
                <w:color w:val="1F4E79"/>
                <w:sz w:val="20"/>
              </w:rPr>
              <w:t>KPI</w:t>
            </w:r>
          </w:p>
        </w:tc>
        <w:tc>
          <w:tcPr>
            <w:tcW w:type="dxa" w:w="1440"/>
            <w:shd w:fill="E9EFF7"/>
          </w:tcPr>
          <w:p>
            <w:r>
              <w:rPr>
                <w:b/>
                <w:color w:val="1F4E79"/>
                <w:sz w:val="20"/>
              </w:rPr>
              <w:t>Baseline</w:t>
            </w:r>
          </w:p>
        </w:tc>
        <w:tc>
          <w:tcPr>
            <w:tcW w:type="dxa" w:w="1440"/>
            <w:shd w:fill="E9EFF7"/>
          </w:tcPr>
          <w:p>
            <w:r>
              <w:rPr>
                <w:b/>
                <w:color w:val="1F4E79"/>
                <w:sz w:val="20"/>
              </w:rPr>
              <w:t>Cible</w:t>
            </w:r>
          </w:p>
        </w:tc>
        <w:tc>
          <w:tcPr>
            <w:tcW w:type="dxa" w:w="1440"/>
            <w:shd w:fill="E9EFF7"/>
          </w:tcPr>
          <w:p>
            <w:r>
              <w:rPr>
                <w:b/>
                <w:color w:val="1F4E79"/>
                <w:sz w:val="20"/>
              </w:rPr>
              <w:t>Actuel</w:t>
            </w:r>
          </w:p>
        </w:tc>
        <w:tc>
          <w:tcPr>
            <w:tcW w:type="dxa" w:w="1728"/>
            <w:shd w:fill="E9EFF7"/>
          </w:tcPr>
          <w:p>
            <w:r>
              <w:rPr>
                <w:b/>
                <w:color w:val="1F4E79"/>
                <w:sz w:val="20"/>
              </w:rPr>
              <w:t>Tendance</w:t>
            </w:r>
          </w:p>
        </w:tc>
        <w:tc>
          <w:tcPr>
            <w:tcW w:type="dxa" w:w="2592"/>
            <w:shd w:fill="E9EFF7"/>
          </w:tcPr>
          <w:p>
            <w:r>
              <w:rPr>
                <w:b/>
                <w:color w:val="1F4E79"/>
                <w:sz w:val="20"/>
              </w:rPr>
              <w:t>Propriétaire</w:t>
            </w:r>
          </w:p>
        </w:tc>
        <w:tc>
          <w:tcPr>
            <w:tcW w:type="dxa" w:w="2016"/>
            <w:shd w:fill="E9EFF7"/>
          </w:tcPr>
          <w:p>
            <w:r>
              <w:rPr>
                <w:b/>
                <w:color w:val="1F4E79"/>
                <w:sz w:val="20"/>
              </w:rPr>
              <w:t>Dernière MAJ</w:t>
            </w:r>
          </w:p>
        </w:tc>
      </w:tr>
      <w:tr>
        <w:tc>
          <w:tcPr>
            <w:tcW w:type="dxa" w:w="3744"/>
            <w:shd w:fill="F2F2F2"/>
          </w:tcPr>
          <w:p>
            <w:pPr>
              <w:jc w:val="left"/>
            </w:pPr>
            <w:r>
              <w:rPr>
                <w:i/>
                <w:color w:val="555555"/>
                <w:sz w:val="20"/>
              </w:rPr>
              <w:t>Ex : OEE lignes A/B</w:t>
            </w:r>
          </w:p>
        </w:tc>
        <w:tc>
          <w:tcPr>
            <w:tcW w:type="dxa" w:w="1440"/>
            <w:shd w:fill="F2F2F2"/>
          </w:tcPr>
          <w:p>
            <w:pPr>
              <w:jc w:val="left"/>
            </w:pPr>
            <w:r>
              <w:rPr>
                <w:i/>
                <w:color w:val="555555"/>
                <w:sz w:val="20"/>
              </w:rPr>
              <w:t>62</w:t>
            </w:r>
          </w:p>
        </w:tc>
        <w:tc>
          <w:tcPr>
            <w:tcW w:type="dxa" w:w="1440"/>
            <w:shd w:fill="F2F2F2"/>
          </w:tcPr>
          <w:p>
            <w:pPr>
              <w:jc w:val="left"/>
            </w:pPr>
            <w:r>
              <w:rPr>
                <w:i/>
                <w:color w:val="555555"/>
                <w:sz w:val="20"/>
              </w:rPr>
              <w:t>70</w:t>
            </w:r>
          </w:p>
        </w:tc>
        <w:tc>
          <w:tcPr>
            <w:tcW w:type="dxa" w:w="1440"/>
            <w:shd w:fill="F2F2F2"/>
          </w:tcPr>
          <w:p>
            <w:pPr>
              <w:jc w:val="left"/>
            </w:pPr>
            <w:r>
              <w:rPr>
                <w:i/>
                <w:color w:val="555555"/>
                <w:sz w:val="20"/>
              </w:rPr>
              <w:t>64</w:t>
            </w:r>
          </w:p>
        </w:tc>
        <w:tc>
          <w:tcPr>
            <w:tcW w:type="dxa" w:w="1728"/>
            <w:shd w:fill="F2F2F2"/>
          </w:tcPr>
          <w:p>
            <w:pPr>
              <w:jc w:val="left"/>
            </w:pPr>
            <w:r>
              <w:rPr>
                <w:i/>
                <w:color w:val="555555"/>
                <w:sz w:val="20"/>
              </w:rPr>
              <w:t>▲ / ▼</w:t>
            </w:r>
          </w:p>
        </w:tc>
        <w:tc>
          <w:tcPr>
            <w:tcW w:type="dxa" w:w="2592"/>
            <w:shd w:fill="F2F2F2"/>
          </w:tcPr>
          <w:p>
            <w:pPr>
              <w:jc w:val="left"/>
            </w:pPr>
            <w:r>
              <w:rPr>
                <w:i/>
                <w:color w:val="555555"/>
                <w:sz w:val="20"/>
              </w:rPr>
              <w:t>Nom &amp; prénom (FR)</w:t>
            </w:r>
          </w:p>
        </w:tc>
        <w:tc>
          <w:tcPr>
            <w:tcW w:type="dxa" w:w="2016"/>
            <w:shd w:fill="F2F2F2"/>
          </w:tcPr>
          <w:p>
            <w:pPr>
              <w:jc w:val="left"/>
            </w:pPr>
            <w:r>
              <w:rPr>
                <w:i/>
                <w:color w:val="555555"/>
                <w:sz w:val="20"/>
              </w:rPr>
              <w:t>aaaa-mm-jj</w:t>
            </w:r>
          </w:p>
        </w:tc>
      </w:tr>
      <w:tr>
        <w:tc>
          <w:tcPr>
            <w:tcW w:type="dxa" w:w="3744"/>
            <w:shd w:fill="F2F2F2"/>
          </w:tcPr>
          <w:p>
            <w:pPr>
              <w:jc w:val="left"/>
            </w:pPr>
            <w:r>
              <w:rPr>
                <w:i/>
                <w:color w:val="555555"/>
                <w:sz w:val="20"/>
              </w:rPr>
              <w:t>Ex : OEE lignes A/B</w:t>
            </w:r>
          </w:p>
        </w:tc>
        <w:tc>
          <w:tcPr>
            <w:tcW w:type="dxa" w:w="1440"/>
            <w:shd w:fill="F2F2F2"/>
          </w:tcPr>
          <w:p>
            <w:pPr>
              <w:jc w:val="left"/>
            </w:pPr>
            <w:r>
              <w:rPr>
                <w:i/>
                <w:color w:val="555555"/>
                <w:sz w:val="20"/>
              </w:rPr>
              <w:t>62</w:t>
            </w:r>
          </w:p>
        </w:tc>
        <w:tc>
          <w:tcPr>
            <w:tcW w:type="dxa" w:w="1440"/>
            <w:shd w:fill="F2F2F2"/>
          </w:tcPr>
          <w:p>
            <w:pPr>
              <w:jc w:val="left"/>
            </w:pPr>
            <w:r>
              <w:rPr>
                <w:i/>
                <w:color w:val="555555"/>
                <w:sz w:val="20"/>
              </w:rPr>
              <w:t>70</w:t>
            </w:r>
          </w:p>
        </w:tc>
        <w:tc>
          <w:tcPr>
            <w:tcW w:type="dxa" w:w="1440"/>
            <w:shd w:fill="F2F2F2"/>
          </w:tcPr>
          <w:p>
            <w:pPr>
              <w:jc w:val="left"/>
            </w:pPr>
            <w:r>
              <w:rPr>
                <w:i/>
                <w:color w:val="555555"/>
                <w:sz w:val="20"/>
              </w:rPr>
              <w:t>64</w:t>
            </w:r>
          </w:p>
        </w:tc>
        <w:tc>
          <w:tcPr>
            <w:tcW w:type="dxa" w:w="1728"/>
            <w:shd w:fill="F2F2F2"/>
          </w:tcPr>
          <w:p>
            <w:pPr>
              <w:jc w:val="left"/>
            </w:pPr>
            <w:r>
              <w:rPr>
                <w:i/>
                <w:color w:val="555555"/>
                <w:sz w:val="20"/>
              </w:rPr>
              <w:t>▲ / ▼</w:t>
            </w:r>
          </w:p>
        </w:tc>
        <w:tc>
          <w:tcPr>
            <w:tcW w:type="dxa" w:w="2592"/>
            <w:shd w:fill="F2F2F2"/>
          </w:tcPr>
          <w:p>
            <w:pPr>
              <w:jc w:val="left"/>
            </w:pPr>
            <w:r>
              <w:rPr>
                <w:i/>
                <w:color w:val="555555"/>
                <w:sz w:val="20"/>
              </w:rPr>
              <w:t>Nom &amp; prénom (FR)</w:t>
            </w:r>
          </w:p>
        </w:tc>
        <w:tc>
          <w:tcPr>
            <w:tcW w:type="dxa" w:w="2016"/>
            <w:shd w:fill="F2F2F2"/>
          </w:tcPr>
          <w:p>
            <w:pPr>
              <w:jc w:val="left"/>
            </w:pPr>
            <w:r>
              <w:rPr>
                <w:i/>
                <w:color w:val="555555"/>
                <w:sz w:val="20"/>
              </w:rPr>
              <w:t>aaaa-mm-jj</w:t>
            </w:r>
          </w:p>
        </w:tc>
      </w:tr>
      <w:tr>
        <w:tc>
          <w:tcPr>
            <w:tcW w:type="dxa" w:w="3744"/>
            <w:shd w:fill="F2F2F2"/>
          </w:tcPr>
          <w:p>
            <w:pPr>
              <w:jc w:val="left"/>
            </w:pPr>
            <w:r>
              <w:rPr>
                <w:i/>
                <w:color w:val="555555"/>
                <w:sz w:val="20"/>
              </w:rPr>
              <w:t>Ex : OEE lignes A/B</w:t>
            </w:r>
          </w:p>
        </w:tc>
        <w:tc>
          <w:tcPr>
            <w:tcW w:type="dxa" w:w="1440"/>
            <w:shd w:fill="F2F2F2"/>
          </w:tcPr>
          <w:p>
            <w:pPr>
              <w:jc w:val="left"/>
            </w:pPr>
            <w:r>
              <w:rPr>
                <w:i/>
                <w:color w:val="555555"/>
                <w:sz w:val="20"/>
              </w:rPr>
              <w:t>62</w:t>
            </w:r>
          </w:p>
        </w:tc>
        <w:tc>
          <w:tcPr>
            <w:tcW w:type="dxa" w:w="1440"/>
            <w:shd w:fill="F2F2F2"/>
          </w:tcPr>
          <w:p>
            <w:pPr>
              <w:jc w:val="left"/>
            </w:pPr>
            <w:r>
              <w:rPr>
                <w:i/>
                <w:color w:val="555555"/>
                <w:sz w:val="20"/>
              </w:rPr>
              <w:t>70</w:t>
            </w:r>
          </w:p>
        </w:tc>
        <w:tc>
          <w:tcPr>
            <w:tcW w:type="dxa" w:w="1440"/>
            <w:shd w:fill="F2F2F2"/>
          </w:tcPr>
          <w:p>
            <w:pPr>
              <w:jc w:val="left"/>
            </w:pPr>
            <w:r>
              <w:rPr>
                <w:i/>
                <w:color w:val="555555"/>
                <w:sz w:val="20"/>
              </w:rPr>
              <w:t>64</w:t>
            </w:r>
          </w:p>
        </w:tc>
        <w:tc>
          <w:tcPr>
            <w:tcW w:type="dxa" w:w="1728"/>
            <w:shd w:fill="F2F2F2"/>
          </w:tcPr>
          <w:p>
            <w:pPr>
              <w:jc w:val="left"/>
            </w:pPr>
            <w:r>
              <w:rPr>
                <w:i/>
                <w:color w:val="555555"/>
                <w:sz w:val="20"/>
              </w:rPr>
              <w:t>▲ / ▼</w:t>
            </w:r>
          </w:p>
        </w:tc>
        <w:tc>
          <w:tcPr>
            <w:tcW w:type="dxa" w:w="2592"/>
            <w:shd w:fill="F2F2F2"/>
          </w:tcPr>
          <w:p>
            <w:pPr>
              <w:jc w:val="left"/>
            </w:pPr>
            <w:r>
              <w:rPr>
                <w:i/>
                <w:color w:val="555555"/>
                <w:sz w:val="20"/>
              </w:rPr>
              <w:t>Nom &amp; prénom (FR)</w:t>
            </w:r>
          </w:p>
        </w:tc>
        <w:tc>
          <w:tcPr>
            <w:tcW w:type="dxa" w:w="2016"/>
            <w:shd w:fill="F2F2F2"/>
          </w:tcPr>
          <w:p>
            <w:pPr>
              <w:jc w:val="left"/>
            </w:pPr>
            <w:r>
              <w:rPr>
                <w:i/>
                <w:color w:val="555555"/>
                <w:sz w:val="20"/>
              </w:rPr>
              <w:t>aaaa-mm-jj</w:t>
            </w:r>
          </w:p>
        </w:tc>
      </w:tr>
      <w:tr>
        <w:tc>
          <w:tcPr>
            <w:tcW w:type="dxa" w:w="3744"/>
            <w:shd w:fill="F2F2F2"/>
          </w:tcPr>
          <w:p>
            <w:pPr>
              <w:jc w:val="left"/>
            </w:pPr>
            <w:r>
              <w:rPr>
                <w:i/>
                <w:color w:val="555555"/>
                <w:sz w:val="20"/>
              </w:rPr>
              <w:t>Ex : OEE lignes A/B</w:t>
            </w:r>
          </w:p>
        </w:tc>
        <w:tc>
          <w:tcPr>
            <w:tcW w:type="dxa" w:w="1440"/>
            <w:shd w:fill="F2F2F2"/>
          </w:tcPr>
          <w:p>
            <w:pPr>
              <w:jc w:val="left"/>
            </w:pPr>
            <w:r>
              <w:rPr>
                <w:i/>
                <w:color w:val="555555"/>
                <w:sz w:val="20"/>
              </w:rPr>
              <w:t>62</w:t>
            </w:r>
          </w:p>
        </w:tc>
        <w:tc>
          <w:tcPr>
            <w:tcW w:type="dxa" w:w="1440"/>
            <w:shd w:fill="F2F2F2"/>
          </w:tcPr>
          <w:p>
            <w:pPr>
              <w:jc w:val="left"/>
            </w:pPr>
            <w:r>
              <w:rPr>
                <w:i/>
                <w:color w:val="555555"/>
                <w:sz w:val="20"/>
              </w:rPr>
              <w:t>70</w:t>
            </w:r>
          </w:p>
        </w:tc>
        <w:tc>
          <w:tcPr>
            <w:tcW w:type="dxa" w:w="1440"/>
            <w:shd w:fill="F2F2F2"/>
          </w:tcPr>
          <w:p>
            <w:pPr>
              <w:jc w:val="left"/>
            </w:pPr>
            <w:r>
              <w:rPr>
                <w:i/>
                <w:color w:val="555555"/>
                <w:sz w:val="20"/>
              </w:rPr>
              <w:t>64</w:t>
            </w:r>
          </w:p>
        </w:tc>
        <w:tc>
          <w:tcPr>
            <w:tcW w:type="dxa" w:w="1728"/>
            <w:shd w:fill="F2F2F2"/>
          </w:tcPr>
          <w:p>
            <w:pPr>
              <w:jc w:val="left"/>
            </w:pPr>
            <w:r>
              <w:rPr>
                <w:i/>
                <w:color w:val="555555"/>
                <w:sz w:val="20"/>
              </w:rPr>
              <w:t>▲ / ▼</w:t>
            </w:r>
          </w:p>
        </w:tc>
        <w:tc>
          <w:tcPr>
            <w:tcW w:type="dxa" w:w="2592"/>
            <w:shd w:fill="F2F2F2"/>
          </w:tcPr>
          <w:p>
            <w:pPr>
              <w:jc w:val="left"/>
            </w:pPr>
            <w:r>
              <w:rPr>
                <w:i/>
                <w:color w:val="555555"/>
                <w:sz w:val="20"/>
              </w:rPr>
              <w:t>Nom &amp; prénom (FR)</w:t>
            </w:r>
          </w:p>
        </w:tc>
        <w:tc>
          <w:tcPr>
            <w:tcW w:type="dxa" w:w="2016"/>
            <w:shd w:fill="F2F2F2"/>
          </w:tcPr>
          <w:p>
            <w:pPr>
              <w:jc w:val="left"/>
            </w:pPr>
            <w:r>
              <w:rPr>
                <w:i/>
                <w:color w:val="555555"/>
                <w:sz w:val="20"/>
              </w:rPr>
              <w:t>aaaa-mm-jj</w:t>
            </w:r>
          </w:p>
        </w:tc>
      </w:tr>
    </w:tbl>
    <w:p>
      <w:pPr>
        <w:spacing w:before="120" w:after="80"/>
      </w:pPr>
      <w:r>
        <w:rPr>
          <w:b/>
          <w:color w:val="1F4E79"/>
          <w:sz w:val="32"/>
        </w:rPr>
        <w:t>5. REGISTRE DES RISQUES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080"/>
        <w:gridCol w:w="1080"/>
        <w:gridCol w:w="1080"/>
        <w:gridCol w:w="1080"/>
        <w:gridCol w:w="1080"/>
        <w:gridCol w:w="1080"/>
        <w:gridCol w:w="1080"/>
        <w:gridCol w:w="1080"/>
      </w:tblGrid>
      <w:tr>
        <w:tc>
          <w:tcPr>
            <w:tcW w:type="dxa" w:w="1152"/>
            <w:shd w:fill="E9EFF7"/>
          </w:tcPr>
          <w:p>
            <w:r>
              <w:rPr>
                <w:b/>
                <w:color w:val="1F4E79"/>
                <w:sz w:val="20"/>
              </w:rPr>
              <w:t>ID</w:t>
            </w:r>
          </w:p>
        </w:tc>
        <w:tc>
          <w:tcPr>
            <w:tcW w:type="dxa" w:w="3168"/>
            <w:shd w:fill="E9EFF7"/>
          </w:tcPr>
          <w:p>
            <w:r>
              <w:rPr>
                <w:b/>
                <w:color w:val="1F4E79"/>
                <w:sz w:val="20"/>
              </w:rPr>
              <w:t>Risque</w:t>
            </w:r>
          </w:p>
        </w:tc>
        <w:tc>
          <w:tcPr>
            <w:tcW w:type="dxa" w:w="2880"/>
            <w:shd w:fill="E9EFF7"/>
          </w:tcPr>
          <w:p>
            <w:r>
              <w:rPr>
                <w:b/>
                <w:color w:val="1F4E79"/>
                <w:sz w:val="20"/>
              </w:rPr>
              <w:t>Cause</w:t>
            </w:r>
          </w:p>
        </w:tc>
        <w:tc>
          <w:tcPr>
            <w:tcW w:type="dxa" w:w="1440"/>
            <w:shd w:fill="E9EFF7"/>
          </w:tcPr>
          <w:p>
            <w:r>
              <w:rPr>
                <w:b/>
                <w:color w:val="1F4E79"/>
                <w:sz w:val="20"/>
              </w:rPr>
              <w:t>Impact (1‑5)</w:t>
            </w:r>
          </w:p>
        </w:tc>
        <w:tc>
          <w:tcPr>
            <w:tcW w:type="dxa" w:w="1440"/>
            <w:shd w:fill="E9EFF7"/>
          </w:tcPr>
          <w:p>
            <w:r>
              <w:rPr>
                <w:b/>
                <w:color w:val="1F4E79"/>
                <w:sz w:val="20"/>
              </w:rPr>
              <w:t>Prob. (1‑5)</w:t>
            </w:r>
          </w:p>
        </w:tc>
        <w:tc>
          <w:tcPr>
            <w:tcW w:type="dxa" w:w="1440"/>
            <w:shd w:fill="E9EFF7"/>
          </w:tcPr>
          <w:p>
            <w:r>
              <w:rPr>
                <w:b/>
                <w:color w:val="1F4E79"/>
                <w:sz w:val="20"/>
              </w:rPr>
              <w:t>Score</w:t>
            </w:r>
          </w:p>
        </w:tc>
        <w:tc>
          <w:tcPr>
            <w:tcW w:type="dxa" w:w="2592"/>
            <w:shd w:fill="E9EFF7"/>
          </w:tcPr>
          <w:p>
            <w:r>
              <w:rPr>
                <w:b/>
                <w:color w:val="1F4E79"/>
                <w:sz w:val="20"/>
              </w:rPr>
              <w:t>Réponse</w:t>
            </w:r>
          </w:p>
        </w:tc>
        <w:tc>
          <w:tcPr>
            <w:tcW w:type="dxa" w:w="2016"/>
            <w:shd w:fill="E9EFF7"/>
          </w:tcPr>
          <w:p>
            <w:r>
              <w:rPr>
                <w:b/>
                <w:color w:val="1F4E79"/>
                <w:sz w:val="20"/>
              </w:rPr>
              <w:t>Propriétaire</w:t>
            </w:r>
          </w:p>
        </w:tc>
      </w:tr>
      <w:tr>
        <w:tc>
          <w:tcPr>
            <w:tcW w:type="dxa" w:w="1152"/>
            <w:shd w:fill="F2F2F2"/>
          </w:tcPr>
          <w:p>
            <w:pPr>
              <w:jc w:val="left"/>
            </w:pPr>
            <w:r>
              <w:rPr>
                <w:i/>
                <w:color w:val="555555"/>
                <w:sz w:val="20"/>
              </w:rPr>
            </w:r>
          </w:p>
        </w:tc>
        <w:tc>
          <w:tcPr>
            <w:tcW w:type="dxa" w:w="3168"/>
            <w:shd w:fill="F2F2F2"/>
          </w:tcPr>
          <w:p>
            <w:pPr>
              <w:jc w:val="left"/>
            </w:pPr>
            <w:r>
              <w:rPr>
                <w:i/>
                <w:color w:val="555555"/>
                <w:sz w:val="20"/>
              </w:rPr>
              <w:t>Ex : dérive planning</w:t>
            </w:r>
          </w:p>
        </w:tc>
        <w:tc>
          <w:tcPr>
            <w:tcW w:type="dxa" w:w="2880"/>
            <w:shd w:fill="F2F2F2"/>
          </w:tcPr>
          <w:p>
            <w:pPr>
              <w:jc w:val="left"/>
            </w:pPr>
            <w:r>
              <w:rPr>
                <w:i/>
                <w:color w:val="555555"/>
                <w:sz w:val="20"/>
              </w:rPr>
              <w:t>Ex : dépendances multiples</w:t>
            </w:r>
          </w:p>
        </w:tc>
        <w:tc>
          <w:tcPr>
            <w:tcW w:type="dxa" w:w="1440"/>
            <w:shd w:fill="F2F2F2"/>
          </w:tcPr>
          <w:p>
            <w:pPr>
              <w:jc w:val="left"/>
            </w:pPr>
            <w:r>
              <w:rPr>
                <w:i/>
                <w:color w:val="555555"/>
                <w:sz w:val="20"/>
              </w:rPr>
            </w:r>
          </w:p>
        </w:tc>
        <w:tc>
          <w:tcPr>
            <w:tcW w:type="dxa" w:w="1440"/>
            <w:shd w:fill="F2F2F2"/>
          </w:tcPr>
          <w:p>
            <w:pPr>
              <w:jc w:val="left"/>
            </w:pPr>
            <w:r>
              <w:rPr>
                <w:i/>
                <w:color w:val="555555"/>
                <w:sz w:val="20"/>
              </w:rPr>
            </w:r>
          </w:p>
        </w:tc>
        <w:tc>
          <w:tcPr>
            <w:tcW w:type="dxa" w:w="1440"/>
            <w:shd w:fill="F2F2F2"/>
          </w:tcPr>
          <w:p>
            <w:pPr>
              <w:jc w:val="left"/>
            </w:pPr>
            <w:r>
              <w:rPr>
                <w:i/>
                <w:color w:val="555555"/>
                <w:sz w:val="20"/>
              </w:rPr>
              <w:t>= Impact × Prob.</w:t>
            </w:r>
          </w:p>
        </w:tc>
        <w:tc>
          <w:tcPr>
            <w:tcW w:type="dxa" w:w="2592"/>
            <w:shd w:fill="F2F2F2"/>
          </w:tcPr>
          <w:p>
            <w:pPr>
              <w:jc w:val="left"/>
            </w:pPr>
            <w:r>
              <w:rPr>
                <w:i/>
                <w:color w:val="555555"/>
                <w:sz w:val="20"/>
              </w:rPr>
              <w:t>Éviter / Mitiger / Transférer / Accepter</w:t>
            </w:r>
          </w:p>
        </w:tc>
        <w:tc>
          <w:tcPr>
            <w:tcW w:type="dxa" w:w="2016"/>
            <w:shd w:fill="F2F2F2"/>
          </w:tcPr>
          <w:p>
            <w:pPr>
              <w:jc w:val="left"/>
            </w:pPr>
            <w:r>
              <w:rPr>
                <w:i/>
                <w:color w:val="555555"/>
                <w:sz w:val="20"/>
              </w:rPr>
              <w:t>Nom &amp; prénom (FR)</w:t>
            </w:r>
          </w:p>
        </w:tc>
      </w:tr>
      <w:tr>
        <w:tc>
          <w:tcPr>
            <w:tcW w:type="dxa" w:w="1152"/>
            <w:shd w:fill="F2F2F2"/>
          </w:tcPr>
          <w:p>
            <w:pPr>
              <w:jc w:val="left"/>
            </w:pPr>
            <w:r>
              <w:rPr>
                <w:i/>
                <w:color w:val="555555"/>
                <w:sz w:val="20"/>
              </w:rPr>
            </w:r>
          </w:p>
        </w:tc>
        <w:tc>
          <w:tcPr>
            <w:tcW w:type="dxa" w:w="3168"/>
            <w:shd w:fill="F2F2F2"/>
          </w:tcPr>
          <w:p>
            <w:pPr>
              <w:jc w:val="left"/>
            </w:pPr>
            <w:r>
              <w:rPr>
                <w:i/>
                <w:color w:val="555555"/>
                <w:sz w:val="20"/>
              </w:rPr>
              <w:t>Ex : dérive planning</w:t>
            </w:r>
          </w:p>
        </w:tc>
        <w:tc>
          <w:tcPr>
            <w:tcW w:type="dxa" w:w="2880"/>
            <w:shd w:fill="F2F2F2"/>
          </w:tcPr>
          <w:p>
            <w:pPr>
              <w:jc w:val="left"/>
            </w:pPr>
            <w:r>
              <w:rPr>
                <w:i/>
                <w:color w:val="555555"/>
                <w:sz w:val="20"/>
              </w:rPr>
              <w:t>Ex : dépendances multiples</w:t>
            </w:r>
          </w:p>
        </w:tc>
        <w:tc>
          <w:tcPr>
            <w:tcW w:type="dxa" w:w="1440"/>
            <w:shd w:fill="F2F2F2"/>
          </w:tcPr>
          <w:p>
            <w:pPr>
              <w:jc w:val="left"/>
            </w:pPr>
            <w:r>
              <w:rPr>
                <w:i/>
                <w:color w:val="555555"/>
                <w:sz w:val="20"/>
              </w:rPr>
            </w:r>
          </w:p>
        </w:tc>
        <w:tc>
          <w:tcPr>
            <w:tcW w:type="dxa" w:w="1440"/>
            <w:shd w:fill="F2F2F2"/>
          </w:tcPr>
          <w:p>
            <w:pPr>
              <w:jc w:val="left"/>
            </w:pPr>
            <w:r>
              <w:rPr>
                <w:i/>
                <w:color w:val="555555"/>
                <w:sz w:val="20"/>
              </w:rPr>
            </w:r>
          </w:p>
        </w:tc>
        <w:tc>
          <w:tcPr>
            <w:tcW w:type="dxa" w:w="1440"/>
            <w:shd w:fill="F2F2F2"/>
          </w:tcPr>
          <w:p>
            <w:pPr>
              <w:jc w:val="left"/>
            </w:pPr>
            <w:r>
              <w:rPr>
                <w:i/>
                <w:color w:val="555555"/>
                <w:sz w:val="20"/>
              </w:rPr>
              <w:t>= Impact × Prob.</w:t>
            </w:r>
          </w:p>
        </w:tc>
        <w:tc>
          <w:tcPr>
            <w:tcW w:type="dxa" w:w="2592"/>
            <w:shd w:fill="F2F2F2"/>
          </w:tcPr>
          <w:p>
            <w:pPr>
              <w:jc w:val="left"/>
            </w:pPr>
            <w:r>
              <w:rPr>
                <w:i/>
                <w:color w:val="555555"/>
                <w:sz w:val="20"/>
              </w:rPr>
              <w:t>Éviter / Mitiger / Transférer / Accepter</w:t>
            </w:r>
          </w:p>
        </w:tc>
        <w:tc>
          <w:tcPr>
            <w:tcW w:type="dxa" w:w="2016"/>
            <w:shd w:fill="F2F2F2"/>
          </w:tcPr>
          <w:p>
            <w:pPr>
              <w:jc w:val="left"/>
            </w:pPr>
            <w:r>
              <w:rPr>
                <w:i/>
                <w:color w:val="555555"/>
                <w:sz w:val="20"/>
              </w:rPr>
              <w:t>Nom &amp; prénom (FR)</w:t>
            </w:r>
          </w:p>
        </w:tc>
      </w:tr>
      <w:tr>
        <w:tc>
          <w:tcPr>
            <w:tcW w:type="dxa" w:w="1152"/>
            <w:shd w:fill="F2F2F2"/>
          </w:tcPr>
          <w:p>
            <w:pPr>
              <w:jc w:val="left"/>
            </w:pPr>
            <w:r>
              <w:rPr>
                <w:i/>
                <w:color w:val="555555"/>
                <w:sz w:val="20"/>
              </w:rPr>
            </w:r>
          </w:p>
        </w:tc>
        <w:tc>
          <w:tcPr>
            <w:tcW w:type="dxa" w:w="3168"/>
            <w:shd w:fill="F2F2F2"/>
          </w:tcPr>
          <w:p>
            <w:pPr>
              <w:jc w:val="left"/>
            </w:pPr>
            <w:r>
              <w:rPr>
                <w:i/>
                <w:color w:val="555555"/>
                <w:sz w:val="20"/>
              </w:rPr>
              <w:t>Ex : dérive planning</w:t>
            </w:r>
          </w:p>
        </w:tc>
        <w:tc>
          <w:tcPr>
            <w:tcW w:type="dxa" w:w="2880"/>
            <w:shd w:fill="F2F2F2"/>
          </w:tcPr>
          <w:p>
            <w:pPr>
              <w:jc w:val="left"/>
            </w:pPr>
            <w:r>
              <w:rPr>
                <w:i/>
                <w:color w:val="555555"/>
                <w:sz w:val="20"/>
              </w:rPr>
              <w:t>Ex : dépendances multiples</w:t>
            </w:r>
          </w:p>
        </w:tc>
        <w:tc>
          <w:tcPr>
            <w:tcW w:type="dxa" w:w="1440"/>
            <w:shd w:fill="F2F2F2"/>
          </w:tcPr>
          <w:p>
            <w:pPr>
              <w:jc w:val="left"/>
            </w:pPr>
            <w:r>
              <w:rPr>
                <w:i/>
                <w:color w:val="555555"/>
                <w:sz w:val="20"/>
              </w:rPr>
            </w:r>
          </w:p>
        </w:tc>
        <w:tc>
          <w:tcPr>
            <w:tcW w:type="dxa" w:w="1440"/>
            <w:shd w:fill="F2F2F2"/>
          </w:tcPr>
          <w:p>
            <w:pPr>
              <w:jc w:val="left"/>
            </w:pPr>
            <w:r>
              <w:rPr>
                <w:i/>
                <w:color w:val="555555"/>
                <w:sz w:val="20"/>
              </w:rPr>
            </w:r>
          </w:p>
        </w:tc>
        <w:tc>
          <w:tcPr>
            <w:tcW w:type="dxa" w:w="1440"/>
            <w:shd w:fill="F2F2F2"/>
          </w:tcPr>
          <w:p>
            <w:pPr>
              <w:jc w:val="left"/>
            </w:pPr>
            <w:r>
              <w:rPr>
                <w:i/>
                <w:color w:val="555555"/>
                <w:sz w:val="20"/>
              </w:rPr>
              <w:t>= Impact × Prob.</w:t>
            </w:r>
          </w:p>
        </w:tc>
        <w:tc>
          <w:tcPr>
            <w:tcW w:type="dxa" w:w="2592"/>
            <w:shd w:fill="F2F2F2"/>
          </w:tcPr>
          <w:p>
            <w:pPr>
              <w:jc w:val="left"/>
            </w:pPr>
            <w:r>
              <w:rPr>
                <w:i/>
                <w:color w:val="555555"/>
                <w:sz w:val="20"/>
              </w:rPr>
              <w:t>Éviter / Mitiger / Transférer / Accepter</w:t>
            </w:r>
          </w:p>
        </w:tc>
        <w:tc>
          <w:tcPr>
            <w:tcW w:type="dxa" w:w="2016"/>
            <w:shd w:fill="F2F2F2"/>
          </w:tcPr>
          <w:p>
            <w:pPr>
              <w:jc w:val="left"/>
            </w:pPr>
            <w:r>
              <w:rPr>
                <w:i/>
                <w:color w:val="555555"/>
                <w:sz w:val="20"/>
              </w:rPr>
              <w:t>Nom &amp; prénom (FR)</w:t>
            </w:r>
          </w:p>
        </w:tc>
      </w:tr>
      <w:tr>
        <w:tc>
          <w:tcPr>
            <w:tcW w:type="dxa" w:w="1152"/>
            <w:shd w:fill="F2F2F2"/>
          </w:tcPr>
          <w:p>
            <w:pPr>
              <w:jc w:val="left"/>
            </w:pPr>
            <w:r>
              <w:rPr>
                <w:i/>
                <w:color w:val="555555"/>
                <w:sz w:val="20"/>
              </w:rPr>
            </w:r>
          </w:p>
        </w:tc>
        <w:tc>
          <w:tcPr>
            <w:tcW w:type="dxa" w:w="3168"/>
            <w:shd w:fill="F2F2F2"/>
          </w:tcPr>
          <w:p>
            <w:pPr>
              <w:jc w:val="left"/>
            </w:pPr>
            <w:r>
              <w:rPr>
                <w:i/>
                <w:color w:val="555555"/>
                <w:sz w:val="20"/>
              </w:rPr>
              <w:t>Ex : dérive planning</w:t>
            </w:r>
          </w:p>
        </w:tc>
        <w:tc>
          <w:tcPr>
            <w:tcW w:type="dxa" w:w="2880"/>
            <w:shd w:fill="F2F2F2"/>
          </w:tcPr>
          <w:p>
            <w:pPr>
              <w:jc w:val="left"/>
            </w:pPr>
            <w:r>
              <w:rPr>
                <w:i/>
                <w:color w:val="555555"/>
                <w:sz w:val="20"/>
              </w:rPr>
              <w:t>Ex : dépendances multiples</w:t>
            </w:r>
          </w:p>
        </w:tc>
        <w:tc>
          <w:tcPr>
            <w:tcW w:type="dxa" w:w="1440"/>
            <w:shd w:fill="F2F2F2"/>
          </w:tcPr>
          <w:p>
            <w:pPr>
              <w:jc w:val="left"/>
            </w:pPr>
            <w:r>
              <w:rPr>
                <w:i/>
                <w:color w:val="555555"/>
                <w:sz w:val="20"/>
              </w:rPr>
            </w:r>
          </w:p>
        </w:tc>
        <w:tc>
          <w:tcPr>
            <w:tcW w:type="dxa" w:w="1440"/>
            <w:shd w:fill="F2F2F2"/>
          </w:tcPr>
          <w:p>
            <w:pPr>
              <w:jc w:val="left"/>
            </w:pPr>
            <w:r>
              <w:rPr>
                <w:i/>
                <w:color w:val="555555"/>
                <w:sz w:val="20"/>
              </w:rPr>
            </w:r>
          </w:p>
        </w:tc>
        <w:tc>
          <w:tcPr>
            <w:tcW w:type="dxa" w:w="1440"/>
            <w:shd w:fill="F2F2F2"/>
          </w:tcPr>
          <w:p>
            <w:pPr>
              <w:jc w:val="left"/>
            </w:pPr>
            <w:r>
              <w:rPr>
                <w:i/>
                <w:color w:val="555555"/>
                <w:sz w:val="20"/>
              </w:rPr>
              <w:t>= Impact × Prob.</w:t>
            </w:r>
          </w:p>
        </w:tc>
        <w:tc>
          <w:tcPr>
            <w:tcW w:type="dxa" w:w="2592"/>
            <w:shd w:fill="F2F2F2"/>
          </w:tcPr>
          <w:p>
            <w:pPr>
              <w:jc w:val="left"/>
            </w:pPr>
            <w:r>
              <w:rPr>
                <w:i/>
                <w:color w:val="555555"/>
                <w:sz w:val="20"/>
              </w:rPr>
              <w:t>Éviter / Mitiger / Transférer / Accepter</w:t>
            </w:r>
          </w:p>
        </w:tc>
        <w:tc>
          <w:tcPr>
            <w:tcW w:type="dxa" w:w="2016"/>
            <w:shd w:fill="F2F2F2"/>
          </w:tcPr>
          <w:p>
            <w:pPr>
              <w:jc w:val="left"/>
            </w:pPr>
            <w:r>
              <w:rPr>
                <w:i/>
                <w:color w:val="555555"/>
                <w:sz w:val="20"/>
              </w:rPr>
              <w:t>Nom &amp; prénom (FR)</w:t>
            </w:r>
          </w:p>
        </w:tc>
      </w:tr>
      <w:tr>
        <w:tc>
          <w:tcPr>
            <w:tcW w:type="dxa" w:w="1152"/>
            <w:shd w:fill="F2F2F2"/>
          </w:tcPr>
          <w:p>
            <w:pPr>
              <w:jc w:val="left"/>
            </w:pPr>
            <w:r>
              <w:rPr>
                <w:i/>
                <w:color w:val="555555"/>
                <w:sz w:val="20"/>
              </w:rPr>
            </w:r>
          </w:p>
        </w:tc>
        <w:tc>
          <w:tcPr>
            <w:tcW w:type="dxa" w:w="3168"/>
            <w:shd w:fill="F2F2F2"/>
          </w:tcPr>
          <w:p>
            <w:pPr>
              <w:jc w:val="left"/>
            </w:pPr>
            <w:r>
              <w:rPr>
                <w:i/>
                <w:color w:val="555555"/>
                <w:sz w:val="20"/>
              </w:rPr>
              <w:t>Ex : dérive planning</w:t>
            </w:r>
          </w:p>
        </w:tc>
        <w:tc>
          <w:tcPr>
            <w:tcW w:type="dxa" w:w="2880"/>
            <w:shd w:fill="F2F2F2"/>
          </w:tcPr>
          <w:p>
            <w:pPr>
              <w:jc w:val="left"/>
            </w:pPr>
            <w:r>
              <w:rPr>
                <w:i/>
                <w:color w:val="555555"/>
                <w:sz w:val="20"/>
              </w:rPr>
              <w:t>Ex : dépendances multiples</w:t>
            </w:r>
          </w:p>
        </w:tc>
        <w:tc>
          <w:tcPr>
            <w:tcW w:type="dxa" w:w="1440"/>
            <w:shd w:fill="F2F2F2"/>
          </w:tcPr>
          <w:p>
            <w:pPr>
              <w:jc w:val="left"/>
            </w:pPr>
            <w:r>
              <w:rPr>
                <w:i/>
                <w:color w:val="555555"/>
                <w:sz w:val="20"/>
              </w:rPr>
            </w:r>
          </w:p>
        </w:tc>
        <w:tc>
          <w:tcPr>
            <w:tcW w:type="dxa" w:w="1440"/>
            <w:shd w:fill="F2F2F2"/>
          </w:tcPr>
          <w:p>
            <w:pPr>
              <w:jc w:val="left"/>
            </w:pPr>
            <w:r>
              <w:rPr>
                <w:i/>
                <w:color w:val="555555"/>
                <w:sz w:val="20"/>
              </w:rPr>
            </w:r>
          </w:p>
        </w:tc>
        <w:tc>
          <w:tcPr>
            <w:tcW w:type="dxa" w:w="1440"/>
            <w:shd w:fill="F2F2F2"/>
          </w:tcPr>
          <w:p>
            <w:pPr>
              <w:jc w:val="left"/>
            </w:pPr>
            <w:r>
              <w:rPr>
                <w:i/>
                <w:color w:val="555555"/>
                <w:sz w:val="20"/>
              </w:rPr>
              <w:t>= Impact × Prob.</w:t>
            </w:r>
          </w:p>
        </w:tc>
        <w:tc>
          <w:tcPr>
            <w:tcW w:type="dxa" w:w="2592"/>
            <w:shd w:fill="F2F2F2"/>
          </w:tcPr>
          <w:p>
            <w:pPr>
              <w:jc w:val="left"/>
            </w:pPr>
            <w:r>
              <w:rPr>
                <w:i/>
                <w:color w:val="555555"/>
                <w:sz w:val="20"/>
              </w:rPr>
              <w:t>Éviter / Mitiger / Transférer / Accepter</w:t>
            </w:r>
          </w:p>
        </w:tc>
        <w:tc>
          <w:tcPr>
            <w:tcW w:type="dxa" w:w="2016"/>
            <w:shd w:fill="F2F2F2"/>
          </w:tcPr>
          <w:p>
            <w:pPr>
              <w:jc w:val="left"/>
            </w:pPr>
            <w:r>
              <w:rPr>
                <w:i/>
                <w:color w:val="555555"/>
                <w:sz w:val="20"/>
              </w:rPr>
              <w:t>Nom &amp; prénom (FR)</w:t>
            </w:r>
          </w:p>
        </w:tc>
      </w:tr>
    </w:tbl>
    <w:p>
      <w:pPr>
        <w:spacing w:before="120" w:after="80"/>
      </w:pPr>
      <w:r>
        <w:rPr>
          <w:b/>
          <w:color w:val="1F4E79"/>
          <w:sz w:val="32"/>
        </w:rPr>
        <w:t>6. RÉTROPLANNING — PARAMÈTRES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160"/>
        <w:gridCol w:w="2160"/>
        <w:gridCol w:w="2160"/>
        <w:gridCol w:w="2160"/>
      </w:tblGrid>
      <w:tr>
        <w:tc>
          <w:tcPr>
            <w:tcW w:type="dxa" w:w="3168"/>
            <w:shd w:fill="E9EFF7"/>
          </w:tcPr>
          <w:p>
            <w:r>
              <w:rPr>
                <w:b/>
                <w:color w:val="1F4E79"/>
                <w:sz w:val="20"/>
              </w:rPr>
              <w:t>Projet</w:t>
            </w:r>
          </w:p>
        </w:tc>
        <w:tc>
          <w:tcPr>
            <w:tcW w:type="dxa" w:w="3456"/>
            <w:shd w:fill="E9EFF7"/>
          </w:tcPr>
          <w:p>
            <w:r>
              <w:rPr>
                <w:b/>
                <w:color w:val="1F4E79"/>
                <w:sz w:val="20"/>
              </w:rPr>
              <w:t>Date butoir (Go‑Live)</w:t>
            </w:r>
          </w:p>
        </w:tc>
        <w:tc>
          <w:tcPr>
            <w:tcW w:type="dxa" w:w="3168"/>
            <w:shd w:fill="E9EFF7"/>
          </w:tcPr>
          <w:p>
            <w:r>
              <w:rPr>
                <w:b/>
                <w:color w:val="1F4E79"/>
                <w:sz w:val="20"/>
              </w:rPr>
              <w:t>Pilote (oui/non)</w:t>
            </w:r>
          </w:p>
        </w:tc>
        <w:tc>
          <w:tcPr>
            <w:tcW w:type="dxa" w:w="3456"/>
            <w:shd w:fill="E9EFF7"/>
          </w:tcPr>
          <w:p>
            <w:r>
              <w:rPr>
                <w:b/>
                <w:color w:val="1F4E79"/>
                <w:sz w:val="20"/>
              </w:rPr>
              <w:t>Commentaire</w:t>
            </w:r>
          </w:p>
        </w:tc>
      </w:tr>
      <w:tr>
        <w:tc>
          <w:tcPr>
            <w:tcW w:type="dxa" w:w="3168"/>
            <w:shd w:fill="F2F2F2"/>
          </w:tcPr>
          <w:p>
            <w:pPr>
              <w:jc w:val="left"/>
            </w:pPr>
            <w:r>
              <w:rPr>
                <w:i/>
                <w:color w:val="555555"/>
                <w:sz w:val="20"/>
              </w:rPr>
              <w:t>Intitulé du projet</w:t>
            </w:r>
          </w:p>
        </w:tc>
        <w:tc>
          <w:tcPr>
            <w:tcW w:type="dxa" w:w="3456"/>
            <w:shd w:fill="F2F2F2"/>
          </w:tcPr>
          <w:p>
            <w:pPr>
              <w:jc w:val="left"/>
            </w:pPr>
            <w:r>
              <w:rPr>
                <w:i/>
                <w:color w:val="555555"/>
                <w:sz w:val="20"/>
              </w:rPr>
              <w:t>aaaa-mm-jj</w:t>
            </w:r>
          </w:p>
        </w:tc>
        <w:tc>
          <w:tcPr>
            <w:tcW w:type="dxa" w:w="3168"/>
            <w:shd w:fill="F2F2F2"/>
          </w:tcPr>
          <w:p>
            <w:pPr>
              <w:jc w:val="left"/>
            </w:pPr>
            <w:r>
              <w:rPr>
                <w:i/>
                <w:color w:val="555555"/>
                <w:sz w:val="20"/>
              </w:rPr>
              <w:t>Oui / Non</w:t>
            </w:r>
          </w:p>
        </w:tc>
        <w:tc>
          <w:tcPr>
            <w:tcW w:type="dxa" w:w="3456"/>
            <w:shd w:fill="F2F2F2"/>
          </w:tcPr>
          <w:p>
            <w:pPr>
              <w:jc w:val="left"/>
            </w:pPr>
            <w:r>
              <w:rPr>
                <w:i/>
                <w:color w:val="555555"/>
                <w:sz w:val="20"/>
              </w:rPr>
              <w:t>Contraintes majeures, dépendances</w:t>
            </w:r>
          </w:p>
        </w:tc>
      </w:tr>
      <w:tr>
        <w:tc>
          <w:tcPr>
            <w:tcW w:type="dxa" w:w="3168"/>
          </w:tcPr>
          <w:p/>
        </w:tc>
        <w:tc>
          <w:tcPr>
            <w:tcW w:type="dxa" w:w="3456"/>
          </w:tcPr>
          <w:p/>
        </w:tc>
        <w:tc>
          <w:tcPr>
            <w:tcW w:type="dxa" w:w="3168"/>
          </w:tcPr>
          <w:p/>
        </w:tc>
        <w:tc>
          <w:tcPr>
            <w:tcW w:type="dxa" w:w="3456"/>
          </w:tcPr>
          <w:p/>
        </w:tc>
      </w:tr>
    </w:tbl>
    <w:p>
      <w:pPr>
        <w:spacing w:before="100" w:after="40"/>
      </w:pPr>
      <w:r>
        <w:rPr>
          <w:b/>
          <w:color w:val="1F4E79"/>
          <w:sz w:val="24"/>
        </w:rPr>
        <w:t>Phases à rebours (exemple — à adapter)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440"/>
        <w:gridCol w:w="1440"/>
        <w:gridCol w:w="1440"/>
        <w:gridCol w:w="1440"/>
        <w:gridCol w:w="1440"/>
        <w:gridCol w:w="1440"/>
      </w:tblGrid>
      <w:tr>
        <w:tc>
          <w:tcPr>
            <w:tcW w:type="dxa" w:w="3456"/>
            <w:shd w:fill="E9EFF7"/>
          </w:tcPr>
          <w:p>
            <w:r>
              <w:rPr>
                <w:b/>
                <w:color w:val="1F4E79"/>
                <w:sz w:val="20"/>
              </w:rPr>
              <w:t>Phase</w:t>
            </w:r>
          </w:p>
        </w:tc>
        <w:tc>
          <w:tcPr>
            <w:tcW w:type="dxa" w:w="1440"/>
            <w:shd w:fill="E9EFF7"/>
          </w:tcPr>
          <w:p>
            <w:r>
              <w:rPr>
                <w:b/>
                <w:color w:val="1F4E79"/>
                <w:sz w:val="20"/>
              </w:rPr>
              <w:t>Durée (j)</w:t>
            </w:r>
          </w:p>
        </w:tc>
        <w:tc>
          <w:tcPr>
            <w:tcW w:type="dxa" w:w="2880"/>
            <w:shd w:fill="E9EFF7"/>
          </w:tcPr>
          <w:p>
            <w:r>
              <w:rPr>
                <w:b/>
                <w:color w:val="1F4E79"/>
                <w:sz w:val="20"/>
              </w:rPr>
              <w:t>Dépend de</w:t>
            </w:r>
          </w:p>
        </w:tc>
        <w:tc>
          <w:tcPr>
            <w:tcW w:type="dxa" w:w="2304"/>
            <w:shd w:fill="E9EFF7"/>
          </w:tcPr>
          <w:p>
            <w:r>
              <w:rPr>
                <w:b/>
                <w:color w:val="1F4E79"/>
                <w:sz w:val="20"/>
              </w:rPr>
              <w:t>Début (prévu)</w:t>
            </w:r>
          </w:p>
        </w:tc>
        <w:tc>
          <w:tcPr>
            <w:tcW w:type="dxa" w:w="2304"/>
            <w:shd w:fill="E9EFF7"/>
          </w:tcPr>
          <w:p>
            <w:r>
              <w:rPr>
                <w:b/>
                <w:color w:val="1F4E79"/>
                <w:sz w:val="20"/>
              </w:rPr>
              <w:t>Fin (prévue)</w:t>
            </w:r>
          </w:p>
        </w:tc>
        <w:tc>
          <w:tcPr>
            <w:tcW w:type="dxa" w:w="2592"/>
            <w:shd w:fill="E9EFF7"/>
          </w:tcPr>
          <w:p>
            <w:r>
              <w:rPr>
                <w:b/>
                <w:color w:val="1F4E79"/>
                <w:sz w:val="20"/>
              </w:rPr>
              <w:t>Responsable</w:t>
            </w:r>
          </w:p>
        </w:tc>
      </w:tr>
      <w:tr>
        <w:tc>
          <w:tcPr>
            <w:tcW w:type="dxa" w:w="3456"/>
            <w:shd w:fill="F2F2F2"/>
          </w:tcPr>
          <w:p>
            <w:pPr>
              <w:jc w:val="left"/>
            </w:pPr>
            <w:r>
              <w:rPr>
                <w:i/>
                <w:color w:val="555555"/>
                <w:sz w:val="20"/>
              </w:rPr>
              <w:t>Go‑Live (T0)</w:t>
            </w:r>
          </w:p>
        </w:tc>
        <w:tc>
          <w:tcPr>
            <w:tcW w:type="dxa" w:w="1440"/>
            <w:shd w:fill="F2F2F2"/>
          </w:tcPr>
          <w:p>
            <w:pPr>
              <w:jc w:val="left"/>
            </w:pPr>
            <w:r>
              <w:rPr>
                <w:i/>
                <w:color w:val="555555"/>
                <w:sz w:val="20"/>
              </w:rPr>
            </w:r>
          </w:p>
        </w:tc>
        <w:tc>
          <w:tcPr>
            <w:tcW w:type="dxa" w:w="2880"/>
            <w:shd w:fill="F2F2F2"/>
          </w:tcPr>
          <w:p>
            <w:pPr>
              <w:jc w:val="left"/>
            </w:pPr>
            <w:r>
              <w:rPr>
                <w:i/>
                <w:color w:val="555555"/>
                <w:sz w:val="20"/>
              </w:rPr>
            </w:r>
          </w:p>
        </w:tc>
        <w:tc>
          <w:tcPr>
            <w:tcW w:type="dxa" w:w="2304"/>
            <w:shd w:fill="F2F2F2"/>
          </w:tcPr>
          <w:p>
            <w:pPr>
              <w:jc w:val="left"/>
            </w:pPr>
            <w:r>
              <w:rPr>
                <w:i/>
                <w:color w:val="555555"/>
                <w:sz w:val="20"/>
              </w:rPr>
            </w:r>
          </w:p>
        </w:tc>
        <w:tc>
          <w:tcPr>
            <w:tcW w:type="dxa" w:w="2304"/>
            <w:shd w:fill="F2F2F2"/>
          </w:tcPr>
          <w:p>
            <w:pPr>
              <w:jc w:val="left"/>
            </w:pPr>
            <w:r>
              <w:rPr>
                <w:i/>
                <w:color w:val="555555"/>
                <w:sz w:val="20"/>
              </w:rPr>
            </w:r>
          </w:p>
        </w:tc>
        <w:tc>
          <w:tcPr>
            <w:tcW w:type="dxa" w:w="2592"/>
            <w:shd w:fill="F2F2F2"/>
          </w:tcPr>
          <w:p>
            <w:pPr>
              <w:jc w:val="left"/>
            </w:pPr>
            <w:r>
              <w:rPr>
                <w:i/>
                <w:color w:val="555555"/>
                <w:sz w:val="20"/>
              </w:rPr>
              <w:t>Nom &amp; prénom (FR)</w:t>
            </w:r>
          </w:p>
        </w:tc>
      </w:tr>
      <w:tr>
        <w:tc>
          <w:tcPr>
            <w:tcW w:type="dxa" w:w="3456"/>
            <w:shd w:fill="F2F2F2"/>
          </w:tcPr>
          <w:p>
            <w:pPr>
              <w:jc w:val="left"/>
            </w:pPr>
            <w:r>
              <w:rPr>
                <w:i/>
                <w:color w:val="555555"/>
                <w:sz w:val="20"/>
              </w:rPr>
              <w:t>Déploiement pilote</w:t>
            </w:r>
          </w:p>
        </w:tc>
        <w:tc>
          <w:tcPr>
            <w:tcW w:type="dxa" w:w="1440"/>
            <w:shd w:fill="F2F2F2"/>
          </w:tcPr>
          <w:p>
            <w:pPr>
              <w:jc w:val="left"/>
            </w:pPr>
            <w:r>
              <w:rPr>
                <w:i/>
                <w:color w:val="555555"/>
                <w:sz w:val="20"/>
              </w:rPr>
            </w:r>
          </w:p>
        </w:tc>
        <w:tc>
          <w:tcPr>
            <w:tcW w:type="dxa" w:w="2880"/>
            <w:shd w:fill="F2F2F2"/>
          </w:tcPr>
          <w:p>
            <w:pPr>
              <w:jc w:val="left"/>
            </w:pPr>
            <w:r>
              <w:rPr>
                <w:i/>
                <w:color w:val="555555"/>
                <w:sz w:val="20"/>
              </w:rPr>
            </w:r>
          </w:p>
        </w:tc>
        <w:tc>
          <w:tcPr>
            <w:tcW w:type="dxa" w:w="2304"/>
            <w:shd w:fill="F2F2F2"/>
          </w:tcPr>
          <w:p>
            <w:pPr>
              <w:jc w:val="left"/>
            </w:pPr>
            <w:r>
              <w:rPr>
                <w:i/>
                <w:color w:val="555555"/>
                <w:sz w:val="20"/>
              </w:rPr>
            </w:r>
          </w:p>
        </w:tc>
        <w:tc>
          <w:tcPr>
            <w:tcW w:type="dxa" w:w="2304"/>
            <w:shd w:fill="F2F2F2"/>
          </w:tcPr>
          <w:p>
            <w:pPr>
              <w:jc w:val="left"/>
            </w:pPr>
            <w:r>
              <w:rPr>
                <w:i/>
                <w:color w:val="555555"/>
                <w:sz w:val="20"/>
              </w:rPr>
            </w:r>
          </w:p>
        </w:tc>
        <w:tc>
          <w:tcPr>
            <w:tcW w:type="dxa" w:w="2592"/>
            <w:shd w:fill="F2F2F2"/>
          </w:tcPr>
          <w:p>
            <w:pPr>
              <w:jc w:val="left"/>
            </w:pPr>
            <w:r>
              <w:rPr>
                <w:i/>
                <w:color w:val="555555"/>
                <w:sz w:val="20"/>
              </w:rPr>
              <w:t>Nom &amp; prénom (FR)</w:t>
            </w:r>
          </w:p>
        </w:tc>
      </w:tr>
      <w:tr>
        <w:tc>
          <w:tcPr>
            <w:tcW w:type="dxa" w:w="3456"/>
            <w:shd w:fill="F2F2F2"/>
          </w:tcPr>
          <w:p>
            <w:pPr>
              <w:jc w:val="left"/>
            </w:pPr>
            <w:r>
              <w:rPr>
                <w:i/>
                <w:color w:val="555555"/>
                <w:sz w:val="20"/>
              </w:rPr>
              <w:t>Formation &amp; com'</w:t>
            </w:r>
          </w:p>
        </w:tc>
        <w:tc>
          <w:tcPr>
            <w:tcW w:type="dxa" w:w="1440"/>
            <w:shd w:fill="F2F2F2"/>
          </w:tcPr>
          <w:p>
            <w:pPr>
              <w:jc w:val="left"/>
            </w:pPr>
            <w:r>
              <w:rPr>
                <w:i/>
                <w:color w:val="555555"/>
                <w:sz w:val="20"/>
              </w:rPr>
            </w:r>
          </w:p>
        </w:tc>
        <w:tc>
          <w:tcPr>
            <w:tcW w:type="dxa" w:w="2880"/>
            <w:shd w:fill="F2F2F2"/>
          </w:tcPr>
          <w:p>
            <w:pPr>
              <w:jc w:val="left"/>
            </w:pPr>
            <w:r>
              <w:rPr>
                <w:i/>
                <w:color w:val="555555"/>
                <w:sz w:val="20"/>
              </w:rPr>
            </w:r>
          </w:p>
        </w:tc>
        <w:tc>
          <w:tcPr>
            <w:tcW w:type="dxa" w:w="2304"/>
            <w:shd w:fill="F2F2F2"/>
          </w:tcPr>
          <w:p>
            <w:pPr>
              <w:jc w:val="left"/>
            </w:pPr>
            <w:r>
              <w:rPr>
                <w:i/>
                <w:color w:val="555555"/>
                <w:sz w:val="20"/>
              </w:rPr>
            </w:r>
          </w:p>
        </w:tc>
        <w:tc>
          <w:tcPr>
            <w:tcW w:type="dxa" w:w="2304"/>
            <w:shd w:fill="F2F2F2"/>
          </w:tcPr>
          <w:p>
            <w:pPr>
              <w:jc w:val="left"/>
            </w:pPr>
            <w:r>
              <w:rPr>
                <w:i/>
                <w:color w:val="555555"/>
                <w:sz w:val="20"/>
              </w:rPr>
            </w:r>
          </w:p>
        </w:tc>
        <w:tc>
          <w:tcPr>
            <w:tcW w:type="dxa" w:w="2592"/>
            <w:shd w:fill="F2F2F2"/>
          </w:tcPr>
          <w:p>
            <w:pPr>
              <w:jc w:val="left"/>
            </w:pPr>
            <w:r>
              <w:rPr>
                <w:i/>
                <w:color w:val="555555"/>
                <w:sz w:val="20"/>
              </w:rPr>
              <w:t>Nom &amp; prénom (FR)</w:t>
            </w:r>
          </w:p>
        </w:tc>
      </w:tr>
      <w:tr>
        <w:tc>
          <w:tcPr>
            <w:tcW w:type="dxa" w:w="3456"/>
            <w:shd w:fill="F2F2F2"/>
          </w:tcPr>
          <w:p>
            <w:pPr>
              <w:jc w:val="left"/>
            </w:pPr>
            <w:r>
              <w:rPr>
                <w:i/>
                <w:color w:val="555555"/>
                <w:sz w:val="20"/>
              </w:rPr>
              <w:t>Tests &amp; UAT</w:t>
            </w:r>
          </w:p>
        </w:tc>
        <w:tc>
          <w:tcPr>
            <w:tcW w:type="dxa" w:w="1440"/>
            <w:shd w:fill="F2F2F2"/>
          </w:tcPr>
          <w:p>
            <w:pPr>
              <w:jc w:val="left"/>
            </w:pPr>
            <w:r>
              <w:rPr>
                <w:i/>
                <w:color w:val="555555"/>
                <w:sz w:val="20"/>
              </w:rPr>
            </w:r>
          </w:p>
        </w:tc>
        <w:tc>
          <w:tcPr>
            <w:tcW w:type="dxa" w:w="2880"/>
            <w:shd w:fill="F2F2F2"/>
          </w:tcPr>
          <w:p>
            <w:pPr>
              <w:jc w:val="left"/>
            </w:pPr>
            <w:r>
              <w:rPr>
                <w:i/>
                <w:color w:val="555555"/>
                <w:sz w:val="20"/>
              </w:rPr>
            </w:r>
          </w:p>
        </w:tc>
        <w:tc>
          <w:tcPr>
            <w:tcW w:type="dxa" w:w="2304"/>
            <w:shd w:fill="F2F2F2"/>
          </w:tcPr>
          <w:p>
            <w:pPr>
              <w:jc w:val="left"/>
            </w:pPr>
            <w:r>
              <w:rPr>
                <w:i/>
                <w:color w:val="555555"/>
                <w:sz w:val="20"/>
              </w:rPr>
            </w:r>
          </w:p>
        </w:tc>
        <w:tc>
          <w:tcPr>
            <w:tcW w:type="dxa" w:w="2304"/>
            <w:shd w:fill="F2F2F2"/>
          </w:tcPr>
          <w:p>
            <w:pPr>
              <w:jc w:val="left"/>
            </w:pPr>
            <w:r>
              <w:rPr>
                <w:i/>
                <w:color w:val="555555"/>
                <w:sz w:val="20"/>
              </w:rPr>
            </w:r>
          </w:p>
        </w:tc>
        <w:tc>
          <w:tcPr>
            <w:tcW w:type="dxa" w:w="2592"/>
            <w:shd w:fill="F2F2F2"/>
          </w:tcPr>
          <w:p>
            <w:pPr>
              <w:jc w:val="left"/>
            </w:pPr>
            <w:r>
              <w:rPr>
                <w:i/>
                <w:color w:val="555555"/>
                <w:sz w:val="20"/>
              </w:rPr>
              <w:t>Nom &amp; prénom (FR)</w:t>
            </w:r>
          </w:p>
        </w:tc>
      </w:tr>
      <w:tr>
        <w:tc>
          <w:tcPr>
            <w:tcW w:type="dxa" w:w="3456"/>
            <w:shd w:fill="F2F2F2"/>
          </w:tcPr>
          <w:p>
            <w:pPr>
              <w:jc w:val="left"/>
            </w:pPr>
            <w:r>
              <w:rPr>
                <w:i/>
                <w:color w:val="555555"/>
                <w:sz w:val="20"/>
              </w:rPr>
              <w:t>Dev &amp; intégrations</w:t>
            </w:r>
          </w:p>
        </w:tc>
        <w:tc>
          <w:tcPr>
            <w:tcW w:type="dxa" w:w="1440"/>
            <w:shd w:fill="F2F2F2"/>
          </w:tcPr>
          <w:p>
            <w:pPr>
              <w:jc w:val="left"/>
            </w:pPr>
            <w:r>
              <w:rPr>
                <w:i/>
                <w:color w:val="555555"/>
                <w:sz w:val="20"/>
              </w:rPr>
            </w:r>
          </w:p>
        </w:tc>
        <w:tc>
          <w:tcPr>
            <w:tcW w:type="dxa" w:w="2880"/>
            <w:shd w:fill="F2F2F2"/>
          </w:tcPr>
          <w:p>
            <w:pPr>
              <w:jc w:val="left"/>
            </w:pPr>
            <w:r>
              <w:rPr>
                <w:i/>
                <w:color w:val="555555"/>
                <w:sz w:val="20"/>
              </w:rPr>
            </w:r>
          </w:p>
        </w:tc>
        <w:tc>
          <w:tcPr>
            <w:tcW w:type="dxa" w:w="2304"/>
            <w:shd w:fill="F2F2F2"/>
          </w:tcPr>
          <w:p>
            <w:pPr>
              <w:jc w:val="left"/>
            </w:pPr>
            <w:r>
              <w:rPr>
                <w:i/>
                <w:color w:val="555555"/>
                <w:sz w:val="20"/>
              </w:rPr>
            </w:r>
          </w:p>
        </w:tc>
        <w:tc>
          <w:tcPr>
            <w:tcW w:type="dxa" w:w="2304"/>
            <w:shd w:fill="F2F2F2"/>
          </w:tcPr>
          <w:p>
            <w:pPr>
              <w:jc w:val="left"/>
            </w:pPr>
            <w:r>
              <w:rPr>
                <w:i/>
                <w:color w:val="555555"/>
                <w:sz w:val="20"/>
              </w:rPr>
            </w:r>
          </w:p>
        </w:tc>
        <w:tc>
          <w:tcPr>
            <w:tcW w:type="dxa" w:w="2592"/>
            <w:shd w:fill="F2F2F2"/>
          </w:tcPr>
          <w:p>
            <w:pPr>
              <w:jc w:val="left"/>
            </w:pPr>
            <w:r>
              <w:rPr>
                <w:i/>
                <w:color w:val="555555"/>
                <w:sz w:val="20"/>
              </w:rPr>
              <w:t>Nom &amp; prénom (FR)</w:t>
            </w:r>
          </w:p>
        </w:tc>
      </w:tr>
    </w:tbl>
    <w:p>
      <w:pPr>
        <w:spacing w:before="120" w:after="80"/>
      </w:pPr>
      <w:r>
        <w:rPr>
          <w:b/>
          <w:color w:val="1F4E79"/>
          <w:sz w:val="32"/>
        </w:rPr>
        <w:t>7. VALIDATION &amp; SIGNATURES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160"/>
        <w:gridCol w:w="2160"/>
        <w:gridCol w:w="2160"/>
        <w:gridCol w:w="2160"/>
      </w:tblGrid>
      <w:tr>
        <w:tc>
          <w:tcPr>
            <w:tcW w:type="dxa" w:w="3168"/>
            <w:shd w:fill="E9EFF7"/>
          </w:tcPr>
          <w:p>
            <w:r>
              <w:rPr>
                <w:b/>
                <w:color w:val="1F4E79"/>
                <w:sz w:val="20"/>
              </w:rPr>
              <w:t>Fonction</w:t>
            </w:r>
          </w:p>
        </w:tc>
        <w:tc>
          <w:tcPr>
            <w:tcW w:type="dxa" w:w="3456"/>
            <w:shd w:fill="E9EFF7"/>
          </w:tcPr>
          <w:p>
            <w:r>
              <w:rPr>
                <w:b/>
                <w:color w:val="1F4E79"/>
                <w:sz w:val="20"/>
              </w:rPr>
              <w:t>Nom &amp; prénom</w:t>
            </w:r>
          </w:p>
        </w:tc>
        <w:tc>
          <w:tcPr>
            <w:tcW w:type="dxa" w:w="3168"/>
            <w:shd w:fill="E9EFF7"/>
          </w:tcPr>
          <w:p>
            <w:r>
              <w:rPr>
                <w:b/>
                <w:color w:val="1F4E79"/>
                <w:sz w:val="20"/>
              </w:rPr>
              <w:t>Date</w:t>
            </w:r>
          </w:p>
        </w:tc>
        <w:tc>
          <w:tcPr>
            <w:tcW w:type="dxa" w:w="3456"/>
            <w:shd w:fill="E9EFF7"/>
          </w:tcPr>
          <w:p>
            <w:r>
              <w:rPr>
                <w:b/>
                <w:color w:val="1F4E79"/>
                <w:sz w:val="20"/>
              </w:rPr>
              <w:t>Signature</w:t>
            </w:r>
          </w:p>
        </w:tc>
      </w:tr>
      <w:tr>
        <w:tc>
          <w:tcPr>
            <w:tcW w:type="dxa" w:w="3168"/>
          </w:tcPr>
          <w:p>
            <w:r>
              <w:t>Sponsor</w:t>
            </w:r>
          </w:p>
        </w:tc>
        <w:tc>
          <w:tcPr>
            <w:tcW w:type="dxa" w:w="3456"/>
            <w:shd w:fill="F2F2F2"/>
          </w:tcPr>
          <w:p>
            <w:pPr>
              <w:jc w:val="left"/>
            </w:pPr>
            <w:r>
              <w:rPr>
                <w:i/>
                <w:color w:val="555555"/>
                <w:sz w:val="20"/>
              </w:rPr>
            </w:r>
          </w:p>
        </w:tc>
        <w:tc>
          <w:tcPr>
            <w:tcW w:type="dxa" w:w="3168"/>
            <w:shd w:fill="F2F2F2"/>
          </w:tcPr>
          <w:p>
            <w:pPr>
              <w:jc w:val="left"/>
            </w:pPr>
            <w:r>
              <w:rPr>
                <w:i/>
                <w:color w:val="555555"/>
                <w:sz w:val="20"/>
              </w:rPr>
              <w:t>aaaa-mm-jj</w:t>
            </w:r>
          </w:p>
        </w:tc>
        <w:tc>
          <w:tcPr>
            <w:tcW w:type="dxa" w:w="3456"/>
            <w:shd w:fill="F2F2F2"/>
          </w:tcPr>
          <w:p>
            <w:pPr>
              <w:jc w:val="left"/>
            </w:pPr>
            <w:r>
              <w:rPr>
                <w:i/>
                <w:color w:val="555555"/>
                <w:sz w:val="20"/>
              </w:rPr>
            </w:r>
          </w:p>
        </w:tc>
      </w:tr>
      <w:tr>
        <w:tc>
          <w:tcPr>
            <w:tcW w:type="dxa" w:w="3168"/>
          </w:tcPr>
          <w:p>
            <w:r>
              <w:t>Directeur de mission</w:t>
            </w:r>
          </w:p>
        </w:tc>
        <w:tc>
          <w:tcPr>
            <w:tcW w:type="dxa" w:w="3456"/>
            <w:shd w:fill="F2F2F2"/>
          </w:tcPr>
          <w:p>
            <w:pPr>
              <w:jc w:val="left"/>
            </w:pPr>
            <w:r>
              <w:rPr>
                <w:i/>
                <w:color w:val="555555"/>
                <w:sz w:val="20"/>
              </w:rPr>
            </w:r>
          </w:p>
        </w:tc>
        <w:tc>
          <w:tcPr>
            <w:tcW w:type="dxa" w:w="3168"/>
            <w:shd w:fill="F2F2F2"/>
          </w:tcPr>
          <w:p>
            <w:pPr>
              <w:jc w:val="left"/>
            </w:pPr>
            <w:r>
              <w:rPr>
                <w:i/>
                <w:color w:val="555555"/>
                <w:sz w:val="20"/>
              </w:rPr>
              <w:t>aaaa-mm-jj</w:t>
            </w:r>
          </w:p>
        </w:tc>
        <w:tc>
          <w:tcPr>
            <w:tcW w:type="dxa" w:w="3456"/>
            <w:shd w:fill="F2F2F2"/>
          </w:tcPr>
          <w:p>
            <w:pPr>
              <w:jc w:val="left"/>
            </w:pPr>
            <w:r>
              <w:rPr>
                <w:i/>
                <w:color w:val="555555"/>
                <w:sz w:val="20"/>
              </w:rPr>
            </w:r>
          </w:p>
        </w:tc>
      </w:tr>
    </w:tbl>
    <w:p/>
    <w:p>
      <w:r>
        <w:rPr>
          <w:b/>
          <w:color w:val="1F4E79"/>
        </w:rPr>
        <w:t xml:space="preserve">Conseil : </w:t>
      </w:r>
      <w:r>
        <w:t>les cellules grisées sont **à remplir**. Conservez la structure et exportez en PDF pour validation.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