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037A5" w14:textId="13D198F8" w:rsidR="006A5E6D" w:rsidRDefault="00432FDD">
      <w:pPr>
        <w:jc w:val="center"/>
      </w:pPr>
      <w:r>
        <w:rPr>
          <w:b/>
          <w:sz w:val="36"/>
        </w:rPr>
        <w:t>FICHE DE RENSEIGNEMENT CLIEN</w:t>
      </w:r>
      <w:r>
        <w:rPr>
          <w:b/>
          <w:sz w:val="36"/>
        </w:rPr>
        <w:t>T</w:t>
      </w:r>
    </w:p>
    <w:p w14:paraId="79A38137" w14:textId="77777777" w:rsidR="006A5E6D" w:rsidRDefault="00432FDD">
      <w:pPr>
        <w:jc w:val="center"/>
      </w:pPr>
      <w:proofErr w:type="gramStart"/>
      <w:r>
        <w:rPr>
          <w:sz w:val="20"/>
        </w:rPr>
        <w:t>Version :</w:t>
      </w:r>
      <w:proofErr w:type="gramEnd"/>
      <w:r>
        <w:rPr>
          <w:sz w:val="20"/>
        </w:rPr>
        <w:t xml:space="preserve"> 2.0  |  Date : [JJ/MM/AAAA]  |  Réf. : CRM-FRC-PRO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90"/>
        <w:gridCol w:w="2692"/>
        <w:gridCol w:w="2691"/>
        <w:gridCol w:w="2689"/>
      </w:tblGrid>
      <w:tr w:rsidR="006A5E6D" w14:paraId="3D91064C" w14:textId="77777777">
        <w:tc>
          <w:tcPr>
            <w:tcW w:w="2693" w:type="dxa"/>
          </w:tcPr>
          <w:p w14:paraId="10A117BD" w14:textId="77777777" w:rsidR="006A5E6D" w:rsidRDefault="006A5E6D"/>
        </w:tc>
        <w:tc>
          <w:tcPr>
            <w:tcW w:w="2693" w:type="dxa"/>
          </w:tcPr>
          <w:p w14:paraId="0F1871C6" w14:textId="77777777" w:rsidR="006A5E6D" w:rsidRDefault="006A5E6D"/>
        </w:tc>
        <w:tc>
          <w:tcPr>
            <w:tcW w:w="2693" w:type="dxa"/>
          </w:tcPr>
          <w:p w14:paraId="37D170AD" w14:textId="77777777" w:rsidR="006A5E6D" w:rsidRDefault="006A5E6D"/>
        </w:tc>
        <w:tc>
          <w:tcPr>
            <w:tcW w:w="2693" w:type="dxa"/>
          </w:tcPr>
          <w:p w14:paraId="78DC7C14" w14:textId="77777777" w:rsidR="006A5E6D" w:rsidRDefault="006A5E6D"/>
        </w:tc>
      </w:tr>
      <w:tr w:rsidR="006A5E6D" w14:paraId="6FC15B60" w14:textId="77777777">
        <w:tc>
          <w:tcPr>
            <w:tcW w:w="10772" w:type="dxa"/>
            <w:gridSpan w:val="4"/>
            <w:shd w:val="clear" w:color="auto" w:fill="D9E1F2"/>
          </w:tcPr>
          <w:p w14:paraId="7FAB7556" w14:textId="77777777" w:rsidR="006A5E6D" w:rsidRDefault="00432FDD">
            <w:r>
              <w:rPr>
                <w:b/>
              </w:rPr>
              <w:t>Checklist de complétude / Completeness checklist</w:t>
            </w:r>
          </w:p>
        </w:tc>
      </w:tr>
      <w:tr w:rsidR="006A5E6D" w14:paraId="68DE09CE" w14:textId="77777777">
        <w:tc>
          <w:tcPr>
            <w:tcW w:w="2693" w:type="dxa"/>
          </w:tcPr>
          <w:p w14:paraId="67DB6AE2" w14:textId="77777777" w:rsidR="006A5E6D" w:rsidRDefault="00432FDD">
            <w:r>
              <w:t>□ Identité/Identity</w:t>
            </w:r>
          </w:p>
        </w:tc>
        <w:tc>
          <w:tcPr>
            <w:tcW w:w="2693" w:type="dxa"/>
          </w:tcPr>
          <w:p w14:paraId="67A0476D" w14:textId="77777777" w:rsidR="006A5E6D" w:rsidRDefault="00432FDD">
            <w:r>
              <w:t>□ Coordonnées/Contacts</w:t>
            </w:r>
          </w:p>
        </w:tc>
        <w:tc>
          <w:tcPr>
            <w:tcW w:w="2693" w:type="dxa"/>
          </w:tcPr>
          <w:p w14:paraId="0AE10CF3" w14:textId="77777777" w:rsidR="006A5E6D" w:rsidRDefault="00432FDD">
            <w:r>
              <w:t>□ Facturation/Billing</w:t>
            </w:r>
          </w:p>
        </w:tc>
        <w:tc>
          <w:tcPr>
            <w:tcW w:w="2693" w:type="dxa"/>
          </w:tcPr>
          <w:p w14:paraId="76BA6C6A" w14:textId="77777777" w:rsidR="006A5E6D" w:rsidRDefault="00432FDD">
            <w:r>
              <w:t>□ RGPD/Privacy</w:t>
            </w:r>
          </w:p>
        </w:tc>
      </w:tr>
    </w:tbl>
    <w:p w14:paraId="292B01DF" w14:textId="77777777" w:rsidR="006A5E6D" w:rsidRDefault="006A5E6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690"/>
        <w:gridCol w:w="2692"/>
        <w:gridCol w:w="2690"/>
        <w:gridCol w:w="2690"/>
      </w:tblGrid>
      <w:tr w:rsidR="006A5E6D" w14:paraId="29AEE6D1" w14:textId="77777777">
        <w:trPr>
          <w:jc w:val="center"/>
        </w:trPr>
        <w:tc>
          <w:tcPr>
            <w:tcW w:w="2693" w:type="dxa"/>
          </w:tcPr>
          <w:p w14:paraId="71F3A046" w14:textId="77777777" w:rsidR="006A5E6D" w:rsidRDefault="006A5E6D"/>
        </w:tc>
        <w:tc>
          <w:tcPr>
            <w:tcW w:w="2693" w:type="dxa"/>
          </w:tcPr>
          <w:p w14:paraId="2A589C96" w14:textId="77777777" w:rsidR="006A5E6D" w:rsidRDefault="006A5E6D"/>
        </w:tc>
        <w:tc>
          <w:tcPr>
            <w:tcW w:w="2693" w:type="dxa"/>
          </w:tcPr>
          <w:p w14:paraId="247BE369" w14:textId="77777777" w:rsidR="006A5E6D" w:rsidRDefault="006A5E6D"/>
        </w:tc>
        <w:tc>
          <w:tcPr>
            <w:tcW w:w="2693" w:type="dxa"/>
          </w:tcPr>
          <w:p w14:paraId="3FD00079" w14:textId="77777777" w:rsidR="006A5E6D" w:rsidRDefault="006A5E6D"/>
        </w:tc>
      </w:tr>
      <w:tr w:rsidR="006A5E6D" w14:paraId="7C4E0AA8" w14:textId="77777777">
        <w:trPr>
          <w:jc w:val="center"/>
        </w:trPr>
        <w:tc>
          <w:tcPr>
            <w:tcW w:w="10772" w:type="dxa"/>
            <w:gridSpan w:val="4"/>
            <w:shd w:val="clear" w:color="auto" w:fill="D9E1F2"/>
          </w:tcPr>
          <w:p w14:paraId="35D9B6FE" w14:textId="77777777" w:rsidR="006A5E6D" w:rsidRDefault="00432FDD">
            <w:r>
              <w:rPr>
                <w:b/>
              </w:rPr>
              <w:t xml:space="preserve">1) </w:t>
            </w:r>
            <w:r>
              <w:rPr>
                <w:b/>
              </w:rPr>
              <w:t>Identité du client / Customer identity</w:t>
            </w:r>
          </w:p>
        </w:tc>
      </w:tr>
      <w:tr w:rsidR="006A5E6D" w14:paraId="3DD9A6AC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58FBCDCF" w14:textId="77777777" w:rsidR="006A5E6D" w:rsidRDefault="00432FDD">
            <w:r>
              <w:rPr>
                <w:b/>
              </w:rPr>
              <w:t>Raison sociale / Company name</w:t>
            </w:r>
          </w:p>
        </w:tc>
        <w:tc>
          <w:tcPr>
            <w:tcW w:w="2693" w:type="dxa"/>
            <w:vAlign w:val="center"/>
          </w:tcPr>
          <w:p w14:paraId="4F1364ED" w14:textId="77777777" w:rsidR="006A5E6D" w:rsidRDefault="00432FDD">
            <w:r>
              <w:t>[………………………………]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3613B310" w14:textId="77777777" w:rsidR="006A5E6D" w:rsidRDefault="00432FDD">
            <w:r>
              <w:rPr>
                <w:b/>
              </w:rPr>
              <w:t>Forme juridique / Legal form</w:t>
            </w:r>
          </w:p>
        </w:tc>
        <w:tc>
          <w:tcPr>
            <w:tcW w:w="2693" w:type="dxa"/>
            <w:vAlign w:val="center"/>
          </w:tcPr>
          <w:p w14:paraId="2CC933EC" w14:textId="77777777" w:rsidR="006A5E6D" w:rsidRDefault="00432FDD">
            <w:r>
              <w:t>[SARL / SA / SAS / Sole trader]</w:t>
            </w:r>
          </w:p>
        </w:tc>
      </w:tr>
      <w:tr w:rsidR="006A5E6D" w14:paraId="2B61F7F1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61DBE854" w14:textId="77777777" w:rsidR="006A5E6D" w:rsidRDefault="00432FDD">
            <w:r>
              <w:rPr>
                <w:b/>
              </w:rPr>
              <w:t>Secteur (NACE/APE) / Industry</w:t>
            </w:r>
          </w:p>
        </w:tc>
        <w:tc>
          <w:tcPr>
            <w:tcW w:w="2693" w:type="dxa"/>
            <w:vAlign w:val="center"/>
          </w:tcPr>
          <w:p w14:paraId="4C6CC22B" w14:textId="77777777" w:rsidR="006A5E6D" w:rsidRDefault="00432FDD">
            <w:r>
              <w:t>[………………………………]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0361DBCB" w14:textId="77777777" w:rsidR="006A5E6D" w:rsidRDefault="00432FDD">
            <w:r>
              <w:rPr>
                <w:b/>
              </w:rPr>
              <w:t>Identifiant fiscal / Tax ID</w:t>
            </w:r>
          </w:p>
        </w:tc>
        <w:tc>
          <w:tcPr>
            <w:tcW w:w="2693" w:type="dxa"/>
            <w:vAlign w:val="center"/>
          </w:tcPr>
          <w:p w14:paraId="5C39AB00" w14:textId="77777777" w:rsidR="006A5E6D" w:rsidRDefault="00432FDD">
            <w:r>
              <w:t>[TVA/ICE/SIRET]</w:t>
            </w:r>
          </w:p>
        </w:tc>
      </w:tr>
      <w:tr w:rsidR="006A5E6D" w14:paraId="4E24152B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6871A354" w14:textId="77777777" w:rsidR="006A5E6D" w:rsidRDefault="00432FDD">
            <w:r>
              <w:rPr>
                <w:b/>
              </w:rPr>
              <w:t xml:space="preserve">Date de </w:t>
            </w:r>
            <w:r>
              <w:rPr>
                <w:b/>
              </w:rPr>
              <w:t>création / Incorporation date</w:t>
            </w:r>
          </w:p>
        </w:tc>
        <w:tc>
          <w:tcPr>
            <w:tcW w:w="2693" w:type="dxa"/>
            <w:vAlign w:val="center"/>
          </w:tcPr>
          <w:p w14:paraId="6A93B1FE" w14:textId="77777777" w:rsidR="006A5E6D" w:rsidRDefault="00432FDD">
            <w:r>
              <w:t>[JJ/MM/AAAA]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3F204D5E" w14:textId="77777777" w:rsidR="006A5E6D" w:rsidRDefault="00432FDD">
            <w:r>
              <w:rPr>
                <w:b/>
              </w:rPr>
              <w:t>Effectif / Headcount</w:t>
            </w:r>
          </w:p>
        </w:tc>
        <w:tc>
          <w:tcPr>
            <w:tcW w:w="2693" w:type="dxa"/>
            <w:vAlign w:val="center"/>
          </w:tcPr>
          <w:p w14:paraId="5544DECC" w14:textId="77777777" w:rsidR="006A5E6D" w:rsidRDefault="00432FDD">
            <w:r>
              <w:t>[0–9 / 10–49 / 50–249 / 250+]</w:t>
            </w:r>
          </w:p>
        </w:tc>
      </w:tr>
      <w:tr w:rsidR="006A5E6D" w14:paraId="414923D1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594D0363" w14:textId="77777777" w:rsidR="006A5E6D" w:rsidRDefault="00432FDD">
            <w:r>
              <w:rPr>
                <w:b/>
              </w:rPr>
              <w:t>Site web / Website</w:t>
            </w:r>
          </w:p>
        </w:tc>
        <w:tc>
          <w:tcPr>
            <w:tcW w:w="2693" w:type="dxa"/>
            <w:vAlign w:val="center"/>
          </w:tcPr>
          <w:p w14:paraId="7A87D4F6" w14:textId="77777777" w:rsidR="006A5E6D" w:rsidRDefault="00432FDD">
            <w:r>
              <w:t>[………………………………]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4801E611" w14:textId="77777777" w:rsidR="006A5E6D" w:rsidRDefault="00432FDD">
            <w:r>
              <w:rPr>
                <w:b/>
              </w:rPr>
              <w:t>Langue de communication / Preferred language</w:t>
            </w:r>
          </w:p>
        </w:tc>
        <w:tc>
          <w:tcPr>
            <w:tcW w:w="2693" w:type="dxa"/>
            <w:vAlign w:val="center"/>
          </w:tcPr>
          <w:p w14:paraId="0BE3E808" w14:textId="77777777" w:rsidR="006A5E6D" w:rsidRDefault="00432FDD">
            <w:r>
              <w:t>[FR / EN / AR]</w:t>
            </w:r>
          </w:p>
        </w:tc>
      </w:tr>
    </w:tbl>
    <w:p w14:paraId="2DEFE983" w14:textId="77777777" w:rsidR="006A5E6D" w:rsidRDefault="006A5E6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688"/>
        <w:gridCol w:w="2692"/>
        <w:gridCol w:w="2690"/>
        <w:gridCol w:w="2692"/>
      </w:tblGrid>
      <w:tr w:rsidR="006A5E6D" w14:paraId="68245A09" w14:textId="77777777">
        <w:trPr>
          <w:jc w:val="center"/>
        </w:trPr>
        <w:tc>
          <w:tcPr>
            <w:tcW w:w="2693" w:type="dxa"/>
          </w:tcPr>
          <w:p w14:paraId="67DDFF3C" w14:textId="77777777" w:rsidR="006A5E6D" w:rsidRDefault="006A5E6D"/>
        </w:tc>
        <w:tc>
          <w:tcPr>
            <w:tcW w:w="2693" w:type="dxa"/>
          </w:tcPr>
          <w:p w14:paraId="4A9586EC" w14:textId="77777777" w:rsidR="006A5E6D" w:rsidRDefault="006A5E6D"/>
        </w:tc>
        <w:tc>
          <w:tcPr>
            <w:tcW w:w="2693" w:type="dxa"/>
          </w:tcPr>
          <w:p w14:paraId="6565FBAD" w14:textId="77777777" w:rsidR="006A5E6D" w:rsidRDefault="006A5E6D"/>
        </w:tc>
        <w:tc>
          <w:tcPr>
            <w:tcW w:w="2693" w:type="dxa"/>
          </w:tcPr>
          <w:p w14:paraId="147503ED" w14:textId="77777777" w:rsidR="006A5E6D" w:rsidRDefault="006A5E6D"/>
        </w:tc>
      </w:tr>
      <w:tr w:rsidR="006A5E6D" w14:paraId="4F1B0E90" w14:textId="77777777">
        <w:trPr>
          <w:jc w:val="center"/>
        </w:trPr>
        <w:tc>
          <w:tcPr>
            <w:tcW w:w="10772" w:type="dxa"/>
            <w:gridSpan w:val="4"/>
            <w:shd w:val="clear" w:color="auto" w:fill="D9E1F2"/>
          </w:tcPr>
          <w:p w14:paraId="559EFB49" w14:textId="77777777" w:rsidR="006A5E6D" w:rsidRDefault="00432FDD">
            <w:r>
              <w:rPr>
                <w:b/>
              </w:rPr>
              <w:t>2) Coordonnées &amp; contacts / Address &amp; contacts</w:t>
            </w:r>
          </w:p>
        </w:tc>
      </w:tr>
      <w:tr w:rsidR="006A5E6D" w14:paraId="4A0855D9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5C0A8B7E" w14:textId="77777777" w:rsidR="006A5E6D" w:rsidRDefault="00432FDD">
            <w:r>
              <w:rPr>
                <w:b/>
              </w:rPr>
              <w:t>Adresse siège / HQ address</w:t>
            </w:r>
          </w:p>
        </w:tc>
        <w:tc>
          <w:tcPr>
            <w:tcW w:w="2693" w:type="dxa"/>
            <w:vAlign w:val="center"/>
          </w:tcPr>
          <w:p w14:paraId="1B96512B" w14:textId="77777777" w:rsidR="006A5E6D" w:rsidRDefault="00432FDD">
            <w:r>
              <w:t>[Adresse complète]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70B4A3C7" w14:textId="77777777" w:rsidR="006A5E6D" w:rsidRDefault="00432FDD">
            <w:r>
              <w:rPr>
                <w:b/>
              </w:rPr>
              <w:t>Ville-CP-Pays / City-ZIP-Country</w:t>
            </w:r>
          </w:p>
        </w:tc>
        <w:tc>
          <w:tcPr>
            <w:tcW w:w="2693" w:type="dxa"/>
            <w:vAlign w:val="center"/>
          </w:tcPr>
          <w:p w14:paraId="5CFBFC3B" w14:textId="77777777" w:rsidR="006A5E6D" w:rsidRDefault="00432FDD">
            <w:r>
              <w:t>[………………………………]</w:t>
            </w:r>
          </w:p>
        </w:tc>
      </w:tr>
      <w:tr w:rsidR="006A5E6D" w14:paraId="2295D020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3CD24DAF" w14:textId="77777777" w:rsidR="006A5E6D" w:rsidRDefault="00432FDD">
            <w:r>
              <w:rPr>
                <w:b/>
              </w:rPr>
              <w:t>Tél. général / Main phone</w:t>
            </w:r>
          </w:p>
        </w:tc>
        <w:tc>
          <w:tcPr>
            <w:tcW w:w="2693" w:type="dxa"/>
            <w:vAlign w:val="center"/>
          </w:tcPr>
          <w:p w14:paraId="6AFB02F8" w14:textId="77777777" w:rsidR="006A5E6D" w:rsidRDefault="00432FDD">
            <w:r>
              <w:t>[+212 … / +33 …]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3AADE07A" w14:textId="77777777" w:rsidR="006A5E6D" w:rsidRDefault="00432FDD">
            <w:r>
              <w:rPr>
                <w:b/>
              </w:rPr>
              <w:t>Email générique / Generic email</w:t>
            </w:r>
          </w:p>
        </w:tc>
        <w:tc>
          <w:tcPr>
            <w:tcW w:w="2693" w:type="dxa"/>
            <w:vAlign w:val="center"/>
          </w:tcPr>
          <w:p w14:paraId="3B896FE1" w14:textId="77777777" w:rsidR="006A5E6D" w:rsidRDefault="00432FDD">
            <w:r>
              <w:t>[contact@…]</w:t>
            </w:r>
          </w:p>
        </w:tc>
      </w:tr>
      <w:tr w:rsidR="006A5E6D" w14:paraId="318AC882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685E16BE" w14:textId="77777777" w:rsidR="006A5E6D" w:rsidRDefault="00432FDD">
            <w:r>
              <w:rPr>
                <w:b/>
              </w:rPr>
              <w:t>Décideur / Decision-maker</w:t>
            </w:r>
          </w:p>
        </w:tc>
        <w:tc>
          <w:tcPr>
            <w:tcW w:w="2693" w:type="dxa"/>
            <w:vAlign w:val="center"/>
          </w:tcPr>
          <w:p w14:paraId="7C9B5CEC" w14:textId="77777777" w:rsidR="006A5E6D" w:rsidRDefault="00432FDD">
            <w:r>
              <w:t>[Nom, fonction / Name, role]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6F48CB22" w14:textId="77777777" w:rsidR="006A5E6D" w:rsidRDefault="00432FDD">
            <w:r>
              <w:rPr>
                <w:b/>
              </w:rPr>
              <w:t>Email décideur / D</w:t>
            </w:r>
            <w:r>
              <w:rPr>
                <w:b/>
              </w:rPr>
              <w:t>ecision-maker email</w:t>
            </w:r>
          </w:p>
        </w:tc>
        <w:tc>
          <w:tcPr>
            <w:tcW w:w="2693" w:type="dxa"/>
            <w:vAlign w:val="center"/>
          </w:tcPr>
          <w:p w14:paraId="56A5CBDD" w14:textId="77777777" w:rsidR="006A5E6D" w:rsidRDefault="00432FDD">
            <w:r>
              <w:t>[………………………………]</w:t>
            </w:r>
          </w:p>
        </w:tc>
      </w:tr>
      <w:tr w:rsidR="006A5E6D" w14:paraId="4DAF9FEC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343AFA4B" w14:textId="77777777" w:rsidR="006A5E6D" w:rsidRDefault="00432FDD">
            <w:r>
              <w:rPr>
                <w:b/>
              </w:rPr>
              <w:t>Mobile décideur / Decision-maker mobile</w:t>
            </w:r>
          </w:p>
        </w:tc>
        <w:tc>
          <w:tcPr>
            <w:tcW w:w="2693" w:type="dxa"/>
            <w:vAlign w:val="center"/>
          </w:tcPr>
          <w:p w14:paraId="55A0EBA2" w14:textId="77777777" w:rsidR="006A5E6D" w:rsidRDefault="00432FDD">
            <w:r>
              <w:t>[………………………………]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197C7E45" w14:textId="77777777" w:rsidR="006A5E6D" w:rsidRDefault="00432FDD">
            <w:r>
              <w:rPr>
                <w:b/>
              </w:rPr>
              <w:t>Contact opérationnel / Ops contact</w:t>
            </w:r>
          </w:p>
        </w:tc>
        <w:tc>
          <w:tcPr>
            <w:tcW w:w="2693" w:type="dxa"/>
            <w:vAlign w:val="center"/>
          </w:tcPr>
          <w:p w14:paraId="5804DD6E" w14:textId="77777777" w:rsidR="006A5E6D" w:rsidRDefault="00432FDD">
            <w:r>
              <w:t>[Nom, fonction, email, mobile]</w:t>
            </w:r>
          </w:p>
        </w:tc>
      </w:tr>
    </w:tbl>
    <w:p w14:paraId="65970E34" w14:textId="77777777" w:rsidR="006A5E6D" w:rsidRDefault="006A5E6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690"/>
        <w:gridCol w:w="2690"/>
        <w:gridCol w:w="2691"/>
        <w:gridCol w:w="2691"/>
      </w:tblGrid>
      <w:tr w:rsidR="006A5E6D" w14:paraId="73FEC678" w14:textId="77777777">
        <w:trPr>
          <w:jc w:val="center"/>
        </w:trPr>
        <w:tc>
          <w:tcPr>
            <w:tcW w:w="2693" w:type="dxa"/>
          </w:tcPr>
          <w:p w14:paraId="6F08C930" w14:textId="77777777" w:rsidR="006A5E6D" w:rsidRDefault="006A5E6D"/>
        </w:tc>
        <w:tc>
          <w:tcPr>
            <w:tcW w:w="2693" w:type="dxa"/>
          </w:tcPr>
          <w:p w14:paraId="3F1B30A5" w14:textId="77777777" w:rsidR="006A5E6D" w:rsidRDefault="006A5E6D"/>
        </w:tc>
        <w:tc>
          <w:tcPr>
            <w:tcW w:w="2693" w:type="dxa"/>
          </w:tcPr>
          <w:p w14:paraId="11260DAD" w14:textId="77777777" w:rsidR="006A5E6D" w:rsidRDefault="006A5E6D"/>
        </w:tc>
        <w:tc>
          <w:tcPr>
            <w:tcW w:w="2693" w:type="dxa"/>
          </w:tcPr>
          <w:p w14:paraId="7BE75041" w14:textId="77777777" w:rsidR="006A5E6D" w:rsidRDefault="006A5E6D"/>
        </w:tc>
      </w:tr>
      <w:tr w:rsidR="006A5E6D" w14:paraId="73D4C9A1" w14:textId="77777777">
        <w:trPr>
          <w:jc w:val="center"/>
        </w:trPr>
        <w:tc>
          <w:tcPr>
            <w:tcW w:w="10772" w:type="dxa"/>
            <w:gridSpan w:val="4"/>
            <w:shd w:val="clear" w:color="auto" w:fill="D9E1F2"/>
          </w:tcPr>
          <w:p w14:paraId="1010E95A" w14:textId="77777777" w:rsidR="006A5E6D" w:rsidRDefault="00432FDD">
            <w:r>
              <w:rPr>
                <w:b/>
              </w:rPr>
              <w:t>3) Conditions commerciales essentielles / Commercial terms</w:t>
            </w:r>
          </w:p>
        </w:tc>
      </w:tr>
      <w:tr w:rsidR="006A5E6D" w14:paraId="685B1EE3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45481E93" w14:textId="77777777" w:rsidR="006A5E6D" w:rsidRDefault="00432FDD">
            <w:r>
              <w:rPr>
                <w:b/>
              </w:rPr>
              <w:t xml:space="preserve">Mode de paiement / </w:t>
            </w:r>
            <w:r>
              <w:rPr>
                <w:b/>
              </w:rPr>
              <w:t>Payment method</w:t>
            </w:r>
          </w:p>
        </w:tc>
        <w:tc>
          <w:tcPr>
            <w:tcW w:w="2693" w:type="dxa"/>
            <w:vAlign w:val="center"/>
          </w:tcPr>
          <w:p w14:paraId="7AC9B541" w14:textId="77777777" w:rsidR="006A5E6D" w:rsidRDefault="00432FDD">
            <w:r>
              <w:t>[Virement / Transfer | Card | Other]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273B863C" w14:textId="77777777" w:rsidR="006A5E6D" w:rsidRDefault="00432FDD">
            <w:r>
              <w:rPr>
                <w:b/>
              </w:rPr>
              <w:t>Délai de paiement / Payment terms</w:t>
            </w:r>
          </w:p>
        </w:tc>
        <w:tc>
          <w:tcPr>
            <w:tcW w:w="2693" w:type="dxa"/>
            <w:vAlign w:val="center"/>
          </w:tcPr>
          <w:p w14:paraId="31997CF2" w14:textId="77777777" w:rsidR="006A5E6D" w:rsidRDefault="00432FDD">
            <w:r>
              <w:t>[30 | 45 | 60 jours / days]</w:t>
            </w:r>
          </w:p>
        </w:tc>
      </w:tr>
      <w:tr w:rsidR="006A5E6D" w14:paraId="4CAD733F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0ABCD58A" w14:textId="77777777" w:rsidR="006A5E6D" w:rsidRDefault="00432FDD">
            <w:r>
              <w:rPr>
                <w:b/>
              </w:rPr>
              <w:t>Réf. BC requise / PO required</w:t>
            </w:r>
          </w:p>
        </w:tc>
        <w:tc>
          <w:tcPr>
            <w:tcW w:w="2693" w:type="dxa"/>
            <w:vAlign w:val="center"/>
          </w:tcPr>
          <w:p w14:paraId="0958D844" w14:textId="77777777" w:rsidR="006A5E6D" w:rsidRDefault="00432FDD">
            <w:r>
              <w:t>[Oui/Yes | Non/No – N° : …]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306D66F8" w14:textId="77777777" w:rsidR="006A5E6D" w:rsidRDefault="00432FDD">
            <w:r>
              <w:rPr>
                <w:b/>
              </w:rPr>
              <w:t>Incoterms (export)</w:t>
            </w:r>
          </w:p>
        </w:tc>
        <w:tc>
          <w:tcPr>
            <w:tcW w:w="2693" w:type="dxa"/>
            <w:vAlign w:val="center"/>
          </w:tcPr>
          <w:p w14:paraId="70140FC2" w14:textId="77777777" w:rsidR="006A5E6D" w:rsidRDefault="00432FDD">
            <w:r>
              <w:t>[EXW | FOB | CIF | DAP | …]</w:t>
            </w:r>
          </w:p>
        </w:tc>
      </w:tr>
      <w:tr w:rsidR="006A5E6D" w14:paraId="46CD0BA0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352B15C6" w14:textId="77777777" w:rsidR="006A5E6D" w:rsidRDefault="00432FDD">
            <w:r>
              <w:rPr>
                <w:b/>
              </w:rPr>
              <w:t>Devise / Currency</w:t>
            </w:r>
          </w:p>
        </w:tc>
        <w:tc>
          <w:tcPr>
            <w:tcW w:w="2693" w:type="dxa"/>
            <w:vAlign w:val="center"/>
          </w:tcPr>
          <w:p w14:paraId="50EF1742" w14:textId="77777777" w:rsidR="006A5E6D" w:rsidRDefault="00432FDD">
            <w:r>
              <w:t xml:space="preserve">[EUR | MAD | </w:t>
            </w:r>
            <w:r>
              <w:t>USD]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7F5C2001" w14:textId="77777777" w:rsidR="006A5E6D" w:rsidRDefault="00432FDD">
            <w:r>
              <w:rPr>
                <w:b/>
              </w:rPr>
              <w:t>Remises / Discounts</w:t>
            </w:r>
          </w:p>
        </w:tc>
        <w:tc>
          <w:tcPr>
            <w:tcW w:w="2693" w:type="dxa"/>
            <w:vAlign w:val="center"/>
          </w:tcPr>
          <w:p w14:paraId="0C44CF30" w14:textId="77777777" w:rsidR="006A5E6D" w:rsidRDefault="00432FDD">
            <w:r>
              <w:t>[Négocié / To be discussed]</w:t>
            </w:r>
          </w:p>
        </w:tc>
      </w:tr>
    </w:tbl>
    <w:p w14:paraId="4343D2E4" w14:textId="77777777" w:rsidR="006A5E6D" w:rsidRDefault="006A5E6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2692"/>
        <w:gridCol w:w="2689"/>
        <w:gridCol w:w="2692"/>
      </w:tblGrid>
      <w:tr w:rsidR="006A5E6D" w14:paraId="448F64C4" w14:textId="77777777">
        <w:trPr>
          <w:jc w:val="center"/>
        </w:trPr>
        <w:tc>
          <w:tcPr>
            <w:tcW w:w="2693" w:type="dxa"/>
          </w:tcPr>
          <w:p w14:paraId="1BFE3F89" w14:textId="77777777" w:rsidR="006A5E6D" w:rsidRDefault="006A5E6D"/>
        </w:tc>
        <w:tc>
          <w:tcPr>
            <w:tcW w:w="2693" w:type="dxa"/>
          </w:tcPr>
          <w:p w14:paraId="03D821EC" w14:textId="77777777" w:rsidR="006A5E6D" w:rsidRDefault="006A5E6D"/>
        </w:tc>
        <w:tc>
          <w:tcPr>
            <w:tcW w:w="2693" w:type="dxa"/>
          </w:tcPr>
          <w:p w14:paraId="159A0239" w14:textId="77777777" w:rsidR="006A5E6D" w:rsidRDefault="006A5E6D"/>
        </w:tc>
        <w:tc>
          <w:tcPr>
            <w:tcW w:w="2693" w:type="dxa"/>
          </w:tcPr>
          <w:p w14:paraId="505413FB" w14:textId="77777777" w:rsidR="006A5E6D" w:rsidRDefault="006A5E6D"/>
        </w:tc>
      </w:tr>
      <w:tr w:rsidR="006A5E6D" w14:paraId="0C0B07BF" w14:textId="77777777">
        <w:trPr>
          <w:jc w:val="center"/>
        </w:trPr>
        <w:tc>
          <w:tcPr>
            <w:tcW w:w="10772" w:type="dxa"/>
            <w:gridSpan w:val="4"/>
            <w:shd w:val="clear" w:color="auto" w:fill="D9E1F2"/>
          </w:tcPr>
          <w:p w14:paraId="4C199236" w14:textId="77777777" w:rsidR="006A5E6D" w:rsidRDefault="00432FDD">
            <w:r>
              <w:rPr>
                <w:b/>
              </w:rPr>
              <w:t>4) Facturation / Billing</w:t>
            </w:r>
          </w:p>
        </w:tc>
      </w:tr>
      <w:tr w:rsidR="006A5E6D" w14:paraId="143988FB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1E34F3F8" w14:textId="77777777" w:rsidR="006A5E6D" w:rsidRDefault="00432FDD">
            <w:r>
              <w:rPr>
                <w:b/>
              </w:rPr>
              <w:t>Adresse de facturation / Billing address</w:t>
            </w:r>
          </w:p>
        </w:tc>
        <w:tc>
          <w:tcPr>
            <w:tcW w:w="2693" w:type="dxa"/>
            <w:vAlign w:val="center"/>
          </w:tcPr>
          <w:p w14:paraId="708032CE" w14:textId="77777777" w:rsidR="006A5E6D" w:rsidRDefault="00432FDD">
            <w:r>
              <w:t>[………………………………]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0129EE25" w14:textId="77777777" w:rsidR="006A5E6D" w:rsidRDefault="00432FDD">
            <w:r>
              <w:rPr>
                <w:b/>
              </w:rPr>
              <w:t>N° TVA/ICE / VAT/Tax</w:t>
            </w:r>
          </w:p>
        </w:tc>
        <w:tc>
          <w:tcPr>
            <w:tcW w:w="2693" w:type="dxa"/>
            <w:vAlign w:val="center"/>
          </w:tcPr>
          <w:p w14:paraId="40A1A4BC" w14:textId="77777777" w:rsidR="006A5E6D" w:rsidRDefault="00432FDD">
            <w:r>
              <w:t>[………………………………]</w:t>
            </w:r>
          </w:p>
        </w:tc>
      </w:tr>
      <w:tr w:rsidR="006A5E6D" w14:paraId="2B98A32E" w14:textId="77777777">
        <w:trPr>
          <w:jc w:val="center"/>
        </w:trPr>
        <w:tc>
          <w:tcPr>
            <w:tcW w:w="2693" w:type="dxa"/>
            <w:shd w:val="clear" w:color="auto" w:fill="EEF3FA"/>
            <w:vAlign w:val="center"/>
          </w:tcPr>
          <w:p w14:paraId="7E48CB76" w14:textId="77777777" w:rsidR="006A5E6D" w:rsidRDefault="00432FDD">
            <w:r>
              <w:rPr>
                <w:b/>
              </w:rPr>
              <w:t>Contact comptabilité / Finance contact</w:t>
            </w:r>
          </w:p>
        </w:tc>
        <w:tc>
          <w:tcPr>
            <w:tcW w:w="2693" w:type="dxa"/>
            <w:vAlign w:val="center"/>
          </w:tcPr>
          <w:p w14:paraId="49B27C9B" w14:textId="77777777" w:rsidR="006A5E6D" w:rsidRDefault="00432FDD">
            <w:r>
              <w:t>[Nom, email, téléphone]</w:t>
            </w:r>
          </w:p>
        </w:tc>
        <w:tc>
          <w:tcPr>
            <w:tcW w:w="2693" w:type="dxa"/>
            <w:shd w:val="clear" w:color="auto" w:fill="EEF3FA"/>
            <w:vAlign w:val="center"/>
          </w:tcPr>
          <w:p w14:paraId="5F632132" w14:textId="77777777" w:rsidR="006A5E6D" w:rsidRDefault="00432FDD">
            <w:r>
              <w:rPr>
                <w:b/>
              </w:rPr>
              <w:t xml:space="preserve">Email </w:t>
            </w:r>
            <w:r>
              <w:rPr>
                <w:b/>
              </w:rPr>
              <w:t>facturation / Billing email</w:t>
            </w:r>
          </w:p>
        </w:tc>
        <w:tc>
          <w:tcPr>
            <w:tcW w:w="2693" w:type="dxa"/>
            <w:vAlign w:val="center"/>
          </w:tcPr>
          <w:p w14:paraId="78FD61AA" w14:textId="77777777" w:rsidR="006A5E6D" w:rsidRDefault="00432FDD">
            <w:r>
              <w:t>[billing@…]</w:t>
            </w:r>
          </w:p>
        </w:tc>
      </w:tr>
    </w:tbl>
    <w:p w14:paraId="19B8EF42" w14:textId="77777777" w:rsidR="006A5E6D" w:rsidRDefault="006A5E6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6A5E6D" w14:paraId="5B6EB2C4" w14:textId="77777777">
        <w:tc>
          <w:tcPr>
            <w:tcW w:w="10772" w:type="dxa"/>
          </w:tcPr>
          <w:p w14:paraId="66BF7EC1" w14:textId="77777777" w:rsidR="006A5E6D" w:rsidRDefault="006A5E6D"/>
        </w:tc>
      </w:tr>
      <w:tr w:rsidR="006A5E6D" w14:paraId="0E79D6D2" w14:textId="77777777">
        <w:tc>
          <w:tcPr>
            <w:tcW w:w="10772" w:type="dxa"/>
            <w:shd w:val="clear" w:color="auto" w:fill="D9E1F2"/>
          </w:tcPr>
          <w:p w14:paraId="40CCDE52" w14:textId="77777777" w:rsidR="006A5E6D" w:rsidRDefault="00432FDD">
            <w:r>
              <w:rPr>
                <w:b/>
              </w:rPr>
              <w:t>5) Besoin &amp; historique / Need &amp; history</w:t>
            </w:r>
          </w:p>
        </w:tc>
      </w:tr>
      <w:tr w:rsidR="006A5E6D" w14:paraId="01D7860B" w14:textId="77777777">
        <w:trPr>
          <w:trHeight w:val="510"/>
        </w:trPr>
        <w:tc>
          <w:tcPr>
            <w:tcW w:w="10772" w:type="dxa"/>
          </w:tcPr>
          <w:p w14:paraId="7332E065" w14:textId="77777777" w:rsidR="006A5E6D" w:rsidRDefault="006A5E6D"/>
        </w:tc>
      </w:tr>
      <w:tr w:rsidR="006A5E6D" w14:paraId="1D18A2F5" w14:textId="77777777">
        <w:trPr>
          <w:trHeight w:val="510"/>
        </w:trPr>
        <w:tc>
          <w:tcPr>
            <w:tcW w:w="10772" w:type="dxa"/>
          </w:tcPr>
          <w:p w14:paraId="443E1782" w14:textId="77777777" w:rsidR="006A5E6D" w:rsidRDefault="006A5E6D"/>
        </w:tc>
      </w:tr>
      <w:tr w:rsidR="006A5E6D" w14:paraId="3B326CA7" w14:textId="77777777">
        <w:trPr>
          <w:trHeight w:val="510"/>
        </w:trPr>
        <w:tc>
          <w:tcPr>
            <w:tcW w:w="10772" w:type="dxa"/>
          </w:tcPr>
          <w:p w14:paraId="55305B7B" w14:textId="77777777" w:rsidR="006A5E6D" w:rsidRDefault="006A5E6D"/>
        </w:tc>
      </w:tr>
      <w:tr w:rsidR="006A5E6D" w14:paraId="5F83D840" w14:textId="77777777">
        <w:trPr>
          <w:trHeight w:val="510"/>
        </w:trPr>
        <w:tc>
          <w:tcPr>
            <w:tcW w:w="10772" w:type="dxa"/>
          </w:tcPr>
          <w:p w14:paraId="187F1CE2" w14:textId="77777777" w:rsidR="006A5E6D" w:rsidRDefault="006A5E6D"/>
        </w:tc>
      </w:tr>
      <w:tr w:rsidR="006A5E6D" w14:paraId="4691EB27" w14:textId="77777777">
        <w:trPr>
          <w:trHeight w:val="510"/>
        </w:trPr>
        <w:tc>
          <w:tcPr>
            <w:tcW w:w="10772" w:type="dxa"/>
          </w:tcPr>
          <w:p w14:paraId="600BFA65" w14:textId="77777777" w:rsidR="006A5E6D" w:rsidRDefault="006A5E6D"/>
        </w:tc>
      </w:tr>
      <w:tr w:rsidR="006A5E6D" w14:paraId="30541FE4" w14:textId="77777777">
        <w:trPr>
          <w:trHeight w:val="510"/>
        </w:trPr>
        <w:tc>
          <w:tcPr>
            <w:tcW w:w="10772" w:type="dxa"/>
          </w:tcPr>
          <w:p w14:paraId="66F717AC" w14:textId="77777777" w:rsidR="006A5E6D" w:rsidRDefault="006A5E6D"/>
        </w:tc>
      </w:tr>
    </w:tbl>
    <w:p w14:paraId="265831B7" w14:textId="77777777" w:rsidR="006A5E6D" w:rsidRDefault="006A5E6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53"/>
        <w:gridCol w:w="2153"/>
        <w:gridCol w:w="2152"/>
        <w:gridCol w:w="2152"/>
        <w:gridCol w:w="2152"/>
      </w:tblGrid>
      <w:tr w:rsidR="006A5E6D" w14:paraId="45C40AB0" w14:textId="77777777">
        <w:tc>
          <w:tcPr>
            <w:tcW w:w="2154" w:type="dxa"/>
          </w:tcPr>
          <w:p w14:paraId="207802B0" w14:textId="77777777" w:rsidR="006A5E6D" w:rsidRDefault="006A5E6D"/>
        </w:tc>
        <w:tc>
          <w:tcPr>
            <w:tcW w:w="2154" w:type="dxa"/>
          </w:tcPr>
          <w:p w14:paraId="370BDF2C" w14:textId="77777777" w:rsidR="006A5E6D" w:rsidRDefault="006A5E6D"/>
        </w:tc>
        <w:tc>
          <w:tcPr>
            <w:tcW w:w="2154" w:type="dxa"/>
          </w:tcPr>
          <w:p w14:paraId="5D7D6E87" w14:textId="77777777" w:rsidR="006A5E6D" w:rsidRDefault="006A5E6D"/>
        </w:tc>
        <w:tc>
          <w:tcPr>
            <w:tcW w:w="2154" w:type="dxa"/>
          </w:tcPr>
          <w:p w14:paraId="30061F30" w14:textId="77777777" w:rsidR="006A5E6D" w:rsidRDefault="006A5E6D"/>
        </w:tc>
        <w:tc>
          <w:tcPr>
            <w:tcW w:w="2154" w:type="dxa"/>
          </w:tcPr>
          <w:p w14:paraId="75E74EB9" w14:textId="77777777" w:rsidR="006A5E6D" w:rsidRDefault="006A5E6D"/>
        </w:tc>
      </w:tr>
      <w:tr w:rsidR="006A5E6D" w14:paraId="45281C34" w14:textId="77777777">
        <w:tc>
          <w:tcPr>
            <w:tcW w:w="10770" w:type="dxa"/>
            <w:gridSpan w:val="5"/>
            <w:shd w:val="clear" w:color="auto" w:fill="D9E1F2"/>
          </w:tcPr>
          <w:p w14:paraId="0CDAE8F8" w14:textId="77777777" w:rsidR="006A5E6D" w:rsidRDefault="00432FDD">
            <w:r>
              <w:rPr>
                <w:b/>
              </w:rPr>
              <w:t>6) Produits/Services d'intérêt / Products &amp; services of interest</w:t>
            </w:r>
          </w:p>
        </w:tc>
      </w:tr>
      <w:tr w:rsidR="006A5E6D" w14:paraId="4EFD8032" w14:textId="77777777">
        <w:tc>
          <w:tcPr>
            <w:tcW w:w="2154" w:type="dxa"/>
            <w:shd w:val="clear" w:color="auto" w:fill="EEF3FA"/>
          </w:tcPr>
          <w:p w14:paraId="2ECED3E1" w14:textId="77777777" w:rsidR="006A5E6D" w:rsidRDefault="00432FDD">
            <w:r>
              <w:rPr>
                <w:b/>
              </w:rPr>
              <w:t>Catégorie / Category</w:t>
            </w:r>
          </w:p>
        </w:tc>
        <w:tc>
          <w:tcPr>
            <w:tcW w:w="2154" w:type="dxa"/>
            <w:shd w:val="clear" w:color="auto" w:fill="EEF3FA"/>
          </w:tcPr>
          <w:p w14:paraId="4FA3222C" w14:textId="77777777" w:rsidR="006A5E6D" w:rsidRDefault="00432FDD">
            <w:r>
              <w:rPr>
                <w:b/>
              </w:rPr>
              <w:t>Référence / SKU</w:t>
            </w:r>
          </w:p>
        </w:tc>
        <w:tc>
          <w:tcPr>
            <w:tcW w:w="2154" w:type="dxa"/>
            <w:shd w:val="clear" w:color="auto" w:fill="EEF3FA"/>
          </w:tcPr>
          <w:p w14:paraId="4062DE1B" w14:textId="77777777" w:rsidR="006A5E6D" w:rsidRDefault="00432FDD">
            <w:r>
              <w:rPr>
                <w:b/>
              </w:rPr>
              <w:t>Qté estimée / Est. Qty</w:t>
            </w:r>
          </w:p>
        </w:tc>
        <w:tc>
          <w:tcPr>
            <w:tcW w:w="2154" w:type="dxa"/>
            <w:shd w:val="clear" w:color="auto" w:fill="EEF3FA"/>
          </w:tcPr>
          <w:p w14:paraId="2BEF8FC5" w14:textId="77777777" w:rsidR="006A5E6D" w:rsidRDefault="00432FDD">
            <w:r>
              <w:rPr>
                <w:b/>
              </w:rPr>
              <w:t>Budget (€)</w:t>
            </w:r>
          </w:p>
        </w:tc>
        <w:tc>
          <w:tcPr>
            <w:tcW w:w="2154" w:type="dxa"/>
            <w:shd w:val="clear" w:color="auto" w:fill="EEF3FA"/>
          </w:tcPr>
          <w:p w14:paraId="206B49DE" w14:textId="77777777" w:rsidR="006A5E6D" w:rsidRDefault="00432FDD">
            <w:r>
              <w:rPr>
                <w:b/>
              </w:rPr>
              <w:t>Échéance / Deadline</w:t>
            </w:r>
          </w:p>
        </w:tc>
      </w:tr>
      <w:tr w:rsidR="006A5E6D" w14:paraId="16C9A71D" w14:textId="77777777">
        <w:tc>
          <w:tcPr>
            <w:tcW w:w="2154" w:type="dxa"/>
          </w:tcPr>
          <w:p w14:paraId="6E2BE0FE" w14:textId="77777777" w:rsidR="006A5E6D" w:rsidRDefault="006A5E6D"/>
        </w:tc>
        <w:tc>
          <w:tcPr>
            <w:tcW w:w="2154" w:type="dxa"/>
          </w:tcPr>
          <w:p w14:paraId="24636085" w14:textId="77777777" w:rsidR="006A5E6D" w:rsidRDefault="006A5E6D"/>
        </w:tc>
        <w:tc>
          <w:tcPr>
            <w:tcW w:w="2154" w:type="dxa"/>
          </w:tcPr>
          <w:p w14:paraId="137A85B1" w14:textId="77777777" w:rsidR="006A5E6D" w:rsidRDefault="006A5E6D"/>
        </w:tc>
        <w:tc>
          <w:tcPr>
            <w:tcW w:w="2154" w:type="dxa"/>
          </w:tcPr>
          <w:p w14:paraId="5E6793B1" w14:textId="77777777" w:rsidR="006A5E6D" w:rsidRDefault="006A5E6D"/>
        </w:tc>
        <w:tc>
          <w:tcPr>
            <w:tcW w:w="2154" w:type="dxa"/>
          </w:tcPr>
          <w:p w14:paraId="4699D693" w14:textId="77777777" w:rsidR="006A5E6D" w:rsidRDefault="006A5E6D"/>
        </w:tc>
      </w:tr>
      <w:tr w:rsidR="006A5E6D" w14:paraId="559EC584" w14:textId="77777777">
        <w:tc>
          <w:tcPr>
            <w:tcW w:w="2154" w:type="dxa"/>
          </w:tcPr>
          <w:p w14:paraId="511CB19E" w14:textId="77777777" w:rsidR="006A5E6D" w:rsidRDefault="006A5E6D"/>
        </w:tc>
        <w:tc>
          <w:tcPr>
            <w:tcW w:w="2154" w:type="dxa"/>
          </w:tcPr>
          <w:p w14:paraId="54D6C912" w14:textId="77777777" w:rsidR="006A5E6D" w:rsidRDefault="006A5E6D"/>
        </w:tc>
        <w:tc>
          <w:tcPr>
            <w:tcW w:w="2154" w:type="dxa"/>
          </w:tcPr>
          <w:p w14:paraId="4EECAD1A" w14:textId="77777777" w:rsidR="006A5E6D" w:rsidRDefault="006A5E6D"/>
        </w:tc>
        <w:tc>
          <w:tcPr>
            <w:tcW w:w="2154" w:type="dxa"/>
          </w:tcPr>
          <w:p w14:paraId="68B9980F" w14:textId="77777777" w:rsidR="006A5E6D" w:rsidRDefault="006A5E6D"/>
        </w:tc>
        <w:tc>
          <w:tcPr>
            <w:tcW w:w="2154" w:type="dxa"/>
          </w:tcPr>
          <w:p w14:paraId="330B5A95" w14:textId="77777777" w:rsidR="006A5E6D" w:rsidRDefault="006A5E6D"/>
        </w:tc>
      </w:tr>
      <w:tr w:rsidR="006A5E6D" w14:paraId="628B70F0" w14:textId="77777777">
        <w:tc>
          <w:tcPr>
            <w:tcW w:w="2154" w:type="dxa"/>
          </w:tcPr>
          <w:p w14:paraId="470C4C6B" w14:textId="77777777" w:rsidR="006A5E6D" w:rsidRDefault="006A5E6D"/>
        </w:tc>
        <w:tc>
          <w:tcPr>
            <w:tcW w:w="2154" w:type="dxa"/>
          </w:tcPr>
          <w:p w14:paraId="3DDC7B30" w14:textId="77777777" w:rsidR="006A5E6D" w:rsidRDefault="006A5E6D"/>
        </w:tc>
        <w:tc>
          <w:tcPr>
            <w:tcW w:w="2154" w:type="dxa"/>
          </w:tcPr>
          <w:p w14:paraId="4E6EC3DE" w14:textId="77777777" w:rsidR="006A5E6D" w:rsidRDefault="006A5E6D"/>
        </w:tc>
        <w:tc>
          <w:tcPr>
            <w:tcW w:w="2154" w:type="dxa"/>
          </w:tcPr>
          <w:p w14:paraId="0A5CF6EA" w14:textId="77777777" w:rsidR="006A5E6D" w:rsidRDefault="006A5E6D"/>
        </w:tc>
        <w:tc>
          <w:tcPr>
            <w:tcW w:w="2154" w:type="dxa"/>
          </w:tcPr>
          <w:p w14:paraId="2B792BA0" w14:textId="77777777" w:rsidR="006A5E6D" w:rsidRDefault="006A5E6D"/>
        </w:tc>
      </w:tr>
      <w:tr w:rsidR="006A5E6D" w14:paraId="2BFCAE46" w14:textId="77777777">
        <w:tc>
          <w:tcPr>
            <w:tcW w:w="2154" w:type="dxa"/>
          </w:tcPr>
          <w:p w14:paraId="1A78A2E6" w14:textId="77777777" w:rsidR="006A5E6D" w:rsidRDefault="006A5E6D"/>
        </w:tc>
        <w:tc>
          <w:tcPr>
            <w:tcW w:w="2154" w:type="dxa"/>
          </w:tcPr>
          <w:p w14:paraId="210E00C3" w14:textId="77777777" w:rsidR="006A5E6D" w:rsidRDefault="006A5E6D"/>
        </w:tc>
        <w:tc>
          <w:tcPr>
            <w:tcW w:w="2154" w:type="dxa"/>
          </w:tcPr>
          <w:p w14:paraId="313FFCF3" w14:textId="77777777" w:rsidR="006A5E6D" w:rsidRDefault="006A5E6D"/>
        </w:tc>
        <w:tc>
          <w:tcPr>
            <w:tcW w:w="2154" w:type="dxa"/>
          </w:tcPr>
          <w:p w14:paraId="7ED7D462" w14:textId="77777777" w:rsidR="006A5E6D" w:rsidRDefault="006A5E6D"/>
        </w:tc>
        <w:tc>
          <w:tcPr>
            <w:tcW w:w="2154" w:type="dxa"/>
          </w:tcPr>
          <w:p w14:paraId="38FBB933" w14:textId="77777777" w:rsidR="006A5E6D" w:rsidRDefault="006A5E6D"/>
        </w:tc>
      </w:tr>
      <w:tr w:rsidR="006A5E6D" w14:paraId="2F92C1CB" w14:textId="77777777">
        <w:tc>
          <w:tcPr>
            <w:tcW w:w="2154" w:type="dxa"/>
          </w:tcPr>
          <w:p w14:paraId="17B6779E" w14:textId="77777777" w:rsidR="006A5E6D" w:rsidRDefault="006A5E6D"/>
        </w:tc>
        <w:tc>
          <w:tcPr>
            <w:tcW w:w="2154" w:type="dxa"/>
          </w:tcPr>
          <w:p w14:paraId="4E17A71D" w14:textId="77777777" w:rsidR="006A5E6D" w:rsidRDefault="006A5E6D"/>
        </w:tc>
        <w:tc>
          <w:tcPr>
            <w:tcW w:w="2154" w:type="dxa"/>
          </w:tcPr>
          <w:p w14:paraId="7C72DEA5" w14:textId="77777777" w:rsidR="006A5E6D" w:rsidRDefault="006A5E6D"/>
        </w:tc>
        <w:tc>
          <w:tcPr>
            <w:tcW w:w="2154" w:type="dxa"/>
          </w:tcPr>
          <w:p w14:paraId="5DD45B59" w14:textId="77777777" w:rsidR="006A5E6D" w:rsidRDefault="006A5E6D"/>
        </w:tc>
        <w:tc>
          <w:tcPr>
            <w:tcW w:w="2154" w:type="dxa"/>
          </w:tcPr>
          <w:p w14:paraId="36C14577" w14:textId="77777777" w:rsidR="006A5E6D" w:rsidRDefault="006A5E6D"/>
        </w:tc>
      </w:tr>
      <w:tr w:rsidR="006A5E6D" w14:paraId="3D6DAD8E" w14:textId="77777777">
        <w:tc>
          <w:tcPr>
            <w:tcW w:w="2154" w:type="dxa"/>
          </w:tcPr>
          <w:p w14:paraId="2C21613D" w14:textId="77777777" w:rsidR="006A5E6D" w:rsidRDefault="006A5E6D"/>
        </w:tc>
        <w:tc>
          <w:tcPr>
            <w:tcW w:w="2154" w:type="dxa"/>
          </w:tcPr>
          <w:p w14:paraId="179C287F" w14:textId="77777777" w:rsidR="006A5E6D" w:rsidRDefault="006A5E6D"/>
        </w:tc>
        <w:tc>
          <w:tcPr>
            <w:tcW w:w="2154" w:type="dxa"/>
          </w:tcPr>
          <w:p w14:paraId="5CCA409D" w14:textId="77777777" w:rsidR="006A5E6D" w:rsidRDefault="006A5E6D"/>
        </w:tc>
        <w:tc>
          <w:tcPr>
            <w:tcW w:w="2154" w:type="dxa"/>
          </w:tcPr>
          <w:p w14:paraId="561DB4E1" w14:textId="77777777" w:rsidR="006A5E6D" w:rsidRDefault="006A5E6D"/>
        </w:tc>
        <w:tc>
          <w:tcPr>
            <w:tcW w:w="2154" w:type="dxa"/>
          </w:tcPr>
          <w:p w14:paraId="4CB10084" w14:textId="77777777" w:rsidR="006A5E6D" w:rsidRDefault="006A5E6D"/>
        </w:tc>
      </w:tr>
    </w:tbl>
    <w:p w14:paraId="33A8061D" w14:textId="77777777" w:rsidR="006A5E6D" w:rsidRDefault="006A5E6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81"/>
        <w:gridCol w:w="5381"/>
      </w:tblGrid>
      <w:tr w:rsidR="006A5E6D" w14:paraId="1A72275D" w14:textId="77777777">
        <w:tc>
          <w:tcPr>
            <w:tcW w:w="5386" w:type="dxa"/>
          </w:tcPr>
          <w:p w14:paraId="4FFF6518" w14:textId="77777777" w:rsidR="006A5E6D" w:rsidRDefault="006A5E6D"/>
        </w:tc>
        <w:tc>
          <w:tcPr>
            <w:tcW w:w="5386" w:type="dxa"/>
          </w:tcPr>
          <w:p w14:paraId="13D62C67" w14:textId="77777777" w:rsidR="006A5E6D" w:rsidRDefault="006A5E6D"/>
        </w:tc>
      </w:tr>
      <w:tr w:rsidR="006A5E6D" w14:paraId="0D2D9D53" w14:textId="77777777">
        <w:tc>
          <w:tcPr>
            <w:tcW w:w="10772" w:type="dxa"/>
            <w:gridSpan w:val="2"/>
            <w:shd w:val="clear" w:color="auto" w:fill="D9E1F2"/>
          </w:tcPr>
          <w:p w14:paraId="285CDA40" w14:textId="77777777" w:rsidR="006A5E6D" w:rsidRDefault="00432FDD">
            <w:r>
              <w:rPr>
                <w:b/>
              </w:rPr>
              <w:t>7) RGPD &amp; consentements / Privacy &amp; consents</w:t>
            </w:r>
          </w:p>
        </w:tc>
      </w:tr>
      <w:tr w:rsidR="006A5E6D" w14:paraId="417C4370" w14:textId="77777777">
        <w:tc>
          <w:tcPr>
            <w:tcW w:w="5386" w:type="dxa"/>
          </w:tcPr>
          <w:p w14:paraId="29F924FD" w14:textId="77777777" w:rsidR="006A5E6D" w:rsidRDefault="00432FDD">
            <w:r>
              <w:t>Base légale / Legal basis: [Contrat | Consentement | Intérêt légitime | Obligation légale]</w:t>
            </w:r>
          </w:p>
        </w:tc>
        <w:tc>
          <w:tcPr>
            <w:tcW w:w="5386" w:type="dxa"/>
          </w:tcPr>
          <w:p w14:paraId="560CBB5A" w14:textId="77777777" w:rsidR="006A5E6D" w:rsidRDefault="00432FDD">
            <w:r>
              <w:t xml:space="preserve">Finalités / Purposes: [Prospection | Exécution </w:t>
            </w:r>
            <w:r>
              <w:t>contrat | Support | Facturation]</w:t>
            </w:r>
          </w:p>
        </w:tc>
      </w:tr>
      <w:tr w:rsidR="006A5E6D" w14:paraId="137FD99A" w14:textId="77777777">
        <w:tc>
          <w:tcPr>
            <w:tcW w:w="5386" w:type="dxa"/>
          </w:tcPr>
          <w:p w14:paraId="5733EE10" w14:textId="77777777" w:rsidR="006A5E6D" w:rsidRDefault="00432FDD">
            <w:r>
              <w:t>Consentements marketing / Marketing consent: □ Email  □ SMS  □ Téléphone / Phone  □ Aucun / None</w:t>
            </w:r>
          </w:p>
        </w:tc>
        <w:tc>
          <w:tcPr>
            <w:tcW w:w="5386" w:type="dxa"/>
          </w:tcPr>
          <w:p w14:paraId="7E40B580" w14:textId="77777777" w:rsidR="006A5E6D" w:rsidRDefault="00432FDD">
            <w:r>
              <w:t>Préférences contact / Contact preferences: □ Matin/Morning  □ Après‑midi/Afternoon  □ Soir/Evening  |  Jours/Days: [L Ma Me J</w:t>
            </w:r>
            <w:r>
              <w:t xml:space="preserve"> V]</w:t>
            </w:r>
          </w:p>
        </w:tc>
      </w:tr>
    </w:tbl>
    <w:p w14:paraId="2ACBA437" w14:textId="77777777" w:rsidR="006A5E6D" w:rsidRDefault="006A5E6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81"/>
        <w:gridCol w:w="5381"/>
      </w:tblGrid>
      <w:tr w:rsidR="006A5E6D" w14:paraId="12603ECD" w14:textId="77777777">
        <w:tc>
          <w:tcPr>
            <w:tcW w:w="5386" w:type="dxa"/>
          </w:tcPr>
          <w:p w14:paraId="61679F74" w14:textId="77777777" w:rsidR="006A5E6D" w:rsidRDefault="006A5E6D"/>
        </w:tc>
        <w:tc>
          <w:tcPr>
            <w:tcW w:w="5386" w:type="dxa"/>
          </w:tcPr>
          <w:p w14:paraId="5F5D1E4C" w14:textId="77777777" w:rsidR="006A5E6D" w:rsidRDefault="006A5E6D"/>
        </w:tc>
      </w:tr>
      <w:tr w:rsidR="006A5E6D" w14:paraId="29AE4343" w14:textId="77777777">
        <w:tc>
          <w:tcPr>
            <w:tcW w:w="10772" w:type="dxa"/>
            <w:gridSpan w:val="2"/>
            <w:shd w:val="clear" w:color="auto" w:fill="D9E1F2"/>
          </w:tcPr>
          <w:p w14:paraId="1155F540" w14:textId="77777777" w:rsidR="006A5E6D" w:rsidRDefault="00432FDD">
            <w:r>
              <w:rPr>
                <w:b/>
              </w:rPr>
              <w:t>8) Signatures</w:t>
            </w:r>
          </w:p>
        </w:tc>
      </w:tr>
      <w:tr w:rsidR="006A5E6D" w14:paraId="7F5C9F51" w14:textId="77777777">
        <w:tc>
          <w:tcPr>
            <w:tcW w:w="5386" w:type="dxa"/>
          </w:tcPr>
          <w:p w14:paraId="1D571EDC" w14:textId="77777777" w:rsidR="006A5E6D" w:rsidRDefault="00432FDD">
            <w:r>
              <w:t>Cachet &amp; Signature Client / Client stamp &amp; signature</w:t>
            </w:r>
            <w:r>
              <w:br/>
            </w:r>
            <w:r>
              <w:br/>
            </w:r>
            <w:r>
              <w:br/>
            </w:r>
            <w:r>
              <w:br/>
              <w:t>Nom/Name : ______________________</w:t>
            </w:r>
            <w:r>
              <w:br/>
              <w:t>Fonction/Role : __________________</w:t>
            </w:r>
            <w:r>
              <w:br/>
              <w:t>Date : ____/____/______</w:t>
            </w:r>
          </w:p>
        </w:tc>
        <w:tc>
          <w:tcPr>
            <w:tcW w:w="5386" w:type="dxa"/>
          </w:tcPr>
          <w:p w14:paraId="32479645" w14:textId="77777777" w:rsidR="006A5E6D" w:rsidRDefault="00432FDD">
            <w:r>
              <w:t>Visa Société / Company approval</w:t>
            </w:r>
            <w:r>
              <w:br/>
            </w:r>
            <w:r>
              <w:br/>
            </w:r>
            <w:r>
              <w:br/>
            </w:r>
            <w:r>
              <w:br/>
              <w:t>Nom/Name : ______________________</w:t>
            </w:r>
            <w:r>
              <w:br/>
              <w:t xml:space="preserve">Fonction/Role </w:t>
            </w:r>
            <w:r>
              <w:t>: __________________</w:t>
            </w:r>
            <w:r>
              <w:br/>
              <w:t>Date : ____/____/______</w:t>
            </w:r>
          </w:p>
        </w:tc>
      </w:tr>
    </w:tbl>
    <w:p w14:paraId="1F58E6DB" w14:textId="77777777" w:rsidR="00432FDD" w:rsidRDefault="00432FDD"/>
    <w:sectPr w:rsidR="00432FDD" w:rsidSect="00034616">
      <w:headerReference w:type="default" r:id="rId8"/>
      <w:footerReference w:type="default" r:id="rId9"/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0348D" w14:textId="77777777" w:rsidR="00432FDD" w:rsidRDefault="00432FDD">
      <w:pPr>
        <w:spacing w:after="0" w:line="240" w:lineRule="auto"/>
      </w:pPr>
      <w:r>
        <w:separator/>
      </w:r>
    </w:p>
  </w:endnote>
  <w:endnote w:type="continuationSeparator" w:id="0">
    <w:p w14:paraId="0BB18A36" w14:textId="77777777" w:rsidR="00432FDD" w:rsidRDefault="00432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97195" w14:textId="77777777" w:rsidR="006A5E6D" w:rsidRDefault="00432FDD">
    <w:pPr>
      <w:pStyle w:val="Pieddepage"/>
      <w:jc w:val="center"/>
    </w:pPr>
    <w:r>
      <w:t>Confidentiel • RGPD : traitement limité à la finalité déclarée • Version 2.0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1A3E9" w14:textId="77777777" w:rsidR="00432FDD" w:rsidRDefault="00432FDD">
      <w:pPr>
        <w:spacing w:after="0" w:line="240" w:lineRule="auto"/>
      </w:pPr>
      <w:r>
        <w:separator/>
      </w:r>
    </w:p>
  </w:footnote>
  <w:footnote w:type="continuationSeparator" w:id="0">
    <w:p w14:paraId="6FDB9A10" w14:textId="77777777" w:rsidR="00432FDD" w:rsidRDefault="00432F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BA50" w14:textId="77777777" w:rsidR="006A5E6D" w:rsidRDefault="00432FDD">
    <w:pPr>
      <w:pStyle w:val="En-tte"/>
      <w:jc w:val="right"/>
    </w:pPr>
    <w:r>
      <w:t>Fiche Client — Variante PRO (FR/EN)    |    Société : [Votre logo / nom]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32FDD"/>
    <w:rsid w:val="006A5E6D"/>
    <w:rsid w:val="00AA1D8D"/>
    <w:rsid w:val="00B43A49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D42EAA"/>
  <w14:defaultImageDpi w14:val="300"/>
  <w15:docId w15:val="{58B43801-4D39-48E4-AE82-3A8539D84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2025-09-11T22:31:00Z</dcterms:created>
  <dcterms:modified xsi:type="dcterms:W3CDTF">2025-09-11T22:31:00Z</dcterms:modified>
  <cp:category/>
</cp:coreProperties>
</file>