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color w:val="0B3D4F"/>
          <w:sz w:val="40"/>
        </w:rPr>
        <w:t>FICHE PROFIL — CANDIDAT·E (v2)</w:t>
      </w:r>
    </w:p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32"/>
              </w:rPr>
              <w:t>IDENTITÉ &amp; COORDONNÉES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4986"/>
        <w:gridCol w:w="4986"/>
      </w:tblGrid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Nom / Prénom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Email / Téléphone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Adresse / Ville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Date de naissance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Nationalité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Identifiant (CIN/ID)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32"/>
              </w:rPr>
              <w:t>SITUATION PROFESSIONNELLE &amp; DISPONIBILITÉ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4986"/>
        <w:gridCol w:w="4986"/>
      </w:tblGrid>
      <w:tr>
        <w:tc>
          <w:tcPr>
            <w:tcW w:type="dxa" w:w="4986"/>
            <w:shd w:val="clear" w:color="auto" w:fill="F2F2F2"/>
          </w:tcPr>
          <w:p>
            <w:r>
              <w:rPr>
                <w:b/>
              </w:rPr>
              <w:t>Statut (salarié, demandeur d’emploi, autre)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b/>
              </w:rPr>
              <w:t>Entreprise / Fonction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b/>
              </w:rPr>
              <w:t>Disponibilités (jours/horaires)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b/>
              </w:rPr>
              <w:t>Mobilité (rayon km) / Télétravail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b/>
              </w:rPr>
              <w:t>Contraintes (garde, santé, etc.)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b/>
              </w:rPr>
              <w:t>Aménagements souhaités (handicap)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32"/>
              </w:rPr>
              <w:t>COMPÉTENCES &amp; LANGUES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3324"/>
        <w:gridCol w:w="3324"/>
        <w:gridCol w:w="3324"/>
      </w:tblGrid>
      <w:tr>
        <w:tc>
          <w:tcPr>
            <w:tcW w:type="dxa" w:w="3324"/>
            <w:shd w:val="clear" w:color="auto" w:fill="0B3D4F"/>
          </w:tcPr>
          <w:p>
            <w:r>
              <w:rPr>
                <w:b/>
                <w:color w:val="FFFFFF"/>
              </w:rPr>
              <w:t>Domaine / Outil</w:t>
            </w:r>
          </w:p>
        </w:tc>
        <w:tc>
          <w:tcPr>
            <w:tcW w:type="dxa" w:w="3324"/>
            <w:shd w:val="clear" w:color="auto" w:fill="0B3D4F"/>
          </w:tcPr>
          <w:p>
            <w:r>
              <w:rPr>
                <w:b/>
                <w:color w:val="FFFFFF"/>
              </w:rPr>
              <w:t>Niveau (débutant → avancé)</w:t>
            </w:r>
          </w:p>
        </w:tc>
        <w:tc>
          <w:tcPr>
            <w:tcW w:type="dxa" w:w="3324"/>
            <w:shd w:val="clear" w:color="auto" w:fill="0B3D4F"/>
          </w:tcPr>
          <w:p>
            <w:r>
              <w:rPr>
                <w:b/>
                <w:color w:val="FFFFFF"/>
              </w:rPr>
              <w:t>Preuves (lien, doc)</w:t>
            </w:r>
          </w:p>
        </w:tc>
      </w:tr>
      <w:tr>
        <w:tc>
          <w:tcPr>
            <w:tcW w:type="dxa" w:w="3324"/>
          </w:tcPr>
          <w:p/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/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/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/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>
            <w:r>
              <w:t>Suite Office / Google</w:t>
            </w:r>
          </w:p>
        </w:tc>
        <w:tc>
          <w:tcPr>
            <w:tcW w:type="dxa" w:w="3324"/>
          </w:tcPr>
          <w:p>
            <w:r>
              <w:t>…</w:t>
            </w:r>
          </w:p>
        </w:tc>
        <w:tc>
          <w:tcPr>
            <w:tcW w:type="dxa" w:w="3324"/>
          </w:tcPr>
          <w:p>
            <w:r>
              <w:t>…</w:t>
            </w:r>
          </w:p>
        </w:tc>
      </w:tr>
      <w:tr>
        <w:tc>
          <w:tcPr>
            <w:tcW w:type="dxa" w:w="3324"/>
          </w:tcPr>
          <w:p>
            <w:r>
              <w:t>Langue FR</w:t>
            </w:r>
          </w:p>
        </w:tc>
        <w:tc>
          <w:tcPr>
            <w:tcW w:type="dxa" w:w="3324"/>
          </w:tcPr>
          <w:p>
            <w:r>
              <w:t>…</w:t>
            </w:r>
          </w:p>
        </w:tc>
        <w:tc>
          <w:tcPr>
            <w:tcW w:type="dxa" w:w="3324"/>
          </w:tcPr>
          <w:p>
            <w:r>
              <w:t>…</w:t>
            </w:r>
          </w:p>
        </w:tc>
      </w:tr>
      <w:tr>
        <w:tc>
          <w:tcPr>
            <w:tcW w:type="dxa" w:w="3324"/>
          </w:tcPr>
          <w:p>
            <w:r>
              <w:t>Langue EN</w:t>
            </w:r>
          </w:p>
        </w:tc>
        <w:tc>
          <w:tcPr>
            <w:tcW w:type="dxa" w:w="3324"/>
          </w:tcPr>
          <w:p>
            <w:r>
              <w:t>…</w:t>
            </w:r>
          </w:p>
        </w:tc>
        <w:tc>
          <w:tcPr>
            <w:tcW w:type="dxa" w:w="3324"/>
          </w:tcPr>
          <w:p>
            <w:r>
              <w:t>…</w:t>
            </w:r>
          </w:p>
        </w:tc>
      </w:tr>
      <w:tr>
        <w:tc>
          <w:tcPr>
            <w:tcW w:type="dxa" w:w="3324"/>
          </w:tcPr>
          <w:p>
            <w:r>
              <w:t>Compétence technique 1</w:t>
            </w:r>
          </w:p>
        </w:tc>
        <w:tc>
          <w:tcPr>
            <w:tcW w:type="dxa" w:w="3324"/>
          </w:tcPr>
          <w:p>
            <w:r>
              <w:t>…</w:t>
            </w:r>
          </w:p>
        </w:tc>
        <w:tc>
          <w:tcPr>
            <w:tcW w:type="dxa" w:w="3324"/>
          </w:tcPr>
          <w:p>
            <w:r>
              <w:t>…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32"/>
              </w:rPr>
              <w:t>MOTIVATION (À RÉDIGER)</w:t>
            </w:r>
          </w:p>
        </w:tc>
      </w:tr>
    </w:tbl>
    <w:p>
      <w:r>
        <w:t>Expliquez en 10–12 lignes votre motivation, votre projet professionnel et l’usage de la formation au travail.</w:t>
      </w:r>
    </w:p>
    <w:p>
      <w:r>
        <w:t xml:space="preserve">— </w:t>
      </w:r>
    </w:p>
    <w:p>
      <w:r>
        <w:t xml:space="preserve">— </w:t>
      </w:r>
    </w:p>
    <w:p>
      <w:r>
        <w:t xml:space="preserve">— </w:t>
      </w:r>
    </w:p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32"/>
              </w:rPr>
              <w:t>DOCUMENTS À JOINDRE (COCHEZ)</w:t>
            </w:r>
          </w:p>
        </w:tc>
      </w:tr>
    </w:tbl>
    <w:p>
      <w:r>
        <w:t>□ CV  □ Pièce d’identité  □ Attestation employeur (si applicable)  □ Autre : ________</w:t>
      </w:r>
    </w:p>
    <w:sectPr w:rsidR="00FC693F" w:rsidRPr="0006063C" w:rsidSect="00034616">
      <w:footerReference w:type="default" r:id="rId9"/>
      <w:pgSz w:w="12240" w:h="15840"/>
      <w:pgMar w:top="1020" w:right="1134" w:bottom="102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 xml:space="preserve">Page </w:t>
    </w:r>
    <w:fldSimple w:instr="PAGE \* MERGEFORMAT">
      <w:r>
        <w:t>1</w:t>
      </w:r>
    </w:fldSimple>
    <w:r>
      <w:rPr>
        <w:color w:val="646464"/>
        <w:sz w:val="18"/>
      </w:rPr>
      <w:t xml:space="preserve"> / </w:t>
    </w:r>
    <w:fldSimple w:instr="NUMPAGES \* MERGEFORMAT">
      <w:r>
        <w:t>1</w:t>
      </w:r>
    </w:fldSimple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