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POSITIONNEMENT INITIAL — DIAGNOSTIC CANDIDAT·E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ENTRETIEN &amp; EXPÉRIENCES (NOTES)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Parcours récent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Missions principales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Réalisations probantes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Contraintes / disponibilités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Projet professionnel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GRILLE DE POSITIONNEMENT (0–5)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Compétence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0–1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2–3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4–5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Note</w:t>
            </w:r>
          </w:p>
        </w:tc>
      </w:tr>
      <w:tr>
        <w:tc>
          <w:tcPr>
            <w:tcW w:type="dxa" w:w="1662"/>
          </w:tcPr>
          <w:p>
            <w:r>
              <w:t>Technique 1</w:t>
            </w:r>
          </w:p>
        </w:tc>
        <w:tc>
          <w:tcPr>
            <w:tcW w:type="dxa" w:w="1662"/>
          </w:tcPr>
          <w:p>
            <w:r>
              <w:t>Exécute les tâches de base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__/5</w:t>
            </w:r>
          </w:p>
        </w:tc>
      </w:tr>
      <w:tr>
        <w:tc>
          <w:tcPr>
            <w:tcW w:type="dxa" w:w="1662"/>
          </w:tcPr>
          <w:p>
            <w:r>
              <w:t>Méthode</w:t>
            </w:r>
          </w:p>
        </w:tc>
        <w:tc>
          <w:tcPr>
            <w:tcW w:type="dxa" w:w="1662"/>
          </w:tcPr>
          <w:p>
            <w:r>
              <w:t>Applique une procédure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__/5</w:t>
            </w:r>
          </w:p>
        </w:tc>
      </w:tr>
      <w:tr>
        <w:tc>
          <w:tcPr>
            <w:tcW w:type="dxa" w:w="1662"/>
          </w:tcPr>
          <w:p>
            <w:r>
              <w:t>Relationnel</w:t>
            </w:r>
          </w:p>
        </w:tc>
        <w:tc>
          <w:tcPr>
            <w:tcW w:type="dxa" w:w="1662"/>
          </w:tcPr>
          <w:p>
            <w:r>
              <w:t>Travaille en équipe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__/5</w:t>
            </w:r>
          </w:p>
        </w:tc>
      </w:tr>
      <w:tr>
        <w:tc>
          <w:tcPr>
            <w:tcW w:type="dxa" w:w="1662"/>
          </w:tcPr>
          <w:p>
            <w:r>
              <w:t>Autonomie</w:t>
            </w:r>
          </w:p>
        </w:tc>
        <w:tc>
          <w:tcPr>
            <w:tcW w:type="dxa" w:w="1662"/>
          </w:tcPr>
          <w:p>
            <w:r>
              <w:t>Organise son travail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__/5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RECOMMANDATION &amp; ORIENTATION</w:t>
            </w:r>
          </w:p>
        </w:tc>
      </w:tr>
    </w:tbl>
    <w:p>
      <w:r>
        <w:t>Recommandation : □ Admis  □ Liste d’attente  □ Pré-requis à renforcer  □ Non éligible (motiver).</w:t>
      </w:r>
    </w:p>
    <w:p>
      <w:r>
        <w:t>Proposition d’orientation : ____________   Démarrage souhaité : ____/____/______</w:t>
      </w:r>
    </w:p>
    <w:p>
      <w:r>
        <w:t xml:space="preserve">Commentaires : — 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