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772"/>
      </w:tblGrid>
      <w:tr>
        <w:tc>
          <w:tcPr>
            <w:tcW w:type="dxa" w:w="10772"/>
            <w:shd w:val="clear" w:color="auto" w:fill="DDEBF7"/>
          </w:tcPr>
          <w:p>
            <w:pPr>
              <w:jc w:val="center"/>
            </w:pPr>
            <w:r>
              <w:rPr>
                <w:b/>
                <w:sz w:val="36"/>
              </w:rPr>
              <w:t>FICHE CONTACT CLIENT</w:t>
            </w:r>
          </w:p>
          <w:p>
            <w:pPr>
              <w:jc w:val="center"/>
            </w:pPr>
            <w:r>
              <w:rPr>
                <w:sz w:val="20"/>
              </w:rPr>
              <w:t>Version : 1.0  |  Réf. : CRM‑FCT  |  Date : [JJ/MM/AAAA]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693"/>
        <w:gridCol w:w="2693"/>
        <w:gridCol w:w="2693"/>
        <w:gridCol w:w="2693"/>
      </w:tblGrid>
      <w:tr>
        <w:tc>
          <w:tcPr>
            <w:tcW w:type="dxa" w:w="2693"/>
            <w:shd w:val="clear" w:color="auto" w:fill="EEF3FA"/>
          </w:tcPr>
          <w:p>
            <w:r>
              <w:rPr>
                <w:b/>
              </w:rPr>
              <w:t xml:space="preserve">Statut : </w:t>
            </w:r>
            <w:r>
              <w:t>□ Prospect  □ Client</w:t>
            </w:r>
          </w:p>
        </w:tc>
        <w:tc>
          <w:tcPr>
            <w:tcW w:type="dxa" w:w="2693"/>
            <w:shd w:val="clear" w:color="auto" w:fill="EEF3FA"/>
          </w:tcPr>
          <w:p>
            <w:r>
              <w:rPr>
                <w:b/>
              </w:rPr>
              <w:t xml:space="preserve">Propriétaire : </w:t>
            </w:r>
            <w:r>
              <w:t>[Commercial / Owner]</w:t>
            </w:r>
          </w:p>
        </w:tc>
        <w:tc>
          <w:tcPr>
            <w:tcW w:type="dxa" w:w="2693"/>
            <w:shd w:val="clear" w:color="auto" w:fill="EEF3FA"/>
          </w:tcPr>
          <w:p>
            <w:r>
              <w:rPr>
                <w:b/>
              </w:rPr>
              <w:t xml:space="preserve">Source : </w:t>
            </w:r>
            <w:r>
              <w:t>[Campagne / Referral / Inbound]</w:t>
            </w:r>
          </w:p>
        </w:tc>
        <w:tc>
          <w:tcPr>
            <w:tcW w:type="dxa" w:w="2693"/>
            <w:shd w:val="clear" w:color="auto" w:fill="EEF3FA"/>
          </w:tcPr>
          <w:p>
            <w:r>
              <w:rPr>
                <w:b/>
              </w:rPr>
              <w:t xml:space="preserve">Confidentialité : </w:t>
            </w:r>
            <w:r>
              <w:t>Interne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772"/>
      </w:tblGrid>
      <w:tr>
        <w:tc>
          <w:tcPr>
            <w:tcW w:type="dxa" w:w="10772"/>
            <w:shd w:val="clear" w:color="auto" w:fill="D9E1F2"/>
          </w:tcPr>
          <w:p>
            <w:r>
              <w:rPr>
                <w:b/>
              </w:rPr>
              <w:t>1) Contact principal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693"/>
        <w:gridCol w:w="2693"/>
        <w:gridCol w:w="2693"/>
        <w:gridCol w:w="2693"/>
      </w:tblGrid>
      <w:tr>
        <w:tc>
          <w:tcPr>
            <w:tcW w:type="dxa" w:w="2693"/>
            <w:shd w:val="clear" w:color="auto" w:fill="F7FAFF"/>
            <w:vAlign w:val="center"/>
          </w:tcPr>
          <w:p>
            <w:r>
              <w:rPr>
                <w:b/>
              </w:rPr>
              <w:t>Nom &amp; prénom</w:t>
            </w:r>
          </w:p>
        </w:tc>
        <w:tc>
          <w:tcPr>
            <w:tcW w:type="dxa" w:w="2693"/>
            <w:vAlign w:val="center"/>
          </w:tcPr>
          <w:p>
            <w:r>
              <w:t>[………………………………]</w:t>
            </w:r>
          </w:p>
        </w:tc>
        <w:tc>
          <w:tcPr>
            <w:tcW w:type="dxa" w:w="2693"/>
            <w:shd w:val="clear" w:color="auto" w:fill="F7FAFF"/>
            <w:vAlign w:val="center"/>
          </w:tcPr>
          <w:p>
            <w:r>
              <w:rPr>
                <w:b/>
              </w:rPr>
              <w:t>Fonction / Titre</w:t>
            </w:r>
          </w:p>
        </w:tc>
        <w:tc>
          <w:tcPr>
            <w:tcW w:type="dxa" w:w="2693"/>
            <w:vAlign w:val="center"/>
          </w:tcPr>
          <w:p>
            <w:r>
              <w:t>[………………………………]</w:t>
            </w:r>
          </w:p>
        </w:tc>
      </w:tr>
      <w:tr>
        <w:tc>
          <w:tcPr>
            <w:tcW w:type="dxa" w:w="2693"/>
            <w:shd w:val="clear" w:color="auto" w:fill="F7FAFF"/>
            <w:vAlign w:val="center"/>
          </w:tcPr>
          <w:p>
            <w:r>
              <w:rPr>
                <w:b/>
              </w:rPr>
              <w:t>Entreprise</w:t>
            </w:r>
          </w:p>
        </w:tc>
        <w:tc>
          <w:tcPr>
            <w:tcW w:type="dxa" w:w="2693"/>
            <w:vAlign w:val="center"/>
          </w:tcPr>
          <w:p>
            <w:r>
              <w:t>[………………………………]</w:t>
            </w:r>
          </w:p>
        </w:tc>
        <w:tc>
          <w:tcPr>
            <w:tcW w:type="dxa" w:w="2693"/>
            <w:shd w:val="clear" w:color="auto" w:fill="F7FAFF"/>
            <w:vAlign w:val="center"/>
          </w:tcPr>
          <w:p>
            <w:r>
              <w:rPr>
                <w:b/>
              </w:rPr>
              <w:t>Département / Équipe</w:t>
            </w:r>
          </w:p>
        </w:tc>
        <w:tc>
          <w:tcPr>
            <w:tcW w:type="dxa" w:w="2693"/>
            <w:vAlign w:val="center"/>
          </w:tcPr>
          <w:p>
            <w:r>
              <w:t>[………………………………]</w:t>
            </w:r>
          </w:p>
        </w:tc>
      </w:tr>
      <w:tr>
        <w:tc>
          <w:tcPr>
            <w:tcW w:type="dxa" w:w="2693"/>
            <w:shd w:val="clear" w:color="auto" w:fill="F7FAFF"/>
            <w:vAlign w:val="center"/>
          </w:tcPr>
          <w:p>
            <w:r>
              <w:rPr>
                <w:b/>
              </w:rPr>
              <w:t>Téléphone</w:t>
            </w:r>
          </w:p>
        </w:tc>
        <w:tc>
          <w:tcPr>
            <w:tcW w:type="dxa" w:w="2693"/>
            <w:vAlign w:val="center"/>
          </w:tcPr>
          <w:p>
            <w:r>
              <w:t>[+212 … / +33 …]</w:t>
            </w:r>
          </w:p>
        </w:tc>
        <w:tc>
          <w:tcPr>
            <w:tcW w:type="dxa" w:w="2693"/>
            <w:shd w:val="clear" w:color="auto" w:fill="F7FAFF"/>
            <w:vAlign w:val="center"/>
          </w:tcPr>
          <w:p>
            <w:r>
              <w:rPr>
                <w:b/>
              </w:rPr>
              <w:t>Email</w:t>
            </w:r>
          </w:p>
        </w:tc>
        <w:tc>
          <w:tcPr>
            <w:tcW w:type="dxa" w:w="2693"/>
            <w:vAlign w:val="center"/>
          </w:tcPr>
          <w:p>
            <w:r>
              <w:t>[prenom.nom@…]</w:t>
            </w:r>
          </w:p>
        </w:tc>
      </w:tr>
      <w:tr>
        <w:tc>
          <w:tcPr>
            <w:tcW w:type="dxa" w:w="2693"/>
            <w:shd w:val="clear" w:color="auto" w:fill="F7FAFF"/>
            <w:vAlign w:val="center"/>
          </w:tcPr>
          <w:p>
            <w:r>
              <w:rPr>
                <w:b/>
              </w:rPr>
              <w:t>LinkedIn / Réseaux</w:t>
            </w:r>
          </w:p>
        </w:tc>
        <w:tc>
          <w:tcPr>
            <w:tcW w:type="dxa" w:w="2693"/>
            <w:vAlign w:val="center"/>
          </w:tcPr>
          <w:p>
            <w:r>
              <w:t>[URL]</w:t>
            </w:r>
          </w:p>
        </w:tc>
        <w:tc>
          <w:tcPr>
            <w:tcW w:type="dxa" w:w="2693"/>
            <w:shd w:val="clear" w:color="auto" w:fill="F7FAFF"/>
            <w:vAlign w:val="center"/>
          </w:tcPr>
          <w:p>
            <w:r>
              <w:rPr>
                <w:b/>
              </w:rPr>
              <w:t>Fuseau horaire</w:t>
            </w:r>
          </w:p>
        </w:tc>
        <w:tc>
          <w:tcPr>
            <w:tcW w:type="dxa" w:w="2693"/>
            <w:vAlign w:val="center"/>
          </w:tcPr>
          <w:p>
            <w:r>
              <w:t>[CET/GMT…]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772"/>
      </w:tblGrid>
      <w:tr>
        <w:tc>
          <w:tcPr>
            <w:tcW w:type="dxa" w:w="10772"/>
            <w:shd w:val="clear" w:color="auto" w:fill="D9E1F2"/>
          </w:tcPr>
          <w:p>
            <w:r>
              <w:rPr>
                <w:b/>
              </w:rPr>
              <w:t>2) Adresse &amp; canaux de communication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693"/>
        <w:gridCol w:w="2693"/>
        <w:gridCol w:w="2693"/>
        <w:gridCol w:w="2693"/>
      </w:tblGrid>
      <w:tr>
        <w:tc>
          <w:tcPr>
            <w:tcW w:type="dxa" w:w="2693"/>
            <w:shd w:val="clear" w:color="auto" w:fill="F7FAFF"/>
            <w:vAlign w:val="center"/>
          </w:tcPr>
          <w:p>
            <w:r>
              <w:rPr>
                <w:b/>
              </w:rPr>
              <w:t>Adresse</w:t>
            </w:r>
          </w:p>
        </w:tc>
        <w:tc>
          <w:tcPr>
            <w:tcW w:type="dxa" w:w="2693"/>
            <w:vAlign w:val="center"/>
          </w:tcPr>
          <w:p>
            <w:r>
              <w:t>[Rue, ville, CP, pays]</w:t>
            </w:r>
          </w:p>
        </w:tc>
        <w:tc>
          <w:tcPr>
            <w:tcW w:type="dxa" w:w="2693"/>
            <w:shd w:val="clear" w:color="auto" w:fill="F7FAFF"/>
            <w:vAlign w:val="center"/>
          </w:tcPr>
          <w:p>
            <w:r>
              <w:rPr>
                <w:b/>
              </w:rPr>
              <w:t>Langue de préférence</w:t>
            </w:r>
          </w:p>
        </w:tc>
        <w:tc>
          <w:tcPr>
            <w:tcW w:type="dxa" w:w="2693"/>
            <w:vAlign w:val="center"/>
          </w:tcPr>
          <w:p>
            <w:r>
              <w:t>[FR / EN / AR]</w:t>
            </w:r>
          </w:p>
        </w:tc>
      </w:tr>
      <w:tr>
        <w:tc>
          <w:tcPr>
            <w:tcW w:type="dxa" w:w="2693"/>
            <w:shd w:val="clear" w:color="auto" w:fill="F7FAFF"/>
            <w:vAlign w:val="center"/>
          </w:tcPr>
          <w:p>
            <w:r>
              <w:rPr>
                <w:b/>
              </w:rPr>
              <w:t>Canaux préférés</w:t>
            </w:r>
          </w:p>
        </w:tc>
        <w:tc>
          <w:tcPr>
            <w:tcW w:type="dxa" w:w="2693"/>
            <w:vAlign w:val="center"/>
          </w:tcPr>
          <w:p>
            <w:r>
              <w:t>□ Email  □ Téléphone  □ WhatsApp  □ Teams/Zoom</w:t>
            </w:r>
          </w:p>
        </w:tc>
        <w:tc>
          <w:tcPr>
            <w:tcW w:type="dxa" w:w="2693"/>
            <w:shd w:val="clear" w:color="auto" w:fill="F7FAFF"/>
            <w:vAlign w:val="center"/>
          </w:tcPr>
          <w:p>
            <w:r>
              <w:rPr>
                <w:b/>
              </w:rPr>
              <w:t>Créneaux préférés</w:t>
            </w:r>
          </w:p>
        </w:tc>
        <w:tc>
          <w:tcPr>
            <w:tcW w:type="dxa" w:w="2693"/>
            <w:vAlign w:val="center"/>
          </w:tcPr>
          <w:p>
            <w:r>
              <w:t>□ Matin  □ Après‑midi  □ Soir  |  Jours : [L Ma Me J V]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772"/>
      </w:tblGrid>
      <w:tr>
        <w:tc>
          <w:tcPr>
            <w:tcW w:type="dxa" w:w="10772"/>
            <w:shd w:val="clear" w:color="auto" w:fill="D9E1F2"/>
          </w:tcPr>
          <w:p>
            <w:r>
              <w:rPr>
                <w:b/>
              </w:rPr>
              <w:t>3) Rôle &amp; segmentation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693"/>
        <w:gridCol w:w="2693"/>
        <w:gridCol w:w="2693"/>
        <w:gridCol w:w="2693"/>
      </w:tblGrid>
      <w:tr>
        <w:tc>
          <w:tcPr>
            <w:tcW w:type="dxa" w:w="2693"/>
            <w:shd w:val="clear" w:color="auto" w:fill="F7FAFF"/>
            <w:vAlign w:val="center"/>
          </w:tcPr>
          <w:p>
            <w:r>
              <w:rPr>
                <w:b/>
              </w:rPr>
              <w:t>Rôle d’achat</w:t>
            </w:r>
          </w:p>
        </w:tc>
        <w:tc>
          <w:tcPr>
            <w:tcW w:type="dxa" w:w="2693"/>
            <w:vAlign w:val="center"/>
          </w:tcPr>
          <w:p>
            <w:r>
              <w:t>□ Décideur  □ Prescripteur  □ Utilisateur  □ Influenceur</w:t>
            </w:r>
          </w:p>
        </w:tc>
        <w:tc>
          <w:tcPr>
            <w:tcW w:type="dxa" w:w="2693"/>
            <w:shd w:val="clear" w:color="auto" w:fill="F7FAFF"/>
            <w:vAlign w:val="center"/>
          </w:tcPr>
          <w:p>
            <w:r>
              <w:rPr>
                <w:b/>
              </w:rPr>
              <w:t>Pouvoir de signature</w:t>
            </w:r>
          </w:p>
        </w:tc>
        <w:tc>
          <w:tcPr>
            <w:tcW w:type="dxa" w:w="2693"/>
            <w:vAlign w:val="center"/>
          </w:tcPr>
          <w:p>
            <w:r>
              <w:t>[Oui/Non – Montant : …]</w:t>
            </w:r>
          </w:p>
        </w:tc>
      </w:tr>
      <w:tr>
        <w:tc>
          <w:tcPr>
            <w:tcW w:type="dxa" w:w="2693"/>
            <w:shd w:val="clear" w:color="auto" w:fill="F7FAFF"/>
            <w:vAlign w:val="center"/>
          </w:tcPr>
          <w:p>
            <w:r>
              <w:rPr>
                <w:b/>
              </w:rPr>
              <w:t>Niveau d’influence (0–5)</w:t>
            </w:r>
          </w:p>
        </w:tc>
        <w:tc>
          <w:tcPr>
            <w:tcW w:type="dxa" w:w="2693"/>
            <w:vAlign w:val="center"/>
          </w:tcPr>
          <w:p>
            <w:r>
              <w:t>[0 1 2 3 4 5]</w:t>
            </w:r>
          </w:p>
        </w:tc>
        <w:tc>
          <w:tcPr>
            <w:tcW w:type="dxa" w:w="2693"/>
            <w:shd w:val="clear" w:color="auto" w:fill="F7FAFF"/>
            <w:vAlign w:val="center"/>
          </w:tcPr>
          <w:p>
            <w:r>
              <w:rPr>
                <w:b/>
              </w:rPr>
              <w:t>Segment / ICP</w:t>
            </w:r>
          </w:p>
        </w:tc>
        <w:tc>
          <w:tcPr>
            <w:tcW w:type="dxa" w:w="2693"/>
            <w:vAlign w:val="center"/>
          </w:tcPr>
          <w:p>
            <w:r>
              <w:t>[Oui / Non — Détails]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772"/>
      </w:tblGrid>
      <w:tr>
        <w:tc>
          <w:tcPr>
            <w:tcW w:type="dxa" w:w="10772"/>
            <w:shd w:val="clear" w:color="auto" w:fill="D9E1F2"/>
          </w:tcPr>
          <w:p>
            <w:r>
              <w:rPr>
                <w:b/>
              </w:rPr>
              <w:t>4) RGPD &amp; consentements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693"/>
        <w:gridCol w:w="2693"/>
        <w:gridCol w:w="2693"/>
        <w:gridCol w:w="2693"/>
      </w:tblGrid>
      <w:tr>
        <w:tc>
          <w:tcPr>
            <w:tcW w:type="dxa" w:w="2693"/>
            <w:shd w:val="clear" w:color="auto" w:fill="F7FAFF"/>
            <w:vAlign w:val="center"/>
          </w:tcPr>
          <w:p>
            <w:r>
              <w:rPr>
                <w:b/>
              </w:rPr>
              <w:t>Base légale</w:t>
            </w:r>
          </w:p>
        </w:tc>
        <w:tc>
          <w:tcPr>
            <w:tcW w:type="dxa" w:w="2693"/>
            <w:vAlign w:val="center"/>
          </w:tcPr>
          <w:p>
            <w:r>
              <w:t>[Contrat / Intérêt légitime / Consentement]</w:t>
            </w:r>
          </w:p>
        </w:tc>
        <w:tc>
          <w:tcPr>
            <w:tcW w:type="dxa" w:w="2693"/>
            <w:shd w:val="clear" w:color="auto" w:fill="F7FAFF"/>
            <w:vAlign w:val="center"/>
          </w:tcPr>
          <w:p>
            <w:r>
              <w:rPr>
                <w:b/>
              </w:rPr>
              <w:t>Finalités</w:t>
            </w:r>
          </w:p>
        </w:tc>
        <w:tc>
          <w:tcPr>
            <w:tcW w:type="dxa" w:w="2693"/>
            <w:vAlign w:val="center"/>
          </w:tcPr>
          <w:p>
            <w:r>
              <w:t>[Prospection B2B / Exécution / Support / Facturation]</w:t>
            </w:r>
          </w:p>
        </w:tc>
      </w:tr>
      <w:tr>
        <w:tc>
          <w:tcPr>
            <w:tcW w:type="dxa" w:w="2693"/>
            <w:shd w:val="clear" w:color="auto" w:fill="F7FAFF"/>
            <w:vAlign w:val="center"/>
          </w:tcPr>
          <w:p>
            <w:r>
              <w:rPr>
                <w:b/>
              </w:rPr>
              <w:t>Consentement marketing</w:t>
            </w:r>
          </w:p>
        </w:tc>
        <w:tc>
          <w:tcPr>
            <w:tcW w:type="dxa" w:w="2693"/>
            <w:vAlign w:val="center"/>
          </w:tcPr>
          <w:p>
            <w:r>
              <w:t>□ Email  □ SMS  □ Téléphone  □ Aucun</w:t>
            </w:r>
          </w:p>
        </w:tc>
        <w:tc>
          <w:tcPr>
            <w:tcW w:type="dxa" w:w="2693"/>
            <w:shd w:val="clear" w:color="auto" w:fill="F7FAFF"/>
            <w:vAlign w:val="center"/>
          </w:tcPr>
          <w:p>
            <w:r>
              <w:rPr>
                <w:b/>
              </w:rPr>
              <w:t>Point de contact DPO</w:t>
            </w:r>
          </w:p>
        </w:tc>
        <w:tc>
          <w:tcPr>
            <w:tcW w:type="dxa" w:w="2693"/>
            <w:vAlign w:val="center"/>
          </w:tcPr>
          <w:p>
            <w:r>
              <w:t>[dpo@votresociete.com]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772"/>
      </w:tblGrid>
      <w:tr>
        <w:tc>
          <w:tcPr>
            <w:tcW w:type="dxa" w:w="10772"/>
            <w:shd w:val="clear" w:color="auto" w:fill="D9E1F2"/>
          </w:tcPr>
          <w:p>
            <w:r>
              <w:rPr>
                <w:b/>
              </w:rPr>
              <w:t>5) Historique des interactions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795"/>
        <w:gridCol w:w="1795"/>
        <w:gridCol w:w="1795"/>
        <w:gridCol w:w="1795"/>
        <w:gridCol w:w="1795"/>
        <w:gridCol w:w="1795"/>
      </w:tblGrid>
      <w:tr>
        <w:tc>
          <w:tcPr>
            <w:tcW w:type="dxa" w:w="1795"/>
            <w:shd w:val="clear" w:color="auto" w:fill="D9E1F2"/>
          </w:tcPr>
          <w:p>
            <w:r>
              <w:rPr>
                <w:b/>
              </w:rPr>
              <w:t>Date</w:t>
            </w:r>
          </w:p>
        </w:tc>
        <w:tc>
          <w:tcPr>
            <w:tcW w:type="dxa" w:w="1795"/>
            <w:shd w:val="clear" w:color="auto" w:fill="D9E1F2"/>
          </w:tcPr>
          <w:p>
            <w:r>
              <w:rPr>
                <w:b/>
              </w:rPr>
              <w:t>Canal</w:t>
            </w:r>
          </w:p>
        </w:tc>
        <w:tc>
          <w:tcPr>
            <w:tcW w:type="dxa" w:w="1795"/>
            <w:shd w:val="clear" w:color="auto" w:fill="D9E1F2"/>
          </w:tcPr>
          <w:p>
            <w:r>
              <w:rPr>
                <w:b/>
              </w:rPr>
              <w:t>Sujet / Opportunité</w:t>
            </w:r>
          </w:p>
        </w:tc>
        <w:tc>
          <w:tcPr>
            <w:tcW w:type="dxa" w:w="1795"/>
            <w:shd w:val="clear" w:color="auto" w:fill="D9E1F2"/>
          </w:tcPr>
          <w:p>
            <w:r>
              <w:rPr>
                <w:b/>
              </w:rPr>
              <w:t>Résultat</w:t>
            </w:r>
          </w:p>
        </w:tc>
        <w:tc>
          <w:tcPr>
            <w:tcW w:type="dxa" w:w="1795"/>
            <w:shd w:val="clear" w:color="auto" w:fill="D9E1F2"/>
          </w:tcPr>
          <w:p>
            <w:r>
              <w:rPr>
                <w:b/>
              </w:rPr>
              <w:t>Owner</w:t>
            </w:r>
          </w:p>
        </w:tc>
        <w:tc>
          <w:tcPr>
            <w:tcW w:type="dxa" w:w="1795"/>
            <w:shd w:val="clear" w:color="auto" w:fill="D9E1F2"/>
          </w:tcPr>
          <w:p>
            <w:r>
              <w:rPr>
                <w:b/>
              </w:rPr>
              <w:t>Pièces jointes</w:t>
            </w:r>
          </w:p>
        </w:tc>
      </w:tr>
      <w:tr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</w:tr>
      <w:tr>
        <w:tc>
          <w:tcPr>
            <w:tcW w:type="dxa" w:w="1795"/>
            <w:shd w:val="clear" w:color="auto" w:fill="F5F8FE"/>
          </w:tcPr>
          <w:p/>
        </w:tc>
        <w:tc>
          <w:tcPr>
            <w:tcW w:type="dxa" w:w="1795"/>
            <w:shd w:val="clear" w:color="auto" w:fill="F5F8FE"/>
          </w:tcPr>
          <w:p/>
        </w:tc>
        <w:tc>
          <w:tcPr>
            <w:tcW w:type="dxa" w:w="1795"/>
            <w:shd w:val="clear" w:color="auto" w:fill="F5F8FE"/>
          </w:tcPr>
          <w:p/>
        </w:tc>
        <w:tc>
          <w:tcPr>
            <w:tcW w:type="dxa" w:w="1795"/>
            <w:shd w:val="clear" w:color="auto" w:fill="F5F8FE"/>
          </w:tcPr>
          <w:p/>
        </w:tc>
        <w:tc>
          <w:tcPr>
            <w:tcW w:type="dxa" w:w="1795"/>
            <w:shd w:val="clear" w:color="auto" w:fill="F5F8FE"/>
          </w:tcPr>
          <w:p/>
        </w:tc>
        <w:tc>
          <w:tcPr>
            <w:tcW w:type="dxa" w:w="1795"/>
            <w:shd w:val="clear" w:color="auto" w:fill="F5F8FE"/>
          </w:tcPr>
          <w:p/>
        </w:tc>
      </w:tr>
      <w:tr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</w:tr>
      <w:tr>
        <w:tc>
          <w:tcPr>
            <w:tcW w:type="dxa" w:w="1795"/>
            <w:shd w:val="clear" w:color="auto" w:fill="F5F8FE"/>
          </w:tcPr>
          <w:p/>
        </w:tc>
        <w:tc>
          <w:tcPr>
            <w:tcW w:type="dxa" w:w="1795"/>
            <w:shd w:val="clear" w:color="auto" w:fill="F5F8FE"/>
          </w:tcPr>
          <w:p/>
        </w:tc>
        <w:tc>
          <w:tcPr>
            <w:tcW w:type="dxa" w:w="1795"/>
            <w:shd w:val="clear" w:color="auto" w:fill="F5F8FE"/>
          </w:tcPr>
          <w:p/>
        </w:tc>
        <w:tc>
          <w:tcPr>
            <w:tcW w:type="dxa" w:w="1795"/>
            <w:shd w:val="clear" w:color="auto" w:fill="F5F8FE"/>
          </w:tcPr>
          <w:p/>
        </w:tc>
        <w:tc>
          <w:tcPr>
            <w:tcW w:type="dxa" w:w="1795"/>
            <w:shd w:val="clear" w:color="auto" w:fill="F5F8FE"/>
          </w:tcPr>
          <w:p/>
        </w:tc>
        <w:tc>
          <w:tcPr>
            <w:tcW w:type="dxa" w:w="1795"/>
            <w:shd w:val="clear" w:color="auto" w:fill="F5F8FE"/>
          </w:tcPr>
          <w:p/>
        </w:tc>
      </w:tr>
      <w:tr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</w:tr>
      <w:tr>
        <w:tc>
          <w:tcPr>
            <w:tcW w:type="dxa" w:w="1795"/>
            <w:shd w:val="clear" w:color="auto" w:fill="F5F8FE"/>
          </w:tcPr>
          <w:p/>
        </w:tc>
        <w:tc>
          <w:tcPr>
            <w:tcW w:type="dxa" w:w="1795"/>
            <w:shd w:val="clear" w:color="auto" w:fill="F5F8FE"/>
          </w:tcPr>
          <w:p/>
        </w:tc>
        <w:tc>
          <w:tcPr>
            <w:tcW w:type="dxa" w:w="1795"/>
            <w:shd w:val="clear" w:color="auto" w:fill="F5F8FE"/>
          </w:tcPr>
          <w:p/>
        </w:tc>
        <w:tc>
          <w:tcPr>
            <w:tcW w:type="dxa" w:w="1795"/>
            <w:shd w:val="clear" w:color="auto" w:fill="F5F8FE"/>
          </w:tcPr>
          <w:p/>
        </w:tc>
        <w:tc>
          <w:tcPr>
            <w:tcW w:type="dxa" w:w="1795"/>
            <w:shd w:val="clear" w:color="auto" w:fill="F5F8FE"/>
          </w:tcPr>
          <w:p/>
        </w:tc>
        <w:tc>
          <w:tcPr>
            <w:tcW w:type="dxa" w:w="1795"/>
            <w:shd w:val="clear" w:color="auto" w:fill="F5F8FE"/>
          </w:tcPr>
          <w:p/>
        </w:tc>
      </w:tr>
      <w:tr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</w:tr>
      <w:tr>
        <w:tc>
          <w:tcPr>
            <w:tcW w:type="dxa" w:w="1795"/>
            <w:shd w:val="clear" w:color="auto" w:fill="F5F8FE"/>
          </w:tcPr>
          <w:p/>
        </w:tc>
        <w:tc>
          <w:tcPr>
            <w:tcW w:type="dxa" w:w="1795"/>
            <w:shd w:val="clear" w:color="auto" w:fill="F5F8FE"/>
          </w:tcPr>
          <w:p/>
        </w:tc>
        <w:tc>
          <w:tcPr>
            <w:tcW w:type="dxa" w:w="1795"/>
            <w:shd w:val="clear" w:color="auto" w:fill="F5F8FE"/>
          </w:tcPr>
          <w:p/>
        </w:tc>
        <w:tc>
          <w:tcPr>
            <w:tcW w:type="dxa" w:w="1795"/>
            <w:shd w:val="clear" w:color="auto" w:fill="F5F8FE"/>
          </w:tcPr>
          <w:p/>
        </w:tc>
        <w:tc>
          <w:tcPr>
            <w:tcW w:type="dxa" w:w="1795"/>
            <w:shd w:val="clear" w:color="auto" w:fill="F5F8FE"/>
          </w:tcPr>
          <w:p/>
        </w:tc>
        <w:tc>
          <w:tcPr>
            <w:tcW w:type="dxa" w:w="1795"/>
            <w:shd w:val="clear" w:color="auto" w:fill="F5F8FE"/>
          </w:tcPr>
          <w:p/>
        </w:tc>
      </w:tr>
      <w:tr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</w:tr>
      <w:tr>
        <w:tc>
          <w:tcPr>
            <w:tcW w:type="dxa" w:w="1795"/>
            <w:shd w:val="clear" w:color="auto" w:fill="F5F8FE"/>
          </w:tcPr>
          <w:p/>
        </w:tc>
        <w:tc>
          <w:tcPr>
            <w:tcW w:type="dxa" w:w="1795"/>
            <w:shd w:val="clear" w:color="auto" w:fill="F5F8FE"/>
          </w:tcPr>
          <w:p/>
        </w:tc>
        <w:tc>
          <w:tcPr>
            <w:tcW w:type="dxa" w:w="1795"/>
            <w:shd w:val="clear" w:color="auto" w:fill="F5F8FE"/>
          </w:tcPr>
          <w:p/>
        </w:tc>
        <w:tc>
          <w:tcPr>
            <w:tcW w:type="dxa" w:w="1795"/>
            <w:shd w:val="clear" w:color="auto" w:fill="F5F8FE"/>
          </w:tcPr>
          <w:p/>
        </w:tc>
        <w:tc>
          <w:tcPr>
            <w:tcW w:type="dxa" w:w="1795"/>
            <w:shd w:val="clear" w:color="auto" w:fill="F5F8FE"/>
          </w:tcPr>
          <w:p/>
        </w:tc>
        <w:tc>
          <w:tcPr>
            <w:tcW w:type="dxa" w:w="1795"/>
            <w:shd w:val="clear" w:color="auto" w:fill="F5F8FE"/>
          </w:tcPr>
          <w:p/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772"/>
      </w:tblGrid>
      <w:tr>
        <w:tc>
          <w:tcPr>
            <w:tcW w:type="dxa" w:w="10772"/>
            <w:shd w:val="clear" w:color="auto" w:fill="D9E1F2"/>
          </w:tcPr>
          <w:p>
            <w:r>
              <w:rPr>
                <w:b/>
              </w:rPr>
              <w:t>6) Opportunité &amp; compte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693"/>
        <w:gridCol w:w="2693"/>
        <w:gridCol w:w="2693"/>
        <w:gridCol w:w="2693"/>
      </w:tblGrid>
      <w:tr>
        <w:tc>
          <w:tcPr>
            <w:tcW w:type="dxa" w:w="2693"/>
            <w:shd w:val="clear" w:color="auto" w:fill="F7FAFF"/>
            <w:vAlign w:val="center"/>
          </w:tcPr>
          <w:p>
            <w:r>
              <w:rPr>
                <w:b/>
              </w:rPr>
              <w:t>Compte / Société</w:t>
            </w:r>
          </w:p>
        </w:tc>
        <w:tc>
          <w:tcPr>
            <w:tcW w:type="dxa" w:w="2693"/>
            <w:vAlign w:val="center"/>
          </w:tcPr>
          <w:p>
            <w:r>
              <w:t>[………………………………]</w:t>
            </w:r>
          </w:p>
        </w:tc>
        <w:tc>
          <w:tcPr>
            <w:tcW w:type="dxa" w:w="2693"/>
            <w:shd w:val="clear" w:color="auto" w:fill="F7FAFF"/>
            <w:vAlign w:val="center"/>
          </w:tcPr>
          <w:p>
            <w:r>
              <w:rPr>
                <w:b/>
              </w:rPr>
              <w:t>Compte parent</w:t>
            </w:r>
          </w:p>
        </w:tc>
        <w:tc>
          <w:tcPr>
            <w:tcW w:type="dxa" w:w="2693"/>
            <w:vAlign w:val="center"/>
          </w:tcPr>
          <w:p>
            <w:r>
              <w:t>[………………………………]</w:t>
            </w:r>
          </w:p>
        </w:tc>
      </w:tr>
      <w:tr>
        <w:tc>
          <w:tcPr>
            <w:tcW w:type="dxa" w:w="2693"/>
            <w:shd w:val="clear" w:color="auto" w:fill="F7FAFF"/>
            <w:vAlign w:val="center"/>
          </w:tcPr>
          <w:p>
            <w:r>
              <w:rPr>
                <w:b/>
              </w:rPr>
              <w:t>Statut opportunité</w:t>
            </w:r>
          </w:p>
        </w:tc>
        <w:tc>
          <w:tcPr>
            <w:tcW w:type="dxa" w:w="2693"/>
            <w:vAlign w:val="center"/>
          </w:tcPr>
          <w:p>
            <w:r>
              <w:t>[Lead / Qualifié / En proposition / Gagnée / Perdue]</w:t>
            </w:r>
          </w:p>
        </w:tc>
        <w:tc>
          <w:tcPr>
            <w:tcW w:type="dxa" w:w="2693"/>
            <w:shd w:val="clear" w:color="auto" w:fill="F7FAFF"/>
            <w:vAlign w:val="center"/>
          </w:tcPr>
          <w:p>
            <w:r>
              <w:rPr>
                <w:b/>
              </w:rPr>
              <w:t>Budget / Montant estimé</w:t>
            </w:r>
          </w:p>
        </w:tc>
        <w:tc>
          <w:tcPr>
            <w:tcW w:type="dxa" w:w="2693"/>
            <w:vAlign w:val="center"/>
          </w:tcPr>
          <w:p>
            <w:r>
              <w:t>[……………………]</w:t>
            </w:r>
          </w:p>
        </w:tc>
      </w:tr>
      <w:tr>
        <w:tc>
          <w:tcPr>
            <w:tcW w:type="dxa" w:w="2693"/>
            <w:shd w:val="clear" w:color="auto" w:fill="F7FAFF"/>
            <w:vAlign w:val="center"/>
          </w:tcPr>
          <w:p>
            <w:r>
              <w:rPr>
                <w:b/>
              </w:rPr>
              <w:t>Échéance / Close date</w:t>
            </w:r>
          </w:p>
        </w:tc>
        <w:tc>
          <w:tcPr>
            <w:tcW w:type="dxa" w:w="2693"/>
            <w:vAlign w:val="center"/>
          </w:tcPr>
          <w:p>
            <w:r>
              <w:t>[JJ/MM/AAAA]</w:t>
            </w:r>
          </w:p>
        </w:tc>
        <w:tc>
          <w:tcPr>
            <w:tcW w:type="dxa" w:w="2693"/>
            <w:shd w:val="clear" w:color="auto" w:fill="F7FAFF"/>
            <w:vAlign w:val="center"/>
          </w:tcPr>
          <w:p>
            <w:r>
              <w:rPr>
                <w:b/>
              </w:rPr>
              <w:t>Probabilité (%)</w:t>
            </w:r>
          </w:p>
        </w:tc>
        <w:tc>
          <w:tcPr>
            <w:tcW w:type="dxa" w:w="2693"/>
            <w:vAlign w:val="center"/>
          </w:tcPr>
          <w:p>
            <w:r>
              <w:t>[… %]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772"/>
      </w:tblGrid>
      <w:tr>
        <w:tc>
          <w:tcPr>
            <w:tcW w:type="dxa" w:w="10772"/>
            <w:shd w:val="clear" w:color="auto" w:fill="D9E1F2"/>
          </w:tcPr>
          <w:p>
            <w:r>
              <w:rPr>
                <w:b/>
              </w:rPr>
              <w:t>7) Suivi &amp; prochaines actions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154"/>
        <w:gridCol w:w="2154"/>
        <w:gridCol w:w="2154"/>
        <w:gridCol w:w="2154"/>
        <w:gridCol w:w="2154"/>
      </w:tblGrid>
      <w:tr>
        <w:tc>
          <w:tcPr>
            <w:tcW w:type="dxa" w:w="2154"/>
            <w:shd w:val="clear" w:color="auto" w:fill="D9E1F2"/>
          </w:tcPr>
          <w:p>
            <w:r>
              <w:rPr>
                <w:b/>
              </w:rPr>
              <w:t>Action</w:t>
            </w:r>
          </w:p>
        </w:tc>
        <w:tc>
          <w:tcPr>
            <w:tcW w:type="dxa" w:w="2154"/>
            <w:shd w:val="clear" w:color="auto" w:fill="D9E1F2"/>
          </w:tcPr>
          <w:p>
            <w:r>
              <w:rPr>
                <w:b/>
              </w:rPr>
              <w:t>Responsable</w:t>
            </w:r>
          </w:p>
        </w:tc>
        <w:tc>
          <w:tcPr>
            <w:tcW w:type="dxa" w:w="2154"/>
            <w:shd w:val="clear" w:color="auto" w:fill="D9E1F2"/>
          </w:tcPr>
          <w:p>
            <w:r>
              <w:rPr>
                <w:b/>
              </w:rPr>
              <w:t>Échéance</w:t>
            </w:r>
          </w:p>
        </w:tc>
        <w:tc>
          <w:tcPr>
            <w:tcW w:type="dxa" w:w="2154"/>
            <w:shd w:val="clear" w:color="auto" w:fill="D9E1F2"/>
          </w:tcPr>
          <w:p>
            <w:r>
              <w:rPr>
                <w:b/>
              </w:rPr>
              <w:t>Priorité</w:t>
            </w:r>
          </w:p>
        </w:tc>
        <w:tc>
          <w:tcPr>
            <w:tcW w:type="dxa" w:w="2154"/>
            <w:shd w:val="clear" w:color="auto" w:fill="D9E1F2"/>
          </w:tcPr>
          <w:p>
            <w:r>
              <w:rPr>
                <w:b/>
              </w:rPr>
              <w:t>Statut</w:t>
            </w:r>
          </w:p>
        </w:tc>
      </w:tr>
      <w:tr>
        <w:tc>
          <w:tcPr>
            <w:tcW w:type="dxa" w:w="2154"/>
          </w:tcPr>
          <w:p/>
        </w:tc>
        <w:tc>
          <w:tcPr>
            <w:tcW w:type="dxa" w:w="2154"/>
          </w:tcPr>
          <w:p/>
        </w:tc>
        <w:tc>
          <w:tcPr>
            <w:tcW w:type="dxa" w:w="2154"/>
          </w:tcPr>
          <w:p/>
        </w:tc>
        <w:tc>
          <w:tcPr>
            <w:tcW w:type="dxa" w:w="2154"/>
          </w:tcPr>
          <w:p/>
        </w:tc>
        <w:tc>
          <w:tcPr>
            <w:tcW w:type="dxa" w:w="2154"/>
          </w:tcPr>
          <w:p/>
        </w:tc>
      </w:tr>
      <w:tr>
        <w:tc>
          <w:tcPr>
            <w:tcW w:type="dxa" w:w="2154"/>
            <w:shd w:val="clear" w:color="auto" w:fill="F5F8FE"/>
          </w:tcPr>
          <w:p/>
        </w:tc>
        <w:tc>
          <w:tcPr>
            <w:tcW w:type="dxa" w:w="2154"/>
            <w:shd w:val="clear" w:color="auto" w:fill="F5F8FE"/>
          </w:tcPr>
          <w:p/>
        </w:tc>
        <w:tc>
          <w:tcPr>
            <w:tcW w:type="dxa" w:w="2154"/>
            <w:shd w:val="clear" w:color="auto" w:fill="F5F8FE"/>
          </w:tcPr>
          <w:p/>
        </w:tc>
        <w:tc>
          <w:tcPr>
            <w:tcW w:type="dxa" w:w="2154"/>
            <w:shd w:val="clear" w:color="auto" w:fill="F5F8FE"/>
          </w:tcPr>
          <w:p/>
        </w:tc>
        <w:tc>
          <w:tcPr>
            <w:tcW w:type="dxa" w:w="2154"/>
            <w:shd w:val="clear" w:color="auto" w:fill="F5F8FE"/>
          </w:tcPr>
          <w:p/>
        </w:tc>
      </w:tr>
      <w:tr>
        <w:tc>
          <w:tcPr>
            <w:tcW w:type="dxa" w:w="2154"/>
          </w:tcPr>
          <w:p/>
        </w:tc>
        <w:tc>
          <w:tcPr>
            <w:tcW w:type="dxa" w:w="2154"/>
          </w:tcPr>
          <w:p/>
        </w:tc>
        <w:tc>
          <w:tcPr>
            <w:tcW w:type="dxa" w:w="2154"/>
          </w:tcPr>
          <w:p/>
        </w:tc>
        <w:tc>
          <w:tcPr>
            <w:tcW w:type="dxa" w:w="2154"/>
          </w:tcPr>
          <w:p/>
        </w:tc>
        <w:tc>
          <w:tcPr>
            <w:tcW w:type="dxa" w:w="2154"/>
          </w:tcPr>
          <w:p/>
        </w:tc>
      </w:tr>
      <w:tr>
        <w:tc>
          <w:tcPr>
            <w:tcW w:type="dxa" w:w="2154"/>
            <w:shd w:val="clear" w:color="auto" w:fill="F5F8FE"/>
          </w:tcPr>
          <w:p/>
        </w:tc>
        <w:tc>
          <w:tcPr>
            <w:tcW w:type="dxa" w:w="2154"/>
            <w:shd w:val="clear" w:color="auto" w:fill="F5F8FE"/>
          </w:tcPr>
          <w:p/>
        </w:tc>
        <w:tc>
          <w:tcPr>
            <w:tcW w:type="dxa" w:w="2154"/>
            <w:shd w:val="clear" w:color="auto" w:fill="F5F8FE"/>
          </w:tcPr>
          <w:p/>
        </w:tc>
        <w:tc>
          <w:tcPr>
            <w:tcW w:type="dxa" w:w="2154"/>
            <w:shd w:val="clear" w:color="auto" w:fill="F5F8FE"/>
          </w:tcPr>
          <w:p/>
        </w:tc>
        <w:tc>
          <w:tcPr>
            <w:tcW w:type="dxa" w:w="2154"/>
            <w:shd w:val="clear" w:color="auto" w:fill="F5F8FE"/>
          </w:tcPr>
          <w:p/>
        </w:tc>
      </w:tr>
      <w:tr>
        <w:tc>
          <w:tcPr>
            <w:tcW w:type="dxa" w:w="2154"/>
          </w:tcPr>
          <w:p/>
        </w:tc>
        <w:tc>
          <w:tcPr>
            <w:tcW w:type="dxa" w:w="2154"/>
          </w:tcPr>
          <w:p/>
        </w:tc>
        <w:tc>
          <w:tcPr>
            <w:tcW w:type="dxa" w:w="2154"/>
          </w:tcPr>
          <w:p/>
        </w:tc>
        <w:tc>
          <w:tcPr>
            <w:tcW w:type="dxa" w:w="2154"/>
          </w:tcPr>
          <w:p/>
        </w:tc>
        <w:tc>
          <w:tcPr>
            <w:tcW w:type="dxa" w:w="2154"/>
          </w:tcPr>
          <w:p/>
        </w:tc>
      </w:tr>
      <w:tr>
        <w:tc>
          <w:tcPr>
            <w:tcW w:type="dxa" w:w="2154"/>
            <w:shd w:val="clear" w:color="auto" w:fill="F5F8FE"/>
          </w:tcPr>
          <w:p/>
        </w:tc>
        <w:tc>
          <w:tcPr>
            <w:tcW w:type="dxa" w:w="2154"/>
            <w:shd w:val="clear" w:color="auto" w:fill="F5F8FE"/>
          </w:tcPr>
          <w:p/>
        </w:tc>
        <w:tc>
          <w:tcPr>
            <w:tcW w:type="dxa" w:w="2154"/>
            <w:shd w:val="clear" w:color="auto" w:fill="F5F8FE"/>
          </w:tcPr>
          <w:p/>
        </w:tc>
        <w:tc>
          <w:tcPr>
            <w:tcW w:type="dxa" w:w="2154"/>
            <w:shd w:val="clear" w:color="auto" w:fill="F5F8FE"/>
          </w:tcPr>
          <w:p/>
        </w:tc>
        <w:tc>
          <w:tcPr>
            <w:tcW w:type="dxa" w:w="2154"/>
            <w:shd w:val="clear" w:color="auto" w:fill="F5F8FE"/>
          </w:tcPr>
          <w:p/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772"/>
      </w:tblGrid>
      <w:tr>
        <w:tc>
          <w:tcPr>
            <w:tcW w:type="dxa" w:w="10772"/>
            <w:shd w:val="clear" w:color="auto" w:fill="D9E1F2"/>
          </w:tcPr>
          <w:p>
            <w:r>
              <w:rPr>
                <w:b/>
              </w:rPr>
              <w:t>8) Notes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772"/>
      </w:tblGrid>
      <w:tr>
        <w:trPr>
          <w:trHeight w:val="510"/>
        </w:trPr>
        <w:tc>
          <w:tcPr>
            <w:tcW w:type="dxa" w:w="10772"/>
          </w:tcPr>
          <w:p/>
        </w:tc>
      </w:tr>
      <w:tr>
        <w:trPr>
          <w:trHeight w:val="510"/>
        </w:trPr>
        <w:tc>
          <w:tcPr>
            <w:tcW w:type="dxa" w:w="10772"/>
          </w:tcPr>
          <w:p/>
        </w:tc>
      </w:tr>
      <w:tr>
        <w:trPr>
          <w:trHeight w:val="510"/>
        </w:trPr>
        <w:tc>
          <w:tcPr>
            <w:tcW w:type="dxa" w:w="10772"/>
          </w:tcPr>
          <w:p/>
        </w:tc>
      </w:tr>
      <w:tr>
        <w:trPr>
          <w:trHeight w:val="510"/>
        </w:trPr>
        <w:tc>
          <w:tcPr>
            <w:tcW w:type="dxa" w:w="10772"/>
          </w:tcPr>
          <w:p/>
        </w:tc>
      </w:tr>
      <w:tr>
        <w:trPr>
          <w:trHeight w:val="510"/>
        </w:trPr>
        <w:tc>
          <w:tcPr>
            <w:tcW w:type="dxa" w:w="10772"/>
          </w:tcPr>
          <w:p/>
        </w:tc>
      </w:tr>
      <w:tr>
        <w:trPr>
          <w:trHeight w:val="510"/>
        </w:trPr>
        <w:tc>
          <w:tcPr>
            <w:tcW w:type="dxa" w:w="10772"/>
          </w:tcPr>
          <w:p/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772"/>
      </w:tblGrid>
      <w:tr>
        <w:tc>
          <w:tcPr>
            <w:tcW w:type="dxa" w:w="10772"/>
            <w:shd w:val="clear" w:color="auto" w:fill="D9E1F2"/>
          </w:tcPr>
          <w:p>
            <w:r>
              <w:rPr>
                <w:b/>
              </w:rPr>
              <w:t>9) Validation interne (optionnel)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386"/>
        <w:gridCol w:w="5386"/>
      </w:tblGrid>
      <w:tr>
        <w:tc>
          <w:tcPr>
            <w:tcW w:type="dxa" w:w="5386"/>
          </w:tcPr>
          <w:p/>
        </w:tc>
        <w:tc>
          <w:tcPr>
            <w:tcW w:type="dxa" w:w="5386"/>
          </w:tcPr>
          <w:p/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386"/>
        <w:gridCol w:w="5386"/>
      </w:tblGrid>
      <w:tr>
        <w:tc>
          <w:tcPr>
            <w:tcW w:type="dxa" w:w="5386"/>
          </w:tcPr>
          <w:p>
            <w:r>
              <w:t>Revu par : __________________  Date : ____/____/______</w:t>
            </w:r>
          </w:p>
        </w:tc>
        <w:tc>
          <w:tcPr>
            <w:tcW w:type="dxa" w:w="5386"/>
          </w:tcPr>
          <w:p>
            <w:r>
              <w:t>Approuvé par : ______________  Date : ____/____/______</w:t>
            </w:r>
          </w:p>
        </w:tc>
      </w:tr>
    </w:tbl>
    <w:sectPr w:rsidR="00FC693F" w:rsidRPr="0006063C" w:rsidSect="00034616">
      <w:headerReference w:type="default" r:id="rId9"/>
      <w:footerReference w:type="default" r:id="rId10"/>
      <w:pgSz w:w="11906" w:h="16838"/>
      <w:pgMar w:top="567" w:right="567" w:bottom="567" w:left="567" w:header="720" w:footer="720" w:gutter="0"/>
      <w:cols w:space="720"/>
      <w:docGrid w:linePitch="360"/>
      <w:pgBorders w:offsetFrom="page">
        <w:left w:val="single" w:sz="20" w:space="24" w:color="2E75B6"/>
      </w:pgBorder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Confidentiel — Usage interne • RGPD : traitement limité à la finalité déclarée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right"/>
    </w:pPr>
    <w:r>
      <w:t>CRM • Fiche contact client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