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3F51B5"/>
          <w:sz w:val="32"/>
        </w:rPr>
        <w:t>FEUILLE D’ÉMARGEMENT — PRÉSENTIEL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fill="009688"/>
          </w:tcPr>
          <w:p/>
        </w:tc>
      </w:tr>
    </w:tbl>
    <w:p>
      <w:r>
        <w:rPr>
          <w:b/>
        </w:rPr>
        <w:t>Organisme de formation : __________________________   N° d’activité : ____________</w:t>
        <w:br/>
      </w:r>
      <w:r>
        <w:rPr>
          <w:b/>
        </w:rPr>
        <w:t>Intitulé de l’action : _____________________________   Code interne : ____________</w:t>
        <w:br/>
      </w:r>
      <w:r>
        <w:rPr>
          <w:b/>
        </w:rPr>
        <w:t>Dates : du __/__/____ au __/__/____    Lieu : __________________________________</w:t>
        <w:br/>
      </w:r>
      <w:r>
        <w:rPr>
          <w:b/>
        </w:rPr>
        <w:t>Formateur(trice) : _________________________________   Tél/E-mail : _____________</w:t>
        <w:br/>
      </w:r>
    </w:p>
    <w:p>
      <w:pPr>
        <w:spacing w:before="48"/>
      </w:pPr>
      <w:r>
        <w:rPr>
          <w:b/>
          <w:color w:val="009688"/>
          <w:sz w:val="24"/>
        </w:rPr>
        <w:t>Liste des participants (présentiel)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567"/>
            <w:shd w:fill="3F51B5"/>
            <w:vAlign w:val="center"/>
          </w:tcPr>
          <w:p>
            <w:r>
              <w:rPr>
                <w:b/>
                <w:color w:val="FFFFFF"/>
              </w:rPr>
              <w:t>#</w:t>
            </w:r>
          </w:p>
        </w:tc>
        <w:tc>
          <w:tcPr>
            <w:tcW w:type="dxa" w:w="3118"/>
            <w:shd w:fill="3F51B5"/>
            <w:vAlign w:val="center"/>
          </w:tcPr>
          <w:p>
            <w:r>
              <w:rPr>
                <w:b/>
                <w:color w:val="FFFFFF"/>
              </w:rPr>
              <w:t>Nom &amp; Prénom</w:t>
            </w:r>
          </w:p>
        </w:tc>
        <w:tc>
          <w:tcPr>
            <w:tcW w:type="dxa" w:w="2551"/>
            <w:shd w:fill="3F51B5"/>
            <w:vAlign w:val="center"/>
          </w:tcPr>
          <w:p>
            <w:r>
              <w:rPr>
                <w:b/>
                <w:color w:val="FFFFFF"/>
              </w:rPr>
              <w:t>Entreprise</w:t>
            </w:r>
          </w:p>
        </w:tc>
        <w:tc>
          <w:tcPr>
            <w:tcW w:type="dxa" w:w="2268"/>
            <w:shd w:fill="3F51B5"/>
            <w:vAlign w:val="center"/>
          </w:tcPr>
          <w:p>
            <w:r>
              <w:rPr>
                <w:b/>
                <w:color w:val="FFFFFF"/>
              </w:rPr>
              <w:t>Fonction</w:t>
            </w:r>
          </w:p>
        </w:tc>
        <w:tc>
          <w:tcPr>
            <w:tcW w:type="dxa" w:w="2835"/>
            <w:shd w:fill="3F51B5"/>
            <w:vAlign w:val="center"/>
          </w:tcPr>
          <w:p>
            <w:r>
              <w:rPr>
                <w:b/>
                <w:color w:val="FFFFFF"/>
              </w:rPr>
              <w:t>Signature de départ</w:t>
            </w:r>
          </w:p>
        </w:tc>
      </w:tr>
      <w:tr>
        <w:tc>
          <w:tcPr>
            <w:tcW w:type="dxa" w:w="567"/>
            <w:vAlign w:val="center"/>
          </w:tcPr>
          <w:p>
            <w:r>
              <w:t>1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255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2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255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3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255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4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255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5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255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6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255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7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255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8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255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9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255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10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2551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835"/>
            <w:vAlign w:val="center"/>
          </w:tcPr>
          <w:p/>
        </w:tc>
      </w:tr>
    </w:tbl>
    <w:p/>
    <w:p>
      <w:pPr>
        <w:spacing w:before="48"/>
      </w:pPr>
      <w:r>
        <w:rPr>
          <w:b/>
          <w:color w:val="009688"/>
          <w:sz w:val="24"/>
        </w:rPr>
        <w:t>Émargement par demi-journée (présentiel)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665"/>
        <w:gridCol w:w="665"/>
        <w:gridCol w:w="665"/>
        <w:gridCol w:w="665"/>
        <w:gridCol w:w="665"/>
        <w:gridCol w:w="665"/>
        <w:gridCol w:w="665"/>
        <w:gridCol w:w="665"/>
        <w:gridCol w:w="665"/>
        <w:gridCol w:w="665"/>
        <w:gridCol w:w="665"/>
        <w:gridCol w:w="665"/>
        <w:gridCol w:w="665"/>
        <w:gridCol w:w="665"/>
        <w:gridCol w:w="665"/>
      </w:tblGrid>
      <w:tr>
        <w:tc>
          <w:tcPr>
            <w:tcW w:type="dxa" w:w="567"/>
            <w:shd w:fill="009688"/>
            <w:vAlign w:val="center"/>
          </w:tcPr>
          <w:p>
            <w:r>
              <w:rPr>
                <w:b/>
                <w:color w:val="FFFFFF"/>
              </w:rPr>
              <w:t>#</w:t>
            </w:r>
          </w:p>
        </w:tc>
        <w:tc>
          <w:tcPr>
            <w:tcW w:type="dxa" w:w="2835"/>
            <w:shd w:fill="009688"/>
            <w:vAlign w:val="center"/>
          </w:tcPr>
          <w:p>
            <w:r>
              <w:rPr>
                <w:b/>
                <w:color w:val="FFFFFF"/>
              </w:rPr>
              <w:t>Nom &amp; Prénom</w:t>
            </w:r>
          </w:p>
        </w:tc>
        <w:tc>
          <w:tcPr>
            <w:tcW w:type="dxa" w:w="1134"/>
            <w:shd w:fill="009688"/>
            <w:vAlign w:val="center"/>
          </w:tcPr>
          <w:p>
            <w:r>
              <w:rPr>
                <w:b/>
                <w:color w:val="FFFFFF"/>
              </w:rPr>
              <w:t>J1 AM</w:t>
            </w:r>
          </w:p>
        </w:tc>
        <w:tc>
          <w:tcPr>
            <w:tcW w:type="dxa" w:w="1134"/>
            <w:shd w:fill="009688"/>
            <w:vAlign w:val="center"/>
          </w:tcPr>
          <w:p>
            <w:r>
              <w:rPr>
                <w:b/>
                <w:color w:val="FFFFFF"/>
              </w:rPr>
              <w:t>J1 PM</w:t>
            </w:r>
          </w:p>
        </w:tc>
        <w:tc>
          <w:tcPr>
            <w:tcW w:type="dxa" w:w="1134"/>
            <w:shd w:fill="009688"/>
            <w:vAlign w:val="center"/>
          </w:tcPr>
          <w:p>
            <w:r>
              <w:rPr>
                <w:b/>
                <w:color w:val="FFFFFF"/>
              </w:rPr>
              <w:t>J2 AM</w:t>
            </w:r>
          </w:p>
        </w:tc>
        <w:tc>
          <w:tcPr>
            <w:tcW w:type="dxa" w:w="1134"/>
            <w:shd w:fill="009688"/>
            <w:vAlign w:val="center"/>
          </w:tcPr>
          <w:p>
            <w:r>
              <w:rPr>
                <w:b/>
                <w:color w:val="FFFFFF"/>
              </w:rPr>
              <w:t>J2 PM</w:t>
            </w:r>
          </w:p>
        </w:tc>
        <w:tc>
          <w:tcPr>
            <w:tcW w:type="dxa" w:w="1134"/>
            <w:shd w:fill="009688"/>
            <w:vAlign w:val="center"/>
          </w:tcPr>
          <w:p>
            <w:r>
              <w:rPr>
                <w:b/>
                <w:color w:val="FFFFFF"/>
              </w:rPr>
              <w:t>J3 AM</w:t>
            </w:r>
          </w:p>
        </w:tc>
        <w:tc>
          <w:tcPr>
            <w:tcW w:type="dxa" w:w="1134"/>
            <w:shd w:fill="009688"/>
            <w:vAlign w:val="center"/>
          </w:tcPr>
          <w:p>
            <w:r>
              <w:rPr>
                <w:b/>
                <w:color w:val="FFFFFF"/>
              </w:rPr>
              <w:t>J3 PM</w:t>
            </w:r>
          </w:p>
        </w:tc>
        <w:tc>
          <w:tcPr>
            <w:tcW w:type="dxa" w:w="1134"/>
            <w:shd w:fill="009688"/>
            <w:vAlign w:val="center"/>
          </w:tcPr>
          <w:p>
            <w:r>
              <w:rPr>
                <w:b/>
                <w:color w:val="FFFFFF"/>
              </w:rPr>
              <w:t>J4 AM</w:t>
            </w:r>
          </w:p>
        </w:tc>
        <w:tc>
          <w:tcPr>
            <w:tcW w:type="dxa" w:w="1134"/>
            <w:shd w:fill="009688"/>
            <w:vAlign w:val="center"/>
          </w:tcPr>
          <w:p>
            <w:r>
              <w:rPr>
                <w:b/>
                <w:color w:val="FFFFFF"/>
              </w:rPr>
              <w:t>J4 PM</w:t>
            </w:r>
          </w:p>
        </w:tc>
        <w:tc>
          <w:tcPr>
            <w:tcW w:type="dxa" w:w="1134"/>
            <w:shd w:fill="009688"/>
            <w:vAlign w:val="center"/>
          </w:tcPr>
          <w:p>
            <w:r>
              <w:rPr>
                <w:b/>
                <w:color w:val="FFFFFF"/>
              </w:rPr>
              <w:t>J5 AM</w:t>
            </w:r>
          </w:p>
        </w:tc>
        <w:tc>
          <w:tcPr>
            <w:tcW w:type="dxa" w:w="1134"/>
            <w:shd w:fill="009688"/>
            <w:vAlign w:val="center"/>
          </w:tcPr>
          <w:p>
            <w:r>
              <w:rPr>
                <w:b/>
                <w:color w:val="FFFFFF"/>
              </w:rPr>
              <w:t>J5 PM</w:t>
            </w:r>
          </w:p>
        </w:tc>
        <w:tc>
          <w:tcPr>
            <w:tcW w:type="dxa" w:w="1417"/>
            <w:shd w:fill="009688"/>
            <w:vAlign w:val="center"/>
          </w:tcPr>
          <w:p>
            <w:r>
              <w:rPr>
                <w:b/>
                <w:color w:val="FFFFFF"/>
              </w:rPr>
              <w:t>Total h</w:t>
            </w:r>
          </w:p>
        </w:tc>
        <w:tc>
          <w:tcPr>
            <w:tcW w:type="dxa" w:w="2268"/>
            <w:shd w:fill="009688"/>
            <w:vAlign w:val="center"/>
          </w:tcPr>
          <w:p>
            <w:r>
              <w:rPr>
                <w:b/>
                <w:color w:val="FFFFFF"/>
              </w:rPr>
              <w:t>Signature stagiaire</w:t>
            </w:r>
          </w:p>
        </w:tc>
        <w:tc>
          <w:tcPr>
            <w:tcW w:type="dxa" w:w="2268"/>
            <w:shd w:fill="009688"/>
            <w:vAlign w:val="center"/>
          </w:tcPr>
          <w:p>
            <w:r>
              <w:rPr>
                <w:b/>
                <w:color w:val="FFFFFF"/>
              </w:rPr>
              <w:t>Signature formateur</w:t>
            </w:r>
          </w:p>
        </w:tc>
      </w:tr>
      <w:tr>
        <w:tc>
          <w:tcPr>
            <w:tcW w:type="dxa" w:w="567"/>
            <w:vAlign w:val="center"/>
          </w:tcPr>
          <w:p>
            <w:r>
              <w:t>1</w:t>
            </w:r>
          </w:p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417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2</w:t>
            </w:r>
          </w:p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417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3</w:t>
            </w:r>
          </w:p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417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4</w:t>
            </w:r>
          </w:p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417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5</w:t>
            </w:r>
          </w:p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417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6</w:t>
            </w:r>
          </w:p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417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7</w:t>
            </w:r>
          </w:p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417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8</w:t>
            </w:r>
          </w:p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417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9</w:t>
            </w:r>
          </w:p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417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10</w:t>
            </w:r>
          </w:p>
        </w:tc>
        <w:tc>
          <w:tcPr>
            <w:tcW w:type="dxa" w:w="2835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134"/>
            <w:vAlign w:val="center"/>
          </w:tcPr>
          <w:p/>
        </w:tc>
        <w:tc>
          <w:tcPr>
            <w:tcW w:type="dxa" w:w="1417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</w:tbl>
    <w:p/>
    <w:p>
      <w:r>
        <w:rPr>
          <w:b/>
        </w:rPr>
        <w:t xml:space="preserve">Mentions : </w:t>
      </w:r>
      <w:r>
        <w:t>une signature par demi-journée en présence du formateur ; ratures contre-signées. Conservation : 5 ans. Les informations recueillies font l’objet d’un traitement à des fins de traçabilité (RGPD).</w:t>
      </w:r>
    </w:p>
    <w:p>
      <w:r>
        <w:br w:type="page"/>
      </w:r>
    </w:p>
    <w:p>
      <w:pPr>
        <w:jc w:val="center"/>
      </w:pPr>
      <w:r>
        <w:rPr>
          <w:b/>
          <w:color w:val="3F51B5"/>
          <w:sz w:val="32"/>
        </w:rPr>
        <w:t>FEUILLE D’ÉMARGEMENT — DISTANCIEL (classe virtuelle)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fill="3F51B5"/>
          </w:tcPr>
          <w:p/>
        </w:tc>
      </w:tr>
    </w:tbl>
    <w:p>
      <w:r>
        <w:rPr>
          <w:b/>
        </w:rPr>
        <w:t>Organisme de formation : __________________________   N° d’activité : ____________</w:t>
        <w:br/>
      </w:r>
      <w:r>
        <w:rPr>
          <w:b/>
        </w:rPr>
        <w:t>Intitulé de l’action : _____________________________   Code interne : ____________</w:t>
        <w:br/>
      </w:r>
      <w:r>
        <w:rPr>
          <w:b/>
        </w:rPr>
        <w:t>Dates : du __/__/____ au __/__/____    Plateforme : _____________________________</w:t>
        <w:br/>
      </w:r>
      <w:r>
        <w:rPr>
          <w:b/>
        </w:rPr>
        <w:t>Formateur(trice) : _________________________________   Tél/E-mail : _____________</w:t>
        <w:br/>
      </w:r>
    </w:p>
    <w:p>
      <w:pPr>
        <w:spacing w:before="48"/>
      </w:pPr>
      <w:r>
        <w:rPr>
          <w:b/>
          <w:color w:val="009688"/>
          <w:sz w:val="24"/>
        </w:rPr>
        <w:t>Liste des participants (distanciel)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567"/>
            <w:shd w:fill="3F51B5"/>
            <w:vAlign w:val="center"/>
          </w:tcPr>
          <w:p>
            <w:r>
              <w:rPr>
                <w:b/>
                <w:color w:val="FFFFFF"/>
              </w:rPr>
              <w:t>#</w:t>
            </w:r>
          </w:p>
        </w:tc>
        <w:tc>
          <w:tcPr>
            <w:tcW w:type="dxa" w:w="3402"/>
            <w:shd w:fill="3F51B5"/>
            <w:vAlign w:val="center"/>
          </w:tcPr>
          <w:p>
            <w:r>
              <w:rPr>
                <w:b/>
                <w:color w:val="FFFFFF"/>
              </w:rPr>
              <w:t>Nom &amp; Prénom</w:t>
            </w:r>
          </w:p>
        </w:tc>
        <w:tc>
          <w:tcPr>
            <w:tcW w:type="dxa" w:w="2835"/>
            <w:shd w:fill="3F51B5"/>
            <w:vAlign w:val="center"/>
          </w:tcPr>
          <w:p>
            <w:r>
              <w:rPr>
                <w:b/>
                <w:color w:val="FFFFFF"/>
              </w:rPr>
              <w:t>Entreprise</w:t>
            </w:r>
          </w:p>
        </w:tc>
        <w:tc>
          <w:tcPr>
            <w:tcW w:type="dxa" w:w="2835"/>
            <w:shd w:fill="3F51B5"/>
            <w:vAlign w:val="center"/>
          </w:tcPr>
          <w:p>
            <w:r>
              <w:rPr>
                <w:b/>
                <w:color w:val="FFFFFF"/>
              </w:rPr>
              <w:t>E-mail</w:t>
            </w:r>
          </w:p>
        </w:tc>
        <w:tc>
          <w:tcPr>
            <w:tcW w:type="dxa" w:w="2268"/>
            <w:shd w:fill="3F51B5"/>
            <w:vAlign w:val="center"/>
          </w:tcPr>
          <w:p>
            <w:r>
              <w:rPr>
                <w:b/>
                <w:color w:val="FFFFFF"/>
              </w:rPr>
              <w:t>Présence (heures)</w:t>
            </w:r>
          </w:p>
        </w:tc>
      </w:tr>
      <w:tr>
        <w:tc>
          <w:tcPr>
            <w:tcW w:type="dxa" w:w="567"/>
            <w:vAlign w:val="center"/>
          </w:tcPr>
          <w:p>
            <w:r>
              <w:t>1</w:t>
            </w:r>
          </w:p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2</w:t>
            </w:r>
          </w:p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3</w:t>
            </w:r>
          </w:p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4</w:t>
            </w:r>
          </w:p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5</w:t>
            </w:r>
          </w:p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6</w:t>
            </w:r>
          </w:p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7</w:t>
            </w:r>
          </w:p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8</w:t>
            </w:r>
          </w:p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9</w:t>
            </w:r>
          </w:p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10</w:t>
            </w:r>
          </w:p>
        </w:tc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2268"/>
            <w:vAlign w:val="center"/>
          </w:tcPr>
          <w:p/>
        </w:tc>
      </w:tr>
    </w:tbl>
    <w:p/>
    <w:p>
      <w:pPr>
        <w:spacing w:before="48"/>
      </w:pPr>
      <w:r>
        <w:rPr>
          <w:b/>
          <w:color w:val="009688"/>
          <w:sz w:val="24"/>
        </w:rPr>
        <w:t>Relevé des connexions (horodatage)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425"/>
        <w:gridCol w:w="1425"/>
        <w:gridCol w:w="1425"/>
        <w:gridCol w:w="1425"/>
        <w:gridCol w:w="1425"/>
        <w:gridCol w:w="1425"/>
        <w:gridCol w:w="1425"/>
      </w:tblGrid>
      <w:tr>
        <w:tc>
          <w:tcPr>
            <w:tcW w:type="dxa" w:w="567"/>
            <w:shd w:fill="009688"/>
            <w:vAlign w:val="center"/>
          </w:tcPr>
          <w:p>
            <w:r>
              <w:rPr>
                <w:b/>
                <w:color w:val="FFFFFF"/>
              </w:rPr>
              <w:t>#</w:t>
            </w:r>
          </w:p>
        </w:tc>
        <w:tc>
          <w:tcPr>
            <w:tcW w:type="dxa" w:w="3118"/>
            <w:shd w:fill="009688"/>
            <w:vAlign w:val="center"/>
          </w:tcPr>
          <w:p>
            <w:r>
              <w:rPr>
                <w:b/>
                <w:color w:val="FFFFFF"/>
              </w:rPr>
              <w:t>Nom &amp; Prénom</w:t>
            </w:r>
          </w:p>
        </w:tc>
        <w:tc>
          <w:tcPr>
            <w:tcW w:type="dxa" w:w="1814"/>
            <w:shd w:fill="009688"/>
            <w:vAlign w:val="center"/>
          </w:tcPr>
          <w:p>
            <w:r>
              <w:rPr>
                <w:b/>
                <w:color w:val="FFFFFF"/>
              </w:rPr>
              <w:t>Date</w:t>
            </w:r>
          </w:p>
        </w:tc>
        <w:tc>
          <w:tcPr>
            <w:tcW w:type="dxa" w:w="1814"/>
            <w:shd w:fill="009688"/>
            <w:vAlign w:val="center"/>
          </w:tcPr>
          <w:p>
            <w:r>
              <w:rPr>
                <w:b/>
                <w:color w:val="FFFFFF"/>
              </w:rPr>
              <w:t>Heure début</w:t>
            </w:r>
          </w:p>
        </w:tc>
        <w:tc>
          <w:tcPr>
            <w:tcW w:type="dxa" w:w="1814"/>
            <w:shd w:fill="009688"/>
            <w:vAlign w:val="center"/>
          </w:tcPr>
          <w:p>
            <w:r>
              <w:rPr>
                <w:b/>
                <w:color w:val="FFFFFF"/>
              </w:rPr>
              <w:t>Heure fin</w:t>
            </w:r>
          </w:p>
        </w:tc>
        <w:tc>
          <w:tcPr>
            <w:tcW w:type="dxa" w:w="1701"/>
            <w:shd w:fill="009688"/>
            <w:vAlign w:val="center"/>
          </w:tcPr>
          <w:p>
            <w:r>
              <w:rPr>
                <w:b/>
                <w:color w:val="FFFFFF"/>
              </w:rPr>
              <w:t>Durée (h)</w:t>
            </w:r>
          </w:p>
        </w:tc>
        <w:tc>
          <w:tcPr>
            <w:tcW w:type="dxa" w:w="3402"/>
            <w:shd w:fill="009688"/>
            <w:vAlign w:val="center"/>
          </w:tcPr>
          <w:p>
            <w:r>
              <w:rPr>
                <w:b/>
                <w:color w:val="FFFFFF"/>
              </w:rPr>
              <w:t>Observations</w:t>
            </w:r>
          </w:p>
        </w:tc>
      </w:tr>
      <w:tr>
        <w:tc>
          <w:tcPr>
            <w:tcW w:type="dxa" w:w="567"/>
            <w:vAlign w:val="center"/>
          </w:tcPr>
          <w:p>
            <w:r>
              <w:t>1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2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3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4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5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6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7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8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9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10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</w:tr>
      <w:tr>
        <w:tc>
          <w:tcPr>
            <w:tcW w:type="dxa" w:w="567"/>
            <w:vAlign w:val="center"/>
          </w:tcPr>
          <w:p>
            <w:r>
              <w:t>11</w:t>
            </w:r>
          </w:p>
        </w:tc>
        <w:tc>
          <w:tcPr>
            <w:tcW w:type="dxa" w:w="3118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814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</w:tr>
    </w:tbl>
    <w:p/>
    <w:p>
      <w:r>
        <w:rPr>
          <w:b/>
        </w:rPr>
        <w:t xml:space="preserve">Mentions : </w:t>
      </w:r>
      <w:r>
        <w:t>en distanciel, la présence est justifiée par les relevés de connexion de la plateforme (export PDF/CSV). Attestation d’assiduité à produire en fin de session.</w:t>
      </w:r>
    </w:p>
    <w:p/>
    <w:p>
      <w:pPr>
        <w:spacing w:before="48"/>
      </w:pPr>
      <w:r>
        <w:rPr>
          <w:b/>
          <w:color w:val="009688"/>
          <w:sz w:val="24"/>
        </w:rPr>
        <w:t>Signatures de clôture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535"/>
            <w:shd w:fill="607D8B"/>
            <w:vAlign w:val="center"/>
          </w:tcPr>
          <w:p>
            <w:r>
              <w:rPr>
                <w:b/>
                <w:color w:val="FFFFFF"/>
              </w:rPr>
              <w:t>Signature formateur(trice)</w:t>
            </w:r>
          </w:p>
        </w:tc>
        <w:tc>
          <w:tcPr>
            <w:tcW w:type="dxa" w:w="6803"/>
            <w:shd w:fill="607D8B"/>
            <w:vAlign w:val="center"/>
          </w:tcPr>
          <w:p>
            <w:r>
              <w:rPr>
                <w:b/>
                <w:color w:val="FFFFFF"/>
              </w:rPr>
              <w:t>Cachet &amp; signature de l’organisme</w:t>
            </w:r>
          </w:p>
        </w:tc>
      </w:tr>
      <w:tr>
        <w:tc>
          <w:tcPr>
            <w:tcW w:type="dxa" w:w="4535"/>
            <w:vAlign w:val="center"/>
          </w:tcPr>
          <w:p>
            <w:r>
              <w:t>Fait à ____________, le __/__/____</w:t>
            </w:r>
          </w:p>
        </w:tc>
        <w:tc>
          <w:tcPr>
            <w:tcW w:type="dxa" w:w="6803"/>
            <w:vAlign w:val="center"/>
          </w:tcPr>
          <w:p>
            <w:r>
              <w:t>Fait à ____________, le __/__/____</w:t>
            </w:r>
          </w:p>
        </w:tc>
      </w:tr>
      <w:tr>
        <w:tc>
          <w:tcPr>
            <w:tcW w:type="dxa" w:w="4535"/>
            <w:vAlign w:val="center"/>
          </w:tcPr>
          <w:p/>
        </w:tc>
        <w:tc>
          <w:tcPr>
            <w:tcW w:type="dxa" w:w="6803"/>
            <w:vAlign w:val="center"/>
          </w:tcPr>
          <w:p/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right"/>
    </w:pPr>
    <w:r>
      <w:rPr>
        <w:color w:val="78909C"/>
        <w:sz w:val="18"/>
      </w:rPr>
      <w:t>© lecoursgratuit.com — Feuille_Emargement_v1.0 — À conserver 5 ans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b/>
        <w:color w:val="009688"/>
        <w:sz w:val="20"/>
      </w:rPr>
      <w:t>Feuille d’émargement — Modèle conforme (présentiel &amp; distanciel)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