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left"/>
      </w:pPr>
      <w:r>
        <w:rPr>
          <w:b/>
          <w:color w:val="0B3D4F"/>
          <w:sz w:val="40"/>
        </w:rPr>
        <w:t>DOSSIER DE CANDIDATURE — FORMATION PRO (v2)</w:t>
      </w:r>
    </w:p>
    <w:tbl>
      <w:tblPr>
        <w:tblW w:type="auto" w:w="0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9972"/>
      </w:tblGrid>
      <w:tr>
        <w:tc>
          <w:tcPr>
            <w:tcW w:type="dxa" w:w="9972"/>
            <w:shd w:val="clear" w:color="auto" w:fill="0B3D4F"/>
          </w:tcPr>
          <w:p>
            <w:r>
              <w:rPr>
                <w:b/>
                <w:color w:val="FFFFFF"/>
                <w:sz w:val="32"/>
              </w:rPr>
              <w:t>INFORMATIONS PERSONNELLES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4986"/>
        <w:gridCol w:w="4986"/>
      </w:tblGrid>
      <w:tr>
        <w:tc>
          <w:tcPr>
            <w:tcW w:type="dxa" w:w="4986"/>
            <w:shd w:val="clear" w:color="auto" w:fill="E5F3FF"/>
          </w:tcPr>
          <w:p>
            <w:r>
              <w:rPr>
                <w:b/>
              </w:rPr>
              <w:t>Nom / Prénom</w:t>
            </w:r>
          </w:p>
        </w:tc>
        <w:tc>
          <w:tcPr>
            <w:tcW w:type="dxa" w:w="4986"/>
          </w:tcPr>
          <w:p>
            <w:r>
              <w:t xml:space="preserve">— </w:t>
            </w:r>
          </w:p>
        </w:tc>
      </w:tr>
      <w:tr>
        <w:tc>
          <w:tcPr>
            <w:tcW w:type="dxa" w:w="4986"/>
            <w:shd w:val="clear" w:color="auto" w:fill="E5F3FF"/>
          </w:tcPr>
          <w:p>
            <w:r>
              <w:rPr>
                <w:b/>
              </w:rPr>
              <w:t>Nationalité</w:t>
            </w:r>
          </w:p>
        </w:tc>
        <w:tc>
          <w:tcPr>
            <w:tcW w:type="dxa" w:w="4986"/>
          </w:tcPr>
          <w:p>
            <w:r>
              <w:t xml:space="preserve">— </w:t>
            </w:r>
          </w:p>
        </w:tc>
      </w:tr>
      <w:tr>
        <w:tc>
          <w:tcPr>
            <w:tcW w:type="dxa" w:w="4986"/>
            <w:shd w:val="clear" w:color="auto" w:fill="E5F3FF"/>
          </w:tcPr>
          <w:p>
            <w:r>
              <w:rPr>
                <w:b/>
              </w:rPr>
              <w:t>Adresse complète</w:t>
            </w:r>
          </w:p>
        </w:tc>
        <w:tc>
          <w:tcPr>
            <w:tcW w:type="dxa" w:w="4986"/>
          </w:tcPr>
          <w:p>
            <w:r>
              <w:t xml:space="preserve">— </w:t>
            </w:r>
          </w:p>
        </w:tc>
      </w:tr>
      <w:tr>
        <w:tc>
          <w:tcPr>
            <w:tcW w:type="dxa" w:w="4986"/>
            <w:shd w:val="clear" w:color="auto" w:fill="E5F3FF"/>
          </w:tcPr>
          <w:p>
            <w:r>
              <w:rPr>
                <w:b/>
              </w:rPr>
              <w:t>Email / Téléphone</w:t>
            </w:r>
          </w:p>
        </w:tc>
        <w:tc>
          <w:tcPr>
            <w:tcW w:type="dxa" w:w="4986"/>
          </w:tcPr>
          <w:p>
            <w:r>
              <w:t xml:space="preserve">— </w:t>
            </w:r>
          </w:p>
        </w:tc>
      </w:tr>
      <w:tr>
        <w:tc>
          <w:tcPr>
            <w:tcW w:type="dxa" w:w="4986"/>
            <w:shd w:val="clear" w:color="auto" w:fill="E5F3FF"/>
          </w:tcPr>
          <w:p>
            <w:r>
              <w:rPr>
                <w:b/>
              </w:rPr>
              <w:t>Situation professionnelle</w:t>
            </w:r>
          </w:p>
        </w:tc>
        <w:tc>
          <w:tcPr>
            <w:tcW w:type="dxa" w:w="4986"/>
          </w:tcPr>
          <w:p>
            <w:r>
              <w:t xml:space="preserve">— </w:t>
            </w:r>
          </w:p>
        </w:tc>
      </w:tr>
      <w:tr>
        <w:tc>
          <w:tcPr>
            <w:tcW w:type="dxa" w:w="4986"/>
            <w:shd w:val="clear" w:color="auto" w:fill="E5F3FF"/>
          </w:tcPr>
          <w:p>
            <w:r>
              <w:rPr>
                <w:b/>
              </w:rPr>
              <w:t>Employeur / SIRET (si applicable)</w:t>
            </w:r>
          </w:p>
        </w:tc>
        <w:tc>
          <w:tcPr>
            <w:tcW w:type="dxa" w:w="4986"/>
          </w:tcPr>
          <w:p>
            <w:r>
              <w:t xml:space="preserve">— </w:t>
            </w:r>
          </w:p>
        </w:tc>
      </w:tr>
      <w:tr>
        <w:tc>
          <w:tcPr>
            <w:tcW w:type="dxa" w:w="4986"/>
            <w:shd w:val="clear" w:color="auto" w:fill="E5F3FF"/>
          </w:tcPr>
          <w:p>
            <w:r>
              <w:rPr>
                <w:b/>
              </w:rPr>
              <w:t>Personne à contacter en cas d’urgence</w:t>
            </w:r>
          </w:p>
        </w:tc>
        <w:tc>
          <w:tcPr>
            <w:tcW w:type="dxa" w:w="4986"/>
          </w:tcPr>
          <w:p>
            <w:r>
              <w:t xml:space="preserve">— 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9972"/>
      </w:tblGrid>
      <w:tr>
        <w:tc>
          <w:tcPr>
            <w:tcW w:type="dxa" w:w="9972"/>
            <w:shd w:val="clear" w:color="auto" w:fill="0B3D4F"/>
          </w:tcPr>
          <w:p>
            <w:r>
              <w:rPr>
                <w:b/>
                <w:color w:val="FFFFFF"/>
                <w:sz w:val="32"/>
              </w:rPr>
              <w:t>PARCOURS &amp; MOTIVATION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4986"/>
        <w:gridCol w:w="4986"/>
      </w:tblGrid>
      <w:tr>
        <w:tc>
          <w:tcPr>
            <w:tcW w:type="dxa" w:w="4986"/>
            <w:shd w:val="clear" w:color="auto" w:fill="F2F2F2"/>
          </w:tcPr>
          <w:p>
            <w:r>
              <w:rPr>
                <w:b/>
              </w:rPr>
              <w:t>Dernières formations suivies</w:t>
            </w:r>
          </w:p>
        </w:tc>
        <w:tc>
          <w:tcPr>
            <w:tcW w:type="dxa" w:w="4986"/>
          </w:tcPr>
          <w:p>
            <w:r>
              <w:t xml:space="preserve">— </w:t>
            </w:r>
          </w:p>
        </w:tc>
      </w:tr>
      <w:tr>
        <w:tc>
          <w:tcPr>
            <w:tcW w:type="dxa" w:w="4986"/>
            <w:shd w:val="clear" w:color="auto" w:fill="F2F2F2"/>
          </w:tcPr>
          <w:p>
            <w:r>
              <w:rPr>
                <w:b/>
              </w:rPr>
              <w:t>Expérience(s) significative(s)</w:t>
            </w:r>
          </w:p>
        </w:tc>
        <w:tc>
          <w:tcPr>
            <w:tcW w:type="dxa" w:w="4986"/>
          </w:tcPr>
          <w:p>
            <w:r>
              <w:t xml:space="preserve">— </w:t>
            </w:r>
          </w:p>
        </w:tc>
      </w:tr>
      <w:tr>
        <w:tc>
          <w:tcPr>
            <w:tcW w:type="dxa" w:w="4986"/>
            <w:shd w:val="clear" w:color="auto" w:fill="F2F2F2"/>
          </w:tcPr>
          <w:p>
            <w:r>
              <w:rPr>
                <w:b/>
              </w:rPr>
              <w:t>Compétences à développer</w:t>
            </w:r>
          </w:p>
        </w:tc>
        <w:tc>
          <w:tcPr>
            <w:tcW w:type="dxa" w:w="4986"/>
          </w:tcPr>
          <w:p>
            <w:r>
              <w:t xml:space="preserve">— </w:t>
            </w:r>
          </w:p>
        </w:tc>
      </w:tr>
      <w:tr>
        <w:tc>
          <w:tcPr>
            <w:tcW w:type="dxa" w:w="4986"/>
            <w:shd w:val="clear" w:color="auto" w:fill="F2F2F2"/>
          </w:tcPr>
          <w:p>
            <w:r>
              <w:rPr>
                <w:b/>
              </w:rPr>
              <w:t>Motivation (10–12 lignes)</w:t>
            </w:r>
          </w:p>
        </w:tc>
        <w:tc>
          <w:tcPr>
            <w:tcW w:type="dxa" w:w="4986"/>
          </w:tcPr>
          <w:p>
            <w:r>
              <w:t xml:space="preserve">— </w:t>
            </w:r>
          </w:p>
        </w:tc>
      </w:tr>
      <w:tr>
        <w:tc>
          <w:tcPr>
            <w:tcW w:type="dxa" w:w="4986"/>
            <w:shd w:val="clear" w:color="auto" w:fill="F2F2F2"/>
          </w:tcPr>
          <w:p>
            <w:r>
              <w:rPr>
                <w:b/>
              </w:rPr>
              <w:t>Projet à 6 mois</w:t>
            </w:r>
          </w:p>
        </w:tc>
        <w:tc>
          <w:tcPr>
            <w:tcW w:type="dxa" w:w="4986"/>
          </w:tcPr>
          <w:p>
            <w:r>
              <w:t xml:space="preserve">— 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9972"/>
      </w:tblGrid>
      <w:tr>
        <w:tc>
          <w:tcPr>
            <w:tcW w:type="dxa" w:w="9972"/>
            <w:shd w:val="clear" w:color="auto" w:fill="0B3D4F"/>
          </w:tcPr>
          <w:p>
            <w:r>
              <w:rPr>
                <w:b/>
                <w:color w:val="FFFFFF"/>
                <w:sz w:val="32"/>
              </w:rPr>
              <w:t>RÉFÉRENCES &amp; PIÈCES</w:t>
            </w:r>
          </w:p>
        </w:tc>
      </w:tr>
    </w:tbl>
    <w:p>
      <w:r>
        <w:t>Référents : Nom / Fonction / Contact — 1) ______  2) ______</w:t>
      </w:r>
    </w:p>
    <w:p>
      <w:r>
        <w:t>Pièces jointes : □ CV □ CNI/Passport □ Attestation employeur □ Justificatif adresse □ Autres : ________</w:t>
      </w:r>
    </w:p>
    <w:p/>
    <w:tbl>
      <w:tblPr>
        <w:tblW w:type="auto" w:w="0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9972"/>
      </w:tblGrid>
      <w:tr>
        <w:tc>
          <w:tcPr>
            <w:tcW w:type="dxa" w:w="9972"/>
            <w:shd w:val="clear" w:color="auto" w:fill="0B3D4F"/>
          </w:tcPr>
          <w:p>
            <w:r>
              <w:rPr>
                <w:b/>
                <w:color w:val="FFFFFF"/>
                <w:sz w:val="32"/>
              </w:rPr>
              <w:t>DÉCLARATIONS &amp; CONSENTEMENTS</w:t>
            </w:r>
          </w:p>
        </w:tc>
      </w:tr>
    </w:tbl>
    <w:p>
      <w:r>
        <w:t>□ Je certifie l’exactitude des informations fournies.</w:t>
      </w:r>
    </w:p>
    <w:p>
      <w:r>
        <w:t>□ J’accepte le traitement de mes données pour la gestion de ma candidature (RGPD).</w:t>
      </w:r>
    </w:p>
    <w:p>
      <w:r>
        <w:t>Date : ____ / ____ / ______    Signature : ___________________</w:t>
      </w:r>
    </w:p>
    <w:sectPr w:rsidR="00FC693F" w:rsidRPr="0006063C" w:rsidSect="00034616">
      <w:footerReference w:type="default" r:id="rId9"/>
      <w:pgSz w:w="12240" w:h="15840"/>
      <w:pgMar w:top="1020" w:right="1134" w:bottom="1020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646464"/>
        <w:sz w:val="18"/>
      </w:rPr>
      <w:t xml:space="preserve">Page </w:t>
    </w:r>
    <w:fldSimple w:instr="PAGE \* MERGEFORMAT">
      <w:r>
        <w:t>1</w:t>
      </w:r>
    </w:fldSimple>
    <w:r>
      <w:rPr>
        <w:color w:val="646464"/>
        <w:sz w:val="18"/>
      </w:rPr>
      <w:t xml:space="preserve"> / </w:t>
    </w:r>
    <w:fldSimple w:instr="NUMPAGES \* MERGEFORMAT">
      <w:r>
        <w:t>1</w:t>
      </w:r>
    </w:fldSimple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