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624"/>
            <w:shd w:val="clear" w:color="auto" w:fill="E67E22"/>
          </w:tcPr>
          <w:p/>
        </w:tc>
        <w:tc>
          <w:tcPr>
            <w:tcW w:type="dxa" w:w="8957"/>
          </w:tcPr>
          <w:p>
            <w:r>
              <w:rPr>
                <w:b/>
                <w:color w:val="333333"/>
                <w:sz w:val="32"/>
              </w:rPr>
              <w:t>DOSSIER DES OUVRAGES EXÉCUTÉS (DOE) — TRAVAUX PUBLICS</w:t>
            </w:r>
          </w:p>
          <w:p>
            <w:r>
              <w:rPr>
                <w:i/>
              </w:rPr>
              <w:t>Design « TP » — bandeau orange, rubriques VRD/voirie/réseaux, essais et récolements géoréférencés.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4478"/>
              <w:gridCol w:w="4478"/>
            </w:tblGrid>
            <w:tr>
              <w:tc>
                <w:tcPr>
                  <w:tcW w:type="dxa" w:w="4478"/>
                  <w:shd w:val="clear" w:color="auto" w:fill="FBE9E7"/>
                </w:tcPr>
                <w:p>
                  <w:r>
                    <w:t>Maître d’ouvrage / MOE</w:t>
                  </w:r>
                </w:p>
              </w:tc>
              <w:tc>
                <w:tcPr>
                  <w:tcW w:type="dxa" w:w="4478"/>
                </w:tcPr>
                <w:p>
                  <w:r>
                    <w:t>____________________________ / ____________________________</w:t>
                  </w:r>
                </w:p>
              </w:tc>
            </w:tr>
            <w:tr>
              <w:tc>
                <w:tcPr>
                  <w:tcW w:type="dxa" w:w="4478"/>
                  <w:shd w:val="clear" w:color="auto" w:fill="FBE9E7"/>
                </w:tcPr>
                <w:p>
                  <w:r>
                    <w:t>Entreprise / Lot</w:t>
                  </w:r>
                </w:p>
              </w:tc>
              <w:tc>
                <w:tcPr>
                  <w:tcW w:type="dxa" w:w="4478"/>
                </w:tcPr>
                <w:p>
                  <w:r>
                    <w:t>____________________________ / ____________________________</w:t>
                  </w:r>
                </w:p>
              </w:tc>
            </w:tr>
            <w:tr>
              <w:tc>
                <w:tcPr>
                  <w:tcW w:type="dxa" w:w="4478"/>
                  <w:shd w:val="clear" w:color="auto" w:fill="FBE9E7"/>
                </w:tcPr>
                <w:p>
                  <w:r>
                    <w:t>Période travaux</w:t>
                  </w:r>
                </w:p>
              </w:tc>
              <w:tc>
                <w:tcPr>
                  <w:tcW w:type="dxa" w:w="4478"/>
                </w:tcPr>
                <w:p>
                  <w:r>
                    <w:t>Du __/__/____ au __/__/____   (OS : __/__/____)</w:t>
                  </w:r>
                </w:p>
              </w:tc>
            </w:tr>
          </w:tbl>
          <w:p/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198"/>
              <w:gridCol w:w="8759"/>
            </w:tblGrid>
            <w:tr>
              <w:tc>
                <w:tcPr>
                  <w:tcW w:type="dxa" w:w="4478"/>
                  <w:shd w:val="clear" w:color="auto" w:fill="E67E22"/>
                </w:tcPr>
                <w:p/>
              </w:tc>
              <w:tc>
                <w:tcPr>
                  <w:tcW w:type="dxa" w:w="4478"/>
                </w:tcPr>
                <w:p>
                  <w:r>
                    <w:rPr>
                      <w:b/>
                      <w:color w:val="333333"/>
                    </w:rPr>
                    <w:t>1. PROGRAMME &amp; PÉRIMÈTRE DES OUVRAGES (VRD / VOIRIE / RÉSEAUX / GÉNIE CIVIL)</w:t>
                  </w:r>
                </w:p>
              </w:tc>
            </w:tr>
          </w:tbl>
          <w:p/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4478"/>
              <w:gridCol w:w="4478"/>
            </w:tblGrid>
            <w:tr>
              <w:tc>
                <w:tcPr>
                  <w:tcW w:type="dxa" w:w="4478"/>
                  <w:shd w:val="clear" w:color="auto" w:fill="FFF3E0"/>
                </w:tcPr>
                <w:p>
                  <w:r>
                    <w:t>Périmètre</w:t>
                  </w:r>
                </w:p>
              </w:tc>
              <w:tc>
                <w:tcPr>
                  <w:tcW w:type="dxa" w:w="4478"/>
                </w:tcPr>
                <w:p>
                  <w:r>
                    <w:t>Voirie ☐  Accès ☐  Trottoirs ☐  Aménagements ☐  Ouvrages GC ☐</w:t>
                  </w:r>
                </w:p>
              </w:tc>
            </w:tr>
            <w:tr>
              <w:tc>
                <w:tcPr>
                  <w:tcW w:type="dxa" w:w="4478"/>
                  <w:shd w:val="clear" w:color="auto" w:fill="FFF3E0"/>
                </w:tcPr>
                <w:p>
                  <w:r>
                    <w:t>Réseaux humides</w:t>
                  </w:r>
                </w:p>
              </w:tc>
              <w:tc>
                <w:tcPr>
                  <w:tcW w:type="dxa" w:w="4478"/>
                </w:tcPr>
                <w:p>
                  <w:r>
                    <w:t>AEP ☐  EU ☐  EP ☐  Ouvrages (regards, bassins, by-pass) ☐</w:t>
                  </w:r>
                </w:p>
              </w:tc>
            </w:tr>
            <w:tr>
              <w:tc>
                <w:tcPr>
                  <w:tcW w:type="dxa" w:w="4478"/>
                  <w:shd w:val="clear" w:color="auto" w:fill="FFF3E0"/>
                </w:tcPr>
                <w:p>
                  <w:r>
                    <w:t>Réseaux secs</w:t>
                  </w:r>
                </w:p>
              </w:tc>
              <w:tc>
                <w:tcPr>
                  <w:tcW w:type="dxa" w:w="4478"/>
                </w:tcPr>
                <w:p>
                  <w:r>
                    <w:t>Éclairage public ☐  Électricité ☐  Télécom ☐  Signalisation ☐</w:t>
                  </w:r>
                </w:p>
              </w:tc>
            </w:tr>
            <w:tr>
              <w:tc>
                <w:tcPr>
                  <w:tcW w:type="dxa" w:w="4478"/>
                  <w:shd w:val="clear" w:color="auto" w:fill="FFF3E0"/>
                </w:tcPr>
                <w:p>
                  <w:r>
                    <w:t>Contraintes</w:t>
                  </w:r>
                </w:p>
              </w:tc>
              <w:tc>
                <w:tcPr>
                  <w:tcW w:type="dxa" w:w="4478"/>
                </w:tcPr>
                <w:p>
                  <w:r>
                    <w:t>Phasage ☐  Nuisances ☐  Déviations circulation ☐  Milieu sensible ☐</w:t>
                  </w:r>
                </w:p>
              </w:tc>
            </w:tr>
          </w:tbl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198"/>
              <w:gridCol w:w="8759"/>
            </w:tblGrid>
            <w:tr>
              <w:tc>
                <w:tcPr>
                  <w:tcW w:type="dxa" w:w="4478"/>
                  <w:shd w:val="clear" w:color="auto" w:fill="E67E22"/>
                </w:tcPr>
                <w:p/>
              </w:tc>
              <w:tc>
                <w:tcPr>
                  <w:tcW w:type="dxa" w:w="4478"/>
                </w:tcPr>
                <w:p>
                  <w:r>
                    <w:rPr>
                      <w:b/>
                      <w:color w:val="333333"/>
                    </w:rPr>
                    <w:t>2. RÉFÉRENCES RÉGLEMENTAIRES &amp; AUTORISATIONS</w:t>
                  </w:r>
                </w:p>
              </w:tc>
            </w:tr>
          </w:tbl>
          <w:p/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4478"/>
              <w:gridCol w:w="4478"/>
            </w:tblGrid>
            <w:tr>
              <w:tc>
                <w:tcPr>
                  <w:tcW w:type="dxa" w:w="4478"/>
                  <w:shd w:val="clear" w:color="auto" w:fill="FFF3E0"/>
                </w:tcPr>
                <w:p>
                  <w:r>
                    <w:t>DICT / DT / Arrêtés</w:t>
                  </w:r>
                </w:p>
              </w:tc>
              <w:tc>
                <w:tcPr>
                  <w:tcW w:type="dxa" w:w="4478"/>
                </w:tcPr>
                <w:p>
                  <w:r>
                    <w:t>DICT ☐  ATU ☐  Arrêté de circulation ☐  Permission de voirie ☐</w:t>
                  </w:r>
                </w:p>
              </w:tc>
            </w:tr>
            <w:tr>
              <w:tc>
                <w:tcPr>
                  <w:tcW w:type="dxa" w:w="4478"/>
                  <w:shd w:val="clear" w:color="auto" w:fill="FFF3E0"/>
                </w:tcPr>
                <w:p>
                  <w:r>
                    <w:t>PPSPS / Plan prévention</w:t>
                  </w:r>
                </w:p>
              </w:tc>
              <w:tc>
                <w:tcPr>
                  <w:tcW w:type="dxa" w:w="4478"/>
                </w:tcPr>
                <w:p>
                  <w:r>
                    <w:t>Oui ☐  Non ☐  Réf : __________________</w:t>
                  </w:r>
                </w:p>
              </w:tc>
            </w:tr>
            <w:tr>
              <w:tc>
                <w:tcPr>
                  <w:tcW w:type="dxa" w:w="4478"/>
                  <w:shd w:val="clear" w:color="auto" w:fill="FFF3E0"/>
                </w:tcPr>
                <w:p>
                  <w:r>
                    <w:t>Signalisation chantier</w:t>
                  </w:r>
                </w:p>
              </w:tc>
              <w:tc>
                <w:tcPr>
                  <w:tcW w:type="dxa" w:w="4478"/>
                </w:tcPr>
                <w:p>
                  <w:r>
                    <w:t>Plan validé ☐  Journal de suivi ☐</w:t>
                  </w:r>
                </w:p>
              </w:tc>
            </w:tr>
            <w:tr>
              <w:tc>
                <w:tcPr>
                  <w:tcW w:type="dxa" w:w="4478"/>
                  <w:shd w:val="clear" w:color="auto" w:fill="FFF3E0"/>
                </w:tcPr>
                <w:p>
                  <w:r>
                    <w:t>Environnement</w:t>
                  </w:r>
                </w:p>
              </w:tc>
              <w:tc>
                <w:tcPr>
                  <w:tcW w:type="dxa" w:w="4478"/>
                </w:tcPr>
                <w:p>
                  <w:r>
                    <w:t>Gestion déblais/remblais ☐  Eaux de pompage ☐  Bruit/poussières ☐</w:t>
                  </w:r>
                </w:p>
              </w:tc>
            </w:tr>
          </w:tbl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198"/>
              <w:gridCol w:w="8759"/>
            </w:tblGrid>
            <w:tr>
              <w:tc>
                <w:tcPr>
                  <w:tcW w:type="dxa" w:w="4478"/>
                  <w:shd w:val="clear" w:color="auto" w:fill="E67E22"/>
                </w:tcPr>
                <w:p/>
              </w:tc>
              <w:tc>
                <w:tcPr>
                  <w:tcW w:type="dxa" w:w="4478"/>
                </w:tcPr>
                <w:p>
                  <w:r>
                    <w:rPr>
                      <w:b/>
                      <w:color w:val="333333"/>
                    </w:rPr>
                    <w:t>3. PLANS DE RÉCOLEMENT GÉORÉFÉRENCÉS (AS-BUILT)</w:t>
                  </w:r>
                </w:p>
              </w:tc>
            </w:tr>
          </w:tbl>
          <w:p/>
          <w:p>
            <w:r>
              <w:t>Préciser le système : Référentiel planimétrique __________ (ex. RGF93 / CCxx) — Altimétrique __________ (ex. IGN69).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8957"/>
            </w:tblGrid>
            <w:tr>
              <w:tc>
                <w:tcPr>
                  <w:tcW w:type="dxa" w:w="8957"/>
                </w:tcPr>
                <w:p>
                  <w:r>
                    <w:rPr>
                      <w:b/>
                    </w:rPr>
                    <w:t>Entrée type (dupliquer)</w:t>
                  </w:r>
                </w:p>
              </w:tc>
            </w:tr>
          </w:tbl>
          <w:p/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4478"/>
              <w:gridCol w:w="4478"/>
            </w:tblGrid>
            <w:tr>
              <w:tc>
                <w:tcPr>
                  <w:tcW w:type="dxa" w:w="4478"/>
                  <w:shd w:val="clear" w:color="auto" w:fill="FBE9E7"/>
                </w:tcPr>
                <w:p>
                  <w:r>
                    <w:t>Réseau / Ouvrage</w:t>
                  </w:r>
                </w:p>
              </w:tc>
              <w:tc>
                <w:tcPr>
                  <w:tcW w:type="dxa" w:w="4478"/>
                </w:tcPr>
                <w:p>
                  <w:r>
                    <w:t>AEP ☐  EU ☐  EP ☐  Éclairage ☐  Télécom ☐  GC ☐</w:t>
                  </w:r>
                </w:p>
              </w:tc>
            </w:tr>
            <w:tr>
              <w:tc>
                <w:tcPr>
                  <w:tcW w:type="dxa" w:w="4478"/>
                  <w:shd w:val="clear" w:color="auto" w:fill="FBE9E7"/>
                </w:tcPr>
                <w:p>
                  <w:r>
                    <w:t>Coordonnées</w:t>
                  </w:r>
                </w:p>
              </w:tc>
              <w:tc>
                <w:tcPr>
                  <w:tcW w:type="dxa" w:w="4478"/>
                </w:tcPr>
                <w:p>
                  <w:r>
                    <w:t>X : ______  Y : ______  Z : ______  (tolérance : ± ___ cm)</w:t>
                  </w:r>
                </w:p>
              </w:tc>
            </w:tr>
            <w:tr>
              <w:tc>
                <w:tcPr>
                  <w:tcW w:type="dxa" w:w="4478"/>
                  <w:shd w:val="clear" w:color="auto" w:fill="FBE9E7"/>
                </w:tcPr>
                <w:p>
                  <w:r>
                    <w:t>Documents</w:t>
                  </w:r>
                </w:p>
              </w:tc>
              <w:tc>
                <w:tcPr>
                  <w:tcW w:type="dxa" w:w="4478"/>
                </w:tcPr>
                <w:p>
                  <w:r>
                    <w:t>PDF ☐  DWG ☐  SHP/SIG ☐  Photo ☐  Coupe/profil ☐</w:t>
                  </w:r>
                </w:p>
              </w:tc>
            </w:tr>
            <w:tr>
              <w:tc>
                <w:tcPr>
                  <w:tcW w:type="dxa" w:w="4478"/>
                  <w:shd w:val="clear" w:color="auto" w:fill="FBE9E7"/>
                </w:tcPr>
                <w:p>
                  <w:r>
                    <w:t>Index / Date / Auteur</w:t>
                  </w:r>
                </w:p>
              </w:tc>
              <w:tc>
                <w:tcPr>
                  <w:tcW w:type="dxa" w:w="4478"/>
                </w:tcPr>
                <w:p>
                  <w:r>
                    <w:t>____ / __/__/____ / __________________</w:t>
                  </w:r>
                </w:p>
              </w:tc>
            </w:tr>
            <w:tr>
              <w:tc>
                <w:tcPr>
                  <w:tcW w:type="dxa" w:w="4478"/>
                  <w:shd w:val="clear" w:color="auto" w:fill="FBE9E7"/>
                </w:tcPr>
                <w:p>
                  <w:r>
                    <w:t>Chemin/URL</w:t>
                  </w:r>
                </w:p>
              </w:tc>
              <w:tc>
                <w:tcPr>
                  <w:tcW w:type="dxa" w:w="4478"/>
                </w:tcPr>
                <w:p>
                  <w:r>
                    <w:t>________________________________________________________</w:t>
                  </w:r>
                </w:p>
              </w:tc>
            </w:tr>
          </w:tbl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198"/>
              <w:gridCol w:w="8759"/>
            </w:tblGrid>
            <w:tr>
              <w:tc>
                <w:tcPr>
                  <w:tcW w:type="dxa" w:w="4478"/>
                  <w:shd w:val="clear" w:color="auto" w:fill="E67E22"/>
                </w:tcPr>
                <w:p/>
              </w:tc>
              <w:tc>
                <w:tcPr>
                  <w:tcW w:type="dxa" w:w="4478"/>
                </w:tcPr>
                <w:p>
                  <w:r>
                    <w:rPr>
                      <w:b/>
                      <w:color w:val="333333"/>
                    </w:rPr>
                    <w:t>4. MATÉRIAUX &amp; FOURNITURES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8957"/>
            </w:tblGrid>
            <w:tr>
              <w:tc>
                <w:tcPr>
                  <w:tcW w:type="dxa" w:w="8957"/>
                </w:tcPr>
                <w:p>
                  <w:r>
                    <w:rPr>
                      <w:b/>
                    </w:rPr>
                    <w:t>Entrée type</w:t>
                  </w:r>
                </w:p>
              </w:tc>
            </w:tr>
          </w:tbl>
          <w:p/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4478"/>
              <w:gridCol w:w="4478"/>
            </w:tblGrid>
            <w:tr>
              <w:tc>
                <w:tcPr>
                  <w:tcW w:type="dxa" w:w="4478"/>
                  <w:shd w:val="clear" w:color="auto" w:fill="FBE9E7"/>
                </w:tcPr>
                <w:p>
                  <w:r>
                    <w:t>Voirie (couches)</w:t>
                  </w:r>
                </w:p>
              </w:tc>
              <w:tc>
                <w:tcPr>
                  <w:tcW w:type="dxa" w:w="4478"/>
                </w:tcPr>
                <w:p>
                  <w:r>
                    <w:t>GNT : ______  |  Enrobés : ______  |  Béton : ______</w:t>
                  </w:r>
                </w:p>
              </w:tc>
            </w:tr>
            <w:tr>
              <w:tc>
                <w:tcPr>
                  <w:tcW w:type="dxa" w:w="4478"/>
                  <w:shd w:val="clear" w:color="auto" w:fill="FBE9E7"/>
                </w:tcPr>
                <w:p>
                  <w:r>
                    <w:t>Canalisations</w:t>
                  </w:r>
                </w:p>
              </w:tc>
              <w:tc>
                <w:tcPr>
                  <w:tcW w:type="dxa" w:w="4478"/>
                </w:tcPr>
                <w:p>
                  <w:r>
                    <w:t>Matière : ______  DN : ______  PN : ______  Norme : ______</w:t>
                  </w:r>
                </w:p>
              </w:tc>
            </w:tr>
            <w:tr>
              <w:tc>
                <w:tcPr>
                  <w:tcW w:type="dxa" w:w="4478"/>
                  <w:shd w:val="clear" w:color="auto" w:fill="FBE9E7"/>
                </w:tcPr>
                <w:p>
                  <w:r>
                    <w:t>Regards / Bordures / Mobilier</w:t>
                  </w:r>
                </w:p>
              </w:tc>
              <w:tc>
                <w:tcPr>
                  <w:tcW w:type="dxa" w:w="4478"/>
                </w:tcPr>
                <w:p>
                  <w:r>
                    <w:t>Type : ______  Réf : ______</w:t>
                  </w:r>
                </w:p>
              </w:tc>
            </w:tr>
            <w:tr>
              <w:tc>
                <w:tcPr>
                  <w:tcW w:type="dxa" w:w="4478"/>
                  <w:shd w:val="clear" w:color="auto" w:fill="FBE9E7"/>
                </w:tcPr>
                <w:p>
                  <w:r>
                    <w:t>Certificats / CE / DoP</w:t>
                  </w:r>
                </w:p>
              </w:tc>
              <w:tc>
                <w:tcPr>
                  <w:tcW w:type="dxa" w:w="4478"/>
                </w:tcPr>
                <w:p>
                  <w:r>
                    <w:t>Oui ☐  Non ☐  Réfs : __________________</w:t>
                  </w:r>
                </w:p>
              </w:tc>
            </w:tr>
          </w:tbl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198"/>
              <w:gridCol w:w="8759"/>
            </w:tblGrid>
            <w:tr>
              <w:tc>
                <w:tcPr>
                  <w:tcW w:type="dxa" w:w="4478"/>
                  <w:shd w:val="clear" w:color="auto" w:fill="E67E22"/>
                </w:tcPr>
                <w:p/>
              </w:tc>
              <w:tc>
                <w:tcPr>
                  <w:tcW w:type="dxa" w:w="4478"/>
                </w:tcPr>
                <w:p>
                  <w:r>
                    <w:rPr>
                      <w:b/>
                      <w:color w:val="333333"/>
                    </w:rPr>
                    <w:t>5. ESSAIS, CONTRÔLES &amp; PV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8957"/>
            </w:tblGrid>
            <w:tr>
              <w:tc>
                <w:tcPr>
                  <w:tcW w:type="dxa" w:w="8957"/>
                </w:tcPr>
                <w:p>
                  <w:r>
                    <w:rPr>
                      <w:b/>
                    </w:rPr>
                    <w:t>Entrée type</w:t>
                  </w:r>
                </w:p>
              </w:tc>
            </w:tr>
          </w:tbl>
          <w:p/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4478"/>
              <w:gridCol w:w="4478"/>
            </w:tblGrid>
            <w:tr>
              <w:tc>
                <w:tcPr>
                  <w:tcW w:type="dxa" w:w="4478"/>
                  <w:shd w:val="clear" w:color="auto" w:fill="FBE9E7"/>
                </w:tcPr>
                <w:p>
                  <w:r>
                    <w:t>Compactage / Portance</w:t>
                  </w:r>
                </w:p>
              </w:tc>
              <w:tc>
                <w:tcPr>
                  <w:tcW w:type="dxa" w:w="4478"/>
                </w:tcPr>
                <w:p>
                  <w:r>
                    <w:t>Plaque dynamique ☐  EV2/EVd ☐  Épaisseurs ☐</w:t>
                  </w:r>
                </w:p>
              </w:tc>
            </w:tr>
            <w:tr>
              <w:tc>
                <w:tcPr>
                  <w:tcW w:type="dxa" w:w="4478"/>
                  <w:shd w:val="clear" w:color="auto" w:fill="FBE9E7"/>
                </w:tcPr>
                <w:p>
                  <w:r>
                    <w:t>Réseaux humides</w:t>
                  </w:r>
                </w:p>
              </w:tc>
              <w:tc>
                <w:tcPr>
                  <w:tcW w:type="dxa" w:w="4478"/>
                </w:tcPr>
                <w:p>
                  <w:r>
                    <w:t>Épreuve pression AEP ☐  Étanchéité EU/EP ☐  Inspection vidéo ☐</w:t>
                  </w:r>
                </w:p>
              </w:tc>
            </w:tr>
            <w:tr>
              <w:tc>
                <w:tcPr>
                  <w:tcW w:type="dxa" w:w="4478"/>
                  <w:shd w:val="clear" w:color="auto" w:fill="FBE9E7"/>
                </w:tcPr>
                <w:p>
                  <w:r>
                    <w:t>Voirie</w:t>
                  </w:r>
                </w:p>
              </w:tc>
              <w:tc>
                <w:tcPr>
                  <w:tcW w:type="dxa" w:w="4478"/>
                </w:tcPr>
                <w:p>
                  <w:r>
                    <w:t>Granulométrie ☐  Bitume ☐  Rugosité ☐</w:t>
                  </w:r>
                </w:p>
              </w:tc>
            </w:tr>
            <w:tr>
              <w:tc>
                <w:tcPr>
                  <w:tcW w:type="dxa" w:w="4478"/>
                  <w:shd w:val="clear" w:color="auto" w:fill="FBE9E7"/>
                </w:tcPr>
                <w:p>
                  <w:r>
                    <w:t>Béton</w:t>
                  </w:r>
                </w:p>
              </w:tc>
              <w:tc>
                <w:tcPr>
                  <w:tcW w:type="dxa" w:w="4478"/>
                </w:tcPr>
                <w:p>
                  <w:r>
                    <w:t>Résistance ☐  Ferraillage ☐  Réception coffrage ☐</w:t>
                  </w:r>
                </w:p>
              </w:tc>
            </w:tr>
            <w:tr>
              <w:tc>
                <w:tcPr>
                  <w:tcW w:type="dxa" w:w="4478"/>
                  <w:shd w:val="clear" w:color="auto" w:fill="FBE9E7"/>
                </w:tcPr>
                <w:p>
                  <w:r>
                    <w:t>Pièces jointes</w:t>
                  </w:r>
                </w:p>
              </w:tc>
              <w:tc>
                <w:tcPr>
                  <w:tcW w:type="dxa" w:w="4478"/>
                </w:tcPr>
                <w:p>
                  <w:r>
                    <w:t>PV ☐  Rapports ☐  Mesures ☐  Réf : __________</w:t>
                  </w:r>
                </w:p>
              </w:tc>
            </w:tr>
          </w:tbl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198"/>
              <w:gridCol w:w="8759"/>
            </w:tblGrid>
            <w:tr>
              <w:tc>
                <w:tcPr>
                  <w:tcW w:type="dxa" w:w="4478"/>
                  <w:shd w:val="clear" w:color="auto" w:fill="E67E22"/>
                </w:tcPr>
                <w:p/>
              </w:tc>
              <w:tc>
                <w:tcPr>
                  <w:tcW w:type="dxa" w:w="4478"/>
                </w:tcPr>
                <w:p>
                  <w:r>
                    <w:rPr>
                      <w:b/>
                      <w:color w:val="333333"/>
                    </w:rPr>
                    <w:t>6. TABLEAU ATTRIBUTAIRE DES RÉSEAUX (RÉCAPITULATIF)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8957"/>
            </w:tblGrid>
            <w:tr>
              <w:tc>
                <w:tcPr>
                  <w:tcW w:type="dxa" w:w="8957"/>
                </w:tcPr>
                <w:p>
                  <w:r>
                    <w:rPr>
                      <w:b/>
                    </w:rPr>
                    <w:t>À dupliquer par tronçon/ouvrage</w:t>
                  </w:r>
                </w:p>
              </w:tc>
            </w:tr>
          </w:tbl>
          <w:p/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4478"/>
              <w:gridCol w:w="4478"/>
            </w:tblGrid>
            <w:tr>
              <w:tc>
                <w:tcPr>
                  <w:tcW w:type="dxa" w:w="4478"/>
                  <w:shd w:val="clear" w:color="auto" w:fill="FFF3E0"/>
                </w:tcPr>
                <w:p>
                  <w:r>
                    <w:t>Tronçon / Ouvrage</w:t>
                  </w:r>
                </w:p>
              </w:tc>
              <w:tc>
                <w:tcPr>
                  <w:tcW w:type="dxa" w:w="4478"/>
                </w:tcPr>
                <w:p>
                  <w:r>
                    <w:t>____________________________</w:t>
                  </w:r>
                </w:p>
              </w:tc>
            </w:tr>
            <w:tr>
              <w:tc>
                <w:tcPr>
                  <w:tcW w:type="dxa" w:w="4478"/>
                  <w:shd w:val="clear" w:color="auto" w:fill="FFF3E0"/>
                </w:tcPr>
                <w:p>
                  <w:r>
                    <w:t>Matériau / DN / PN</w:t>
                  </w:r>
                </w:p>
              </w:tc>
              <w:tc>
                <w:tcPr>
                  <w:tcW w:type="dxa" w:w="4478"/>
                </w:tcPr>
                <w:p>
                  <w:r>
                    <w:t>____________________________</w:t>
                  </w:r>
                </w:p>
              </w:tc>
            </w:tr>
            <w:tr>
              <w:tc>
                <w:tcPr>
                  <w:tcW w:type="dxa" w:w="4478"/>
                  <w:shd w:val="clear" w:color="auto" w:fill="FFF3E0"/>
                </w:tcPr>
                <w:p>
                  <w:r>
                    <w:t>Profondeur / Alt. radier / Pente</w:t>
                  </w:r>
                </w:p>
              </w:tc>
              <w:tc>
                <w:tcPr>
                  <w:tcW w:type="dxa" w:w="4478"/>
                </w:tcPr>
                <w:p>
                  <w:r>
                    <w:t>____________________________</w:t>
                  </w:r>
                </w:p>
              </w:tc>
            </w:tr>
            <w:tr>
              <w:tc>
                <w:tcPr>
                  <w:tcW w:type="dxa" w:w="4478"/>
                  <w:shd w:val="clear" w:color="auto" w:fill="FFF3E0"/>
                </w:tcPr>
                <w:p>
                  <w:r>
                    <w:t>Accessoires</w:t>
                  </w:r>
                </w:p>
              </w:tc>
              <w:tc>
                <w:tcPr>
                  <w:tcW w:type="dxa" w:w="4478"/>
                </w:tcPr>
                <w:p>
                  <w:r>
                    <w:t>Vannes ☐  Bouches ☐  Bran. ☐  PEHD ☐  Ventouses ☐  Clapets ☐</w:t>
                  </w:r>
                </w:p>
              </w:tc>
            </w:tr>
            <w:tr>
              <w:tc>
                <w:tcPr>
                  <w:tcW w:type="dxa" w:w="4478"/>
                  <w:shd w:val="clear" w:color="auto" w:fill="FFF3E0"/>
                </w:tcPr>
                <w:p>
                  <w:r>
                    <w:t>Repères / PK / Coordonnées</w:t>
                  </w:r>
                </w:p>
              </w:tc>
              <w:tc>
                <w:tcPr>
                  <w:tcW w:type="dxa" w:w="4478"/>
                </w:tcPr>
                <w:p>
                  <w:r>
                    <w:t>____________________________</w:t>
                  </w:r>
                </w:p>
              </w:tc>
            </w:tr>
          </w:tbl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198"/>
              <w:gridCol w:w="8759"/>
            </w:tblGrid>
            <w:tr>
              <w:tc>
                <w:tcPr>
                  <w:tcW w:type="dxa" w:w="4478"/>
                  <w:shd w:val="clear" w:color="auto" w:fill="E67E22"/>
                </w:tcPr>
                <w:p/>
              </w:tc>
              <w:tc>
                <w:tcPr>
                  <w:tcW w:type="dxa" w:w="4478"/>
                </w:tcPr>
                <w:p>
                  <w:r>
                    <w:rPr>
                      <w:b/>
                      <w:color w:val="333333"/>
                    </w:rPr>
                    <w:t>7. DÉCHETS, TRAÇABILITÉ &amp; EXUTOIRES</w:t>
                  </w:r>
                </w:p>
              </w:tc>
            </w:tr>
          </w:tbl>
          <w:p/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4478"/>
              <w:gridCol w:w="4478"/>
            </w:tblGrid>
            <w:tr>
              <w:tc>
                <w:tcPr>
                  <w:tcW w:type="dxa" w:w="4478"/>
                  <w:shd w:val="clear" w:color="auto" w:fill="FFF3E0"/>
                </w:tcPr>
                <w:p>
                  <w:r>
                    <w:t>BSD / Suivi filière</w:t>
                  </w:r>
                </w:p>
              </w:tc>
              <w:tc>
                <w:tcPr>
                  <w:tcW w:type="dxa" w:w="4478"/>
                </w:tcPr>
                <w:p>
                  <w:r>
                    <w:t>Oui ☐  Non ☐  Réf : __________________</w:t>
                  </w:r>
                </w:p>
              </w:tc>
            </w:tr>
            <w:tr>
              <w:tc>
                <w:tcPr>
                  <w:tcW w:type="dxa" w:w="4478"/>
                  <w:shd w:val="clear" w:color="auto" w:fill="FFF3E0"/>
                </w:tcPr>
                <w:p>
                  <w:r>
                    <w:t>Terres excavées</w:t>
                  </w:r>
                </w:p>
              </w:tc>
              <w:tc>
                <w:tcPr>
                  <w:tcW w:type="dxa" w:w="4478"/>
                </w:tcPr>
                <w:p>
                  <w:r>
                    <w:t>Caractérisation ☐  Filière ☐  Exutoire : __________</w:t>
                  </w:r>
                </w:p>
              </w:tc>
            </w:tr>
            <w:tr>
              <w:tc>
                <w:tcPr>
                  <w:tcW w:type="dxa" w:w="4478"/>
                  <w:shd w:val="clear" w:color="auto" w:fill="FFF3E0"/>
                </w:tcPr>
                <w:p>
                  <w:r>
                    <w:t>Matériaux sortants/entrants</w:t>
                  </w:r>
                </w:p>
              </w:tc>
              <w:tc>
                <w:tcPr>
                  <w:tcW w:type="dxa" w:w="4478"/>
                </w:tcPr>
                <w:p>
                  <w:r>
                    <w:t>Quantités ☐  Provenance ☐  Bordereaux ☐</w:t>
                  </w:r>
                </w:p>
              </w:tc>
            </w:tr>
          </w:tbl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198"/>
              <w:gridCol w:w="8759"/>
            </w:tblGrid>
            <w:tr>
              <w:tc>
                <w:tcPr>
                  <w:tcW w:type="dxa" w:w="4478"/>
                  <w:shd w:val="clear" w:color="auto" w:fill="E67E22"/>
                </w:tcPr>
                <w:p/>
              </w:tc>
              <w:tc>
                <w:tcPr>
                  <w:tcW w:type="dxa" w:w="4478"/>
                </w:tcPr>
                <w:p>
                  <w:r>
                    <w:rPr>
                      <w:b/>
                      <w:color w:val="333333"/>
                    </w:rPr>
                    <w:t>8. SÉCURITÉ &amp; ENVIRONNEMENT — BILAN DE CHANTIER</w:t>
                  </w:r>
                </w:p>
              </w:tc>
            </w:tr>
          </w:tbl>
          <w:p/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4478"/>
              <w:gridCol w:w="4478"/>
            </w:tblGrid>
            <w:tr>
              <w:tc>
                <w:tcPr>
                  <w:tcW w:type="dxa" w:w="4478"/>
                  <w:shd w:val="clear" w:color="auto" w:fill="FFF3E0"/>
                </w:tcPr>
                <w:p>
                  <w:r>
                    <w:t>Accidents/Presqu’accidents</w:t>
                  </w:r>
                </w:p>
              </w:tc>
              <w:tc>
                <w:tcPr>
                  <w:tcW w:type="dxa" w:w="4478"/>
                </w:tcPr>
                <w:p>
                  <w:r>
                    <w:t>Nombre : ____  Faits marquants : __________________</w:t>
                  </w:r>
                </w:p>
              </w:tc>
            </w:tr>
            <w:tr>
              <w:tc>
                <w:tcPr>
                  <w:tcW w:type="dxa" w:w="4478"/>
                  <w:shd w:val="clear" w:color="auto" w:fill="FFF3E0"/>
                </w:tcPr>
                <w:p>
                  <w:r>
                    <w:t>Contrôles &amp; visites</w:t>
                  </w:r>
                </w:p>
              </w:tc>
              <w:tc>
                <w:tcPr>
                  <w:tcW w:type="dxa" w:w="4478"/>
                </w:tcPr>
                <w:p>
                  <w:r>
                    <w:t>CSPS ☐  Inspection ☐  Commentaires : __________________</w:t>
                  </w:r>
                </w:p>
              </w:tc>
            </w:tr>
            <w:tr>
              <w:tc>
                <w:tcPr>
                  <w:tcW w:type="dxa" w:w="4478"/>
                  <w:shd w:val="clear" w:color="auto" w:fill="FFF3E0"/>
                </w:tcPr>
                <w:p>
                  <w:r>
                    <w:t>Mesures environnement</w:t>
                  </w:r>
                </w:p>
              </w:tc>
              <w:tc>
                <w:tcPr>
                  <w:tcW w:type="dxa" w:w="4478"/>
                </w:tcPr>
                <w:p>
                  <w:r>
                    <w:t>Arrosage poussières ☐  Décantation ☐  Horaires ☐</w:t>
                  </w:r>
                </w:p>
              </w:tc>
            </w:tr>
          </w:tbl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198"/>
              <w:gridCol w:w="8759"/>
            </w:tblGrid>
            <w:tr>
              <w:tc>
                <w:tcPr>
                  <w:tcW w:type="dxa" w:w="4478"/>
                  <w:shd w:val="clear" w:color="auto" w:fill="E67E22"/>
                </w:tcPr>
                <w:p/>
              </w:tc>
              <w:tc>
                <w:tcPr>
                  <w:tcW w:type="dxa" w:w="4478"/>
                </w:tcPr>
                <w:p>
                  <w:r>
                    <w:rPr>
                      <w:b/>
                      <w:color w:val="333333"/>
                    </w:rPr>
                    <w:t>9. RÉSERVES &amp; LEVÉES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8957"/>
            </w:tblGrid>
            <w:tr>
              <w:tc>
                <w:tcPr>
                  <w:tcW w:type="dxa" w:w="8957"/>
                </w:tcPr>
                <w:p>
                  <w:r>
                    <w:rPr>
                      <w:b/>
                    </w:rPr>
                    <w:t>Entrée type</w:t>
                  </w:r>
                </w:p>
              </w:tc>
            </w:tr>
          </w:tbl>
          <w:p/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4478"/>
              <w:gridCol w:w="4478"/>
            </w:tblGrid>
            <w:tr>
              <w:tc>
                <w:tcPr>
                  <w:tcW w:type="dxa" w:w="4478"/>
                  <w:shd w:val="clear" w:color="auto" w:fill="FBE9E7"/>
                </w:tcPr>
                <w:p>
                  <w:r>
                    <w:t>Réserve</w:t>
                  </w:r>
                </w:p>
              </w:tc>
              <w:tc>
                <w:tcPr>
                  <w:tcW w:type="dxa" w:w="4478"/>
                </w:tcPr>
                <w:p>
                  <w:r>
                    <w:t>________________________________________________________</w:t>
                  </w:r>
                </w:p>
              </w:tc>
            </w:tr>
            <w:tr>
              <w:tc>
                <w:tcPr>
                  <w:tcW w:type="dxa" w:w="4478"/>
                  <w:shd w:val="clear" w:color="auto" w:fill="FBE9E7"/>
                </w:tcPr>
                <w:p>
                  <w:r>
                    <w:t>Localisation</w:t>
                  </w:r>
                </w:p>
              </w:tc>
              <w:tc>
                <w:tcPr>
                  <w:tcW w:type="dxa" w:w="4478"/>
                </w:tcPr>
                <w:p>
                  <w:r>
                    <w:t>________________________________________________________</w:t>
                  </w:r>
                </w:p>
              </w:tc>
            </w:tr>
            <w:tr>
              <w:tc>
                <w:tcPr>
                  <w:tcW w:type="dxa" w:w="4478"/>
                  <w:shd w:val="clear" w:color="auto" w:fill="FBE9E7"/>
                </w:tcPr>
                <w:p>
                  <w:r>
                    <w:t>Action / Responsable</w:t>
                  </w:r>
                </w:p>
              </w:tc>
              <w:tc>
                <w:tcPr>
                  <w:tcW w:type="dxa" w:w="4478"/>
                </w:tcPr>
                <w:p>
                  <w:r>
                    <w:t>________________________________________________________</w:t>
                  </w:r>
                </w:p>
              </w:tc>
            </w:tr>
            <w:tr>
              <w:tc>
                <w:tcPr>
                  <w:tcW w:type="dxa" w:w="4478"/>
                  <w:shd w:val="clear" w:color="auto" w:fill="FBE9E7"/>
                </w:tcPr>
                <w:p>
                  <w:r>
                    <w:t>Échéance / Levée</w:t>
                  </w:r>
                </w:p>
              </w:tc>
              <w:tc>
                <w:tcPr>
                  <w:tcW w:type="dxa" w:w="4478"/>
                </w:tcPr>
                <w:p>
                  <w:r>
                    <w:t>__/__/__  /  OK ☐  NOK ☐</w:t>
                  </w:r>
                </w:p>
              </w:tc>
            </w:tr>
          </w:tbl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198"/>
              <w:gridCol w:w="8759"/>
            </w:tblGrid>
            <w:tr>
              <w:tc>
                <w:tcPr>
                  <w:tcW w:type="dxa" w:w="4478"/>
                  <w:shd w:val="clear" w:color="auto" w:fill="E67E22"/>
                </w:tcPr>
                <w:p/>
              </w:tc>
              <w:tc>
                <w:tcPr>
                  <w:tcW w:type="dxa" w:w="4478"/>
                </w:tcPr>
                <w:p>
                  <w:r>
                    <w:rPr>
                      <w:b/>
                      <w:color w:val="333333"/>
                    </w:rPr>
                    <w:t>10. RÉCEPTION, GARANTIES &amp; ASSURANCES</w:t>
                  </w:r>
                </w:p>
              </w:tc>
            </w:tr>
          </w:tbl>
          <w:p/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4478"/>
              <w:gridCol w:w="4478"/>
            </w:tblGrid>
            <w:tr>
              <w:tc>
                <w:tcPr>
                  <w:tcW w:type="dxa" w:w="4478"/>
                  <w:shd w:val="clear" w:color="auto" w:fill="FFF3E0"/>
                </w:tcPr>
                <w:p>
                  <w:r>
                    <w:t>PV de réception</w:t>
                  </w:r>
                </w:p>
              </w:tc>
              <w:tc>
                <w:tcPr>
                  <w:tcW w:type="dxa" w:w="4478"/>
                </w:tcPr>
                <w:p>
                  <w:r>
                    <w:t>Date : __/__/____  Réserves : Oui ☐  Non ☐</w:t>
                  </w:r>
                </w:p>
              </w:tc>
            </w:tr>
            <w:tr>
              <w:tc>
                <w:tcPr>
                  <w:tcW w:type="dxa" w:w="4478"/>
                  <w:shd w:val="clear" w:color="auto" w:fill="FFF3E0"/>
                </w:tcPr>
                <w:p>
                  <w:r>
                    <w:t>Parfait achèvement (1 an)</w:t>
                  </w:r>
                </w:p>
              </w:tc>
              <w:tc>
                <w:tcPr>
                  <w:tcW w:type="dxa" w:w="4478"/>
                </w:tcPr>
                <w:p>
                  <w:r>
                    <w:t>Date départ : __/__/____   Observations : __________________</w:t>
                  </w:r>
                </w:p>
              </w:tc>
            </w:tr>
            <w:tr>
              <w:tc>
                <w:tcPr>
                  <w:tcW w:type="dxa" w:w="4478"/>
                  <w:shd w:val="clear" w:color="auto" w:fill="FFF3E0"/>
                </w:tcPr>
                <w:p>
                  <w:r>
                    <w:t>Décennale (10 ans) / Assurances</w:t>
                  </w:r>
                </w:p>
              </w:tc>
              <w:tc>
                <w:tcPr>
                  <w:tcW w:type="dxa" w:w="4478"/>
                </w:tcPr>
                <w:p>
                  <w:r>
                    <w:t>Compagnie / Police : __________________ / ______________</w:t>
                  </w:r>
                </w:p>
              </w:tc>
            </w:tr>
          </w:tbl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198"/>
              <w:gridCol w:w="8759"/>
            </w:tblGrid>
            <w:tr>
              <w:tc>
                <w:tcPr>
                  <w:tcW w:type="dxa" w:w="4478"/>
                  <w:shd w:val="clear" w:color="auto" w:fill="E67E22"/>
                </w:tcPr>
                <w:p/>
              </w:tc>
              <w:tc>
                <w:tcPr>
                  <w:tcW w:type="dxa" w:w="4478"/>
                </w:tcPr>
                <w:p>
                  <w:r>
                    <w:rPr>
                      <w:b/>
                      <w:color w:val="333333"/>
                    </w:rPr>
                    <w:t>11. INDEX DOCUMENTAIRE &amp; REMISE NUMÉRIQUE (ARBORESCENCE TP)</w:t>
                  </w:r>
                </w:p>
              </w:tc>
            </w:tr>
          </w:tbl>
          <w:p/>
          <w:p>
            <w:pPr>
              <w:ind w:left="283"/>
            </w:pPr>
            <w:r>
              <w:t>- 01_Couverture</w:t>
            </w:r>
          </w:p>
          <w:p>
            <w:pPr>
              <w:ind w:left="283"/>
            </w:pPr>
            <w:r>
              <w:t>- 02_Programme_PeriMetre_TP</w:t>
            </w:r>
          </w:p>
          <w:p>
            <w:pPr>
              <w:ind w:left="283"/>
            </w:pPr>
            <w:r>
              <w:t>- 03_Referentiels_Autorisations_DICT</w:t>
            </w:r>
          </w:p>
          <w:p>
            <w:pPr>
              <w:ind w:left="283"/>
            </w:pPr>
            <w:r>
              <w:t>- 04_Recollements_Georef</w:t>
            </w:r>
          </w:p>
          <w:p>
            <w:pPr>
              <w:ind w:left="283"/>
            </w:pPr>
            <w:r>
              <w:t>- 05_Materiaux_Fournitures_Certificats</w:t>
            </w:r>
          </w:p>
          <w:p>
            <w:pPr>
              <w:ind w:left="283"/>
            </w:pPr>
            <w:r>
              <w:t>- 06_Essais_Controles_PV</w:t>
            </w:r>
          </w:p>
          <w:p>
            <w:pPr>
              <w:ind w:left="283"/>
            </w:pPr>
            <w:r>
              <w:t>- 07_Table_Attributaire_Reseaux</w:t>
            </w:r>
          </w:p>
          <w:p>
            <w:pPr>
              <w:ind w:left="283"/>
            </w:pPr>
            <w:r>
              <w:t>- 08_Dechets_TraCabilite</w:t>
            </w:r>
          </w:p>
          <w:p>
            <w:pPr>
              <w:ind w:left="283"/>
            </w:pPr>
            <w:r>
              <w:t>- 09_Securite_Environnement</w:t>
            </w:r>
          </w:p>
          <w:p>
            <w:pPr>
              <w:ind w:left="283"/>
            </w:pPr>
            <w:r>
              <w:t>- 10_Reserves_Levees</w:t>
            </w:r>
          </w:p>
          <w:p>
            <w:pPr>
              <w:ind w:left="283"/>
            </w:pPr>
            <w:r>
              <w:t>- 11_Garanties_Reception</w:t>
            </w:r>
          </w:p>
          <w:p>
            <w:pPr>
              <w:ind w:left="283"/>
            </w:pPr>
            <w:r>
              <w:t>- ZZ_Annexes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198"/>
              <w:gridCol w:w="8759"/>
            </w:tblGrid>
            <w:tr>
              <w:tc>
                <w:tcPr>
                  <w:tcW w:type="dxa" w:w="4478"/>
                  <w:shd w:val="clear" w:color="auto" w:fill="E67E22"/>
                </w:tcPr>
                <w:p/>
              </w:tc>
              <w:tc>
                <w:tcPr>
                  <w:tcW w:type="dxa" w:w="4478"/>
                </w:tcPr>
                <w:p>
                  <w:r>
                    <w:rPr>
                      <w:b/>
                      <w:color w:val="333333"/>
                    </w:rPr>
                    <w:t>12. SIGNATURES &amp; VISAS</w:t>
                  </w:r>
                </w:p>
              </w:tc>
            </w:tr>
          </w:tbl>
          <w:p/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4478"/>
              <w:gridCol w:w="4478"/>
            </w:tblGrid>
            <w:tr>
              <w:tc>
                <w:tcPr>
                  <w:tcW w:type="dxa" w:w="4478"/>
                  <w:shd w:val="clear" w:color="auto" w:fill="FFF3E0"/>
                </w:tcPr>
                <w:p>
                  <w:r>
                    <w:t>Entreprise (Nom / Qualité)</w:t>
                  </w:r>
                </w:p>
              </w:tc>
              <w:tc>
                <w:tcPr>
                  <w:tcW w:type="dxa" w:w="4478"/>
                </w:tcPr>
                <w:p>
                  <w:r>
                    <w:t>____________________________ / __________________</w:t>
                  </w:r>
                </w:p>
              </w:tc>
            </w:tr>
            <w:tr>
              <w:tc>
                <w:tcPr>
                  <w:tcW w:type="dxa" w:w="4478"/>
                  <w:shd w:val="clear" w:color="auto" w:fill="FFF3E0"/>
                </w:tcPr>
                <w:p>
                  <w:r>
                    <w:t>MOE (Nom / Qualité)</w:t>
                  </w:r>
                </w:p>
              </w:tc>
              <w:tc>
                <w:tcPr>
                  <w:tcW w:type="dxa" w:w="4478"/>
                </w:tcPr>
                <w:p>
                  <w:r>
                    <w:t>____________________________ / __________________</w:t>
                  </w:r>
                </w:p>
              </w:tc>
            </w:tr>
            <w:tr>
              <w:tc>
                <w:tcPr>
                  <w:tcW w:type="dxa" w:w="4478"/>
                  <w:shd w:val="clear" w:color="auto" w:fill="FFF3E0"/>
                </w:tcPr>
                <w:p>
                  <w:r>
                    <w:t>MOA (Nom / Qualité)</w:t>
                  </w:r>
                </w:p>
              </w:tc>
              <w:tc>
                <w:tcPr>
                  <w:tcW w:type="dxa" w:w="4478"/>
                </w:tcPr>
                <w:p>
                  <w:r>
                    <w:t>____________________________ / __________________</w:t>
                  </w:r>
                </w:p>
              </w:tc>
            </w:tr>
            <w:tr>
              <w:tc>
                <w:tcPr>
                  <w:tcW w:type="dxa" w:w="4478"/>
                  <w:shd w:val="clear" w:color="auto" w:fill="FFF3E0"/>
                </w:tcPr>
                <w:p>
                  <w:r>
                    <w:t>Date / Lieu</w:t>
                  </w:r>
                </w:p>
              </w:tc>
              <w:tc>
                <w:tcPr>
                  <w:tcW w:type="dxa" w:w="4478"/>
                </w:tcPr>
                <w:p>
                  <w:r>
                    <w:t>__/__/____  /  __________________</w:t>
                  </w:r>
                </w:p>
              </w:tc>
            </w:tr>
          </w:tbl>
          <w:p/>
        </w:tc>
      </w:tr>
    </w:tbl>
    <w:sectPr w:rsidR="00FC693F" w:rsidRPr="0006063C" w:rsidSect="00034616">
      <w:headerReference w:type="default" r:id="rId9"/>
      <w:footerReference w:type="default" r:id="rId10"/>
      <w:pgSz w:w="12240" w:h="15840"/>
      <w:pgMar w:top="964" w:right="964" w:bottom="964" w:left="130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fldSimple w:instr="PAGE \* MERGEFORMAT"/>
    <w:r>
      <w:t xml:space="preserve"> / </w:t>
    </w:r>
    <w:fldSimple w:instr="NUMPAGES \* MERGEFORMAT"/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color w:val="666666"/>
        <w:sz w:val="18"/>
      </w:rPr>
      <w:t>DOE Travaux Publics — Projet : ______________________   |   Marché : ______________________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itreTP">
    <w:name w:val="TitreTP"/>
    <w:rPr>
      <w:rFonts w:ascii="Calibri" w:hAnsi="Calibri"/>
      <w:b/>
      <w:color w:val="333333"/>
      <w:sz w:val="3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