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reDOE"/>
        <w:jc w:val="left"/>
      </w:pPr>
      <w:r>
        <w:rPr>
          <w:b/>
        </w:rPr>
        <w:t>Dossier des Ouvrages Exécutés (DOE) — Modèle</w:t>
      </w:r>
    </w:p>
    <w:p>
      <w:r>
        <w:rPr>
          <w:i/>
        </w:rPr>
        <w:t>Version : ____   |   Date : __/__/____   |   Entreprise : __________________________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9803"/>
      </w:tblGrid>
      <w:tr>
        <w:tc>
          <w:tcPr>
            <w:tcW w:type="dxa" w:w="9803"/>
          </w:tcPr>
          <w:p>
            <w:r>
              <w:rPr>
                <w:b/>
              </w:rPr>
              <w:t>Informations de couverture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01"/>
        <w:gridCol w:w="4901"/>
      </w:tblGrid>
      <w:tr>
        <w:tc>
          <w:tcPr>
            <w:tcW w:type="dxa" w:w="4901"/>
            <w:shd w:val="clear" w:color="auto" w:fill="E9EFFA"/>
          </w:tcPr>
          <w:p>
            <w:r>
              <w:t>Projet / Opération</w:t>
            </w:r>
          </w:p>
        </w:tc>
        <w:tc>
          <w:tcPr>
            <w:tcW w:type="dxa" w:w="4901"/>
          </w:tcPr>
          <w:p>
            <w:r>
              <w:t>______________________________________________</w:t>
            </w:r>
          </w:p>
        </w:tc>
      </w:tr>
      <w:tr>
        <w:tc>
          <w:tcPr>
            <w:tcW w:type="dxa" w:w="4901"/>
            <w:shd w:val="clear" w:color="auto" w:fill="E9EFFA"/>
          </w:tcPr>
          <w:p>
            <w:r>
              <w:t>Chantier / Adresse</w:t>
            </w:r>
          </w:p>
        </w:tc>
        <w:tc>
          <w:tcPr>
            <w:tcW w:type="dxa" w:w="4901"/>
          </w:tcPr>
          <w:p>
            <w:r>
              <w:t>________________________________________________________</w:t>
            </w:r>
          </w:p>
        </w:tc>
      </w:tr>
      <w:tr>
        <w:tc>
          <w:tcPr>
            <w:tcW w:type="dxa" w:w="4901"/>
            <w:shd w:val="clear" w:color="auto" w:fill="E9EFFA"/>
          </w:tcPr>
          <w:p>
            <w:r>
              <w:t>Maître d’ouvrage (MOA)</w:t>
            </w:r>
          </w:p>
        </w:tc>
        <w:tc>
          <w:tcPr>
            <w:tcW w:type="dxa" w:w="4901"/>
          </w:tcPr>
          <w:p>
            <w:r>
              <w:t>______________________________________________</w:t>
            </w:r>
          </w:p>
        </w:tc>
      </w:tr>
      <w:tr>
        <w:tc>
          <w:tcPr>
            <w:tcW w:type="dxa" w:w="4901"/>
            <w:shd w:val="clear" w:color="auto" w:fill="E9EFFA"/>
          </w:tcPr>
          <w:p>
            <w:r>
              <w:t>Maîtrise d’œuvre (MOE)</w:t>
            </w:r>
          </w:p>
        </w:tc>
        <w:tc>
          <w:tcPr>
            <w:tcW w:type="dxa" w:w="4901"/>
          </w:tcPr>
          <w:p>
            <w:r>
              <w:t>______________________________________________</w:t>
            </w:r>
          </w:p>
        </w:tc>
      </w:tr>
      <w:tr>
        <w:tc>
          <w:tcPr>
            <w:tcW w:type="dxa" w:w="4901"/>
            <w:shd w:val="clear" w:color="auto" w:fill="E9EFFA"/>
          </w:tcPr>
          <w:p>
            <w:r>
              <w:t>Coordination SPS / OPC</w:t>
            </w:r>
          </w:p>
        </w:tc>
        <w:tc>
          <w:tcPr>
            <w:tcW w:type="dxa" w:w="4901"/>
          </w:tcPr>
          <w:p>
            <w:r>
              <w:t>_____________________  /  _____________________</w:t>
            </w:r>
          </w:p>
        </w:tc>
      </w:tr>
      <w:tr>
        <w:tc>
          <w:tcPr>
            <w:tcW w:type="dxa" w:w="4901"/>
            <w:shd w:val="clear" w:color="auto" w:fill="E9EFFA"/>
          </w:tcPr>
          <w:p>
            <w:r>
              <w:t>Lot / Corps d’état</w:t>
            </w:r>
          </w:p>
        </w:tc>
        <w:tc>
          <w:tcPr>
            <w:tcW w:type="dxa" w:w="4901"/>
          </w:tcPr>
          <w:p>
            <w:r>
              <w:t>______________________________________________</w:t>
            </w:r>
          </w:p>
        </w:tc>
      </w:tr>
    </w:tbl>
    <w:p/>
    <w:p>
      <w:r>
        <w:rPr>
          <w:i/>
        </w:rPr>
        <w:t>Table des matières (clic droit &gt; Mettre à jour les champs après remplissage)</w:t>
      </w:r>
    </w:p>
    <w:p>
      <w:fldSimple w:instr="TOC \o &quot;1-3&quot; \h \z \u"/>
    </w:p>
    <w:p>
      <w:r>
        <w:br w:type="page"/>
      </w:r>
    </w:p>
    <w:p>
      <w:pPr>
        <w:pStyle w:val="Heading1"/>
      </w:pPr>
      <w:r>
        <w:t>1. Identité du chantier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01"/>
        <w:gridCol w:w="4901"/>
      </w:tblGrid>
      <w:tr>
        <w:tc>
          <w:tcPr>
            <w:tcW w:type="dxa" w:w="4901"/>
            <w:shd w:val="clear" w:color="auto" w:fill="E9EFFA"/>
          </w:tcPr>
          <w:p>
            <w:r>
              <w:t>Référence marché / DCE</w:t>
            </w:r>
          </w:p>
        </w:tc>
        <w:tc>
          <w:tcPr>
            <w:tcW w:type="dxa" w:w="4901"/>
          </w:tcPr>
          <w:p>
            <w:r>
              <w:t>______________________________________________</w:t>
            </w:r>
          </w:p>
        </w:tc>
      </w:tr>
      <w:tr>
        <w:tc>
          <w:tcPr>
            <w:tcW w:type="dxa" w:w="4901"/>
            <w:shd w:val="clear" w:color="auto" w:fill="E9EFFA"/>
          </w:tcPr>
          <w:p>
            <w:r>
              <w:t>Périmètre des travaux</w:t>
            </w:r>
          </w:p>
        </w:tc>
        <w:tc>
          <w:tcPr>
            <w:tcW w:type="dxa" w:w="4901"/>
          </w:tcPr>
          <w:p>
            <w:r>
              <w:t>________________________________________________________</w:t>
            </w:r>
          </w:p>
        </w:tc>
      </w:tr>
      <w:tr>
        <w:tc>
          <w:tcPr>
            <w:tcW w:type="dxa" w:w="4901"/>
            <w:shd w:val="clear" w:color="auto" w:fill="E9EFFA"/>
          </w:tcPr>
          <w:p>
            <w:r>
              <w:t>Dates clés (OS, début, fin)</w:t>
            </w:r>
          </w:p>
        </w:tc>
        <w:tc>
          <w:tcPr>
            <w:tcW w:type="dxa" w:w="4901"/>
          </w:tcPr>
          <w:p>
            <w:r>
              <w:t>________________________________________________________</w:t>
            </w:r>
          </w:p>
        </w:tc>
      </w:tr>
      <w:tr>
        <w:tc>
          <w:tcPr>
            <w:tcW w:type="dxa" w:w="4901"/>
            <w:shd w:val="clear" w:color="auto" w:fill="E9EFFA"/>
          </w:tcPr>
          <w:p>
            <w:r>
              <w:t>Normes / Références (CCTP, DTU, Eurocodes…)</w:t>
            </w:r>
          </w:p>
        </w:tc>
        <w:tc>
          <w:tcPr>
            <w:tcW w:type="dxa" w:w="4901"/>
          </w:tcPr>
          <w:p>
            <w:r>
              <w:t>________________________________________________________</w:t>
            </w:r>
          </w:p>
        </w:tc>
      </w:tr>
    </w:tbl>
    <w:p>
      <w:pPr>
        <w:pStyle w:val="Heading1"/>
      </w:pPr>
      <w:r>
        <w:t>2. Intervenants &amp; responsabilités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01"/>
        <w:gridCol w:w="4901"/>
      </w:tblGrid>
      <w:tr>
        <w:tc>
          <w:tcPr>
            <w:tcW w:type="dxa" w:w="4901"/>
            <w:shd w:val="clear" w:color="auto" w:fill="E9EFFA"/>
          </w:tcPr>
          <w:p>
            <w:r>
              <w:t>MOA (Nom / Contact)</w:t>
            </w:r>
          </w:p>
        </w:tc>
        <w:tc>
          <w:tcPr>
            <w:tcW w:type="dxa" w:w="4901"/>
          </w:tcPr>
          <w:p>
            <w:r>
              <w:t>________________________________ / __________________</w:t>
            </w:r>
          </w:p>
        </w:tc>
      </w:tr>
      <w:tr>
        <w:tc>
          <w:tcPr>
            <w:tcW w:type="dxa" w:w="4901"/>
            <w:shd w:val="clear" w:color="auto" w:fill="E9EFFA"/>
          </w:tcPr>
          <w:p>
            <w:r>
              <w:t>MOE (Nom / Contact)</w:t>
            </w:r>
          </w:p>
        </w:tc>
        <w:tc>
          <w:tcPr>
            <w:tcW w:type="dxa" w:w="4901"/>
          </w:tcPr>
          <w:p>
            <w:r>
              <w:t>________________________________ / __________________</w:t>
            </w:r>
          </w:p>
        </w:tc>
      </w:tr>
      <w:tr>
        <w:tc>
          <w:tcPr>
            <w:tcW w:type="dxa" w:w="4901"/>
            <w:shd w:val="clear" w:color="auto" w:fill="E9EFFA"/>
          </w:tcPr>
          <w:p>
            <w:r>
              <w:t>OPC</w:t>
            </w:r>
          </w:p>
        </w:tc>
        <w:tc>
          <w:tcPr>
            <w:tcW w:type="dxa" w:w="4901"/>
          </w:tcPr>
          <w:p>
            <w:r>
              <w:t>________________________________ / __________________</w:t>
            </w:r>
          </w:p>
        </w:tc>
      </w:tr>
      <w:tr>
        <w:tc>
          <w:tcPr>
            <w:tcW w:type="dxa" w:w="4901"/>
            <w:shd w:val="clear" w:color="auto" w:fill="E9EFFA"/>
          </w:tcPr>
          <w:p>
            <w:r>
              <w:t>Coordination SPS</w:t>
            </w:r>
          </w:p>
        </w:tc>
        <w:tc>
          <w:tcPr>
            <w:tcW w:type="dxa" w:w="4901"/>
          </w:tcPr>
          <w:p>
            <w:r>
              <w:t>________________________________ / __________________</w:t>
            </w:r>
          </w:p>
        </w:tc>
      </w:tr>
      <w:tr>
        <w:tc>
          <w:tcPr>
            <w:tcW w:type="dxa" w:w="4901"/>
            <w:shd w:val="clear" w:color="auto" w:fill="E9EFFA"/>
          </w:tcPr>
          <w:p>
            <w:r>
              <w:t>Bureaux de contrôle / Essais</w:t>
            </w:r>
          </w:p>
        </w:tc>
        <w:tc>
          <w:tcPr>
            <w:tcW w:type="dxa" w:w="4901"/>
          </w:tcPr>
          <w:p>
            <w:r>
              <w:t>________________________________ / __________________</w:t>
            </w:r>
          </w:p>
        </w:tc>
      </w:tr>
      <w:tr>
        <w:tc>
          <w:tcPr>
            <w:tcW w:type="dxa" w:w="4901"/>
            <w:shd w:val="clear" w:color="auto" w:fill="E9EFFA"/>
          </w:tcPr>
          <w:p>
            <w:r>
              <w:t>Entreprises / Sous-traitants</w:t>
            </w:r>
          </w:p>
        </w:tc>
        <w:tc>
          <w:tcPr>
            <w:tcW w:type="dxa" w:w="4901"/>
          </w:tcPr>
          <w:p>
            <w:r>
              <w:t>________________________________ / __________________</w:t>
            </w:r>
          </w:p>
        </w:tc>
      </w:tr>
    </w:tbl>
    <w:p>
      <w:pPr>
        <w:pStyle w:val="Heading1"/>
      </w:pPr>
      <w:r>
        <w:t>3. Plans de récolement (as-built)</w:t>
      </w:r>
    </w:p>
    <w:p>
      <w:r>
        <w:t>Lister les plans de récolement remis avec index, date, auteur et statut de visa.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9803"/>
      </w:tblGrid>
      <w:tr>
        <w:tc>
          <w:tcPr>
            <w:tcW w:type="dxa" w:w="9803"/>
          </w:tcPr>
          <w:p>
            <w:r>
              <w:rPr>
                <w:b/>
              </w:rPr>
              <w:t>Entrée type (dupliquer une ligne par plan)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01"/>
        <w:gridCol w:w="4901"/>
      </w:tblGrid>
      <w:tr>
        <w:tc>
          <w:tcPr>
            <w:tcW w:type="dxa" w:w="4901"/>
            <w:shd w:val="clear" w:color="auto" w:fill="DDE7F7"/>
          </w:tcPr>
          <w:p>
            <w:r>
              <w:t>Discipline</w:t>
            </w:r>
          </w:p>
        </w:tc>
        <w:tc>
          <w:tcPr>
            <w:tcW w:type="dxa" w:w="4901"/>
          </w:tcPr>
          <w:p>
            <w:r>
              <w:t>Arch. ☐  Structure ☐  CVC ☐  Plomberie ☐  Électricité CFO/CFA ☐  SSI ☐  Autres ☐</w:t>
            </w:r>
          </w:p>
        </w:tc>
      </w:tr>
      <w:tr>
        <w:tc>
          <w:tcPr>
            <w:tcW w:type="dxa" w:w="4901"/>
            <w:shd w:val="clear" w:color="auto" w:fill="DDE7F7"/>
          </w:tcPr>
          <w:p>
            <w:r>
              <w:t>Index / Date / Auteur</w:t>
            </w:r>
          </w:p>
        </w:tc>
        <w:tc>
          <w:tcPr>
            <w:tcW w:type="dxa" w:w="4901"/>
          </w:tcPr>
          <w:p>
            <w:r>
              <w:t>____ / __/__/__ / __________________</w:t>
            </w:r>
          </w:p>
        </w:tc>
      </w:tr>
      <w:tr>
        <w:tc>
          <w:tcPr>
            <w:tcW w:type="dxa" w:w="4901"/>
            <w:shd w:val="clear" w:color="auto" w:fill="DDE7F7"/>
          </w:tcPr>
          <w:p>
            <w:r>
              <w:t>Support</w:t>
            </w:r>
          </w:p>
        </w:tc>
        <w:tc>
          <w:tcPr>
            <w:tcW w:type="dxa" w:w="4901"/>
          </w:tcPr>
          <w:p>
            <w:r>
              <w:t>PDF ☐  DWG ☐  BIM ☐  Papier ☐</w:t>
            </w:r>
          </w:p>
        </w:tc>
      </w:tr>
      <w:tr>
        <w:tc>
          <w:tcPr>
            <w:tcW w:type="dxa" w:w="4901"/>
            <w:shd w:val="clear" w:color="auto" w:fill="DDE7F7"/>
          </w:tcPr>
          <w:p>
            <w:r>
              <w:t>Chemin/URL</w:t>
            </w:r>
          </w:p>
        </w:tc>
        <w:tc>
          <w:tcPr>
            <w:tcW w:type="dxa" w:w="4901"/>
          </w:tcPr>
          <w:p>
            <w:r>
              <w:t>________________________________________________________</w:t>
            </w:r>
          </w:p>
        </w:tc>
      </w:tr>
    </w:tbl>
    <w:p>
      <w:pPr>
        <w:pStyle w:val="Heading1"/>
      </w:pPr>
      <w:r>
        <w:t>4. Notices &amp; fiches techniques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9803"/>
      </w:tblGrid>
      <w:tr>
        <w:tc>
          <w:tcPr>
            <w:tcW w:type="dxa" w:w="9803"/>
          </w:tcPr>
          <w:p>
            <w:r>
              <w:rPr>
                <w:b/>
              </w:rPr>
              <w:t>Entrée type (dupliquer une ligne par produit)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01"/>
        <w:gridCol w:w="4901"/>
      </w:tblGrid>
      <w:tr>
        <w:tc>
          <w:tcPr>
            <w:tcW w:type="dxa" w:w="4901"/>
            <w:shd w:val="clear" w:color="auto" w:fill="DDE7F7"/>
          </w:tcPr>
          <w:p>
            <w:r>
              <w:t>Équipement / Produit</w:t>
            </w:r>
          </w:p>
        </w:tc>
        <w:tc>
          <w:tcPr>
            <w:tcW w:type="dxa" w:w="4901"/>
          </w:tcPr>
          <w:p>
            <w:r>
              <w:t>______________________________________________</w:t>
            </w:r>
          </w:p>
        </w:tc>
      </w:tr>
      <w:tr>
        <w:tc>
          <w:tcPr>
            <w:tcW w:type="dxa" w:w="4901"/>
            <w:shd w:val="clear" w:color="auto" w:fill="DDE7F7"/>
          </w:tcPr>
          <w:p>
            <w:r>
              <w:t>Fabricant / Modèle</w:t>
            </w:r>
          </w:p>
        </w:tc>
        <w:tc>
          <w:tcPr>
            <w:tcW w:type="dxa" w:w="4901"/>
          </w:tcPr>
          <w:p>
            <w:r>
              <w:t>________________________ / ___________________</w:t>
            </w:r>
          </w:p>
        </w:tc>
      </w:tr>
      <w:tr>
        <w:tc>
          <w:tcPr>
            <w:tcW w:type="dxa" w:w="4901"/>
            <w:shd w:val="clear" w:color="auto" w:fill="DDE7F7"/>
          </w:tcPr>
          <w:p>
            <w:r>
              <w:t>Référence / CE / ATEC</w:t>
            </w:r>
          </w:p>
        </w:tc>
        <w:tc>
          <w:tcPr>
            <w:tcW w:type="dxa" w:w="4901"/>
          </w:tcPr>
          <w:p>
            <w:r>
              <w:t>________________ / ______ / ______</w:t>
            </w:r>
          </w:p>
        </w:tc>
      </w:tr>
      <w:tr>
        <w:tc>
          <w:tcPr>
            <w:tcW w:type="dxa" w:w="4901"/>
            <w:shd w:val="clear" w:color="auto" w:fill="DDE7F7"/>
          </w:tcPr>
          <w:p>
            <w:r>
              <w:t>Maintenance (fréquence / pièces)</w:t>
            </w:r>
          </w:p>
        </w:tc>
        <w:tc>
          <w:tcPr>
            <w:tcW w:type="dxa" w:w="4901"/>
          </w:tcPr>
          <w:p>
            <w:r>
              <w:t>______________________________________________</w:t>
            </w:r>
          </w:p>
        </w:tc>
      </w:tr>
      <w:tr>
        <w:tc>
          <w:tcPr>
            <w:tcW w:type="dxa" w:w="4901"/>
            <w:shd w:val="clear" w:color="auto" w:fill="DDE7F7"/>
          </w:tcPr>
          <w:p>
            <w:r>
              <w:t>Pièce jointe</w:t>
            </w:r>
          </w:p>
        </w:tc>
        <w:tc>
          <w:tcPr>
            <w:tcW w:type="dxa" w:w="4901"/>
          </w:tcPr>
          <w:p>
            <w:r>
              <w:t>PDF ☐  Lien ☐  Papier ☐  Réf : _______________</w:t>
            </w:r>
          </w:p>
        </w:tc>
      </w:tr>
    </w:tbl>
    <w:p>
      <w:pPr>
        <w:pStyle w:val="Heading1"/>
      </w:pPr>
      <w:r>
        <w:t>5. Essais, contrôles &amp; PV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9803"/>
      </w:tblGrid>
      <w:tr>
        <w:tc>
          <w:tcPr>
            <w:tcW w:type="dxa" w:w="9803"/>
          </w:tcPr>
          <w:p>
            <w:r>
              <w:rPr>
                <w:b/>
              </w:rPr>
              <w:t>Entrée type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01"/>
        <w:gridCol w:w="4901"/>
      </w:tblGrid>
      <w:tr>
        <w:tc>
          <w:tcPr>
            <w:tcW w:type="dxa" w:w="4901"/>
            <w:shd w:val="clear" w:color="auto" w:fill="DDE7F7"/>
          </w:tcPr>
          <w:p>
            <w:r>
              <w:t>Type d’essai / référence</w:t>
            </w:r>
          </w:p>
        </w:tc>
        <w:tc>
          <w:tcPr>
            <w:tcW w:type="dxa" w:w="4901"/>
          </w:tcPr>
          <w:p>
            <w:r>
              <w:t>______________________________________________</w:t>
            </w:r>
          </w:p>
        </w:tc>
      </w:tr>
      <w:tr>
        <w:tc>
          <w:tcPr>
            <w:tcW w:type="dxa" w:w="4901"/>
            <w:shd w:val="clear" w:color="auto" w:fill="DDE7F7"/>
          </w:tcPr>
          <w:p>
            <w:r>
              <w:t>Date / Lieu</w:t>
            </w:r>
          </w:p>
        </w:tc>
        <w:tc>
          <w:tcPr>
            <w:tcW w:type="dxa" w:w="4901"/>
          </w:tcPr>
          <w:p>
            <w:r>
              <w:t>__/__/____  /  __________________</w:t>
            </w:r>
          </w:p>
        </w:tc>
      </w:tr>
      <w:tr>
        <w:tc>
          <w:tcPr>
            <w:tcW w:type="dxa" w:w="4901"/>
            <w:shd w:val="clear" w:color="auto" w:fill="DDE7F7"/>
          </w:tcPr>
          <w:p>
            <w:r>
              <w:t>Résultat</w:t>
            </w:r>
          </w:p>
        </w:tc>
        <w:tc>
          <w:tcPr>
            <w:tcW w:type="dxa" w:w="4901"/>
          </w:tcPr>
          <w:p>
            <w:r>
              <w:t>Conforme ☐  Non conforme ☐  Observations : __________________</w:t>
            </w:r>
          </w:p>
        </w:tc>
      </w:tr>
      <w:tr>
        <w:tc>
          <w:tcPr>
            <w:tcW w:type="dxa" w:w="4901"/>
            <w:shd w:val="clear" w:color="auto" w:fill="DDE7F7"/>
          </w:tcPr>
          <w:p>
            <w:r>
              <w:t>Pièce jointe</w:t>
            </w:r>
          </w:p>
        </w:tc>
        <w:tc>
          <w:tcPr>
            <w:tcW w:type="dxa" w:w="4901"/>
          </w:tcPr>
          <w:p>
            <w:r>
              <w:t>PV ☐  Rapport ☐  Mesures ☐  Réf : _______________</w:t>
            </w:r>
          </w:p>
        </w:tc>
      </w:tr>
    </w:tbl>
    <w:p>
      <w:pPr>
        <w:pStyle w:val="Heading1"/>
      </w:pPr>
      <w:r>
        <w:t>6. Nomenclature matériaux &amp; équipements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9803"/>
      </w:tblGrid>
      <w:tr>
        <w:tc>
          <w:tcPr>
            <w:tcW w:type="dxa" w:w="9803"/>
          </w:tcPr>
          <w:p>
            <w:r>
              <w:rPr>
                <w:b/>
              </w:rPr>
              <w:t>Entrée type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01"/>
        <w:gridCol w:w="4901"/>
      </w:tblGrid>
      <w:tr>
        <w:tc>
          <w:tcPr>
            <w:tcW w:type="dxa" w:w="4901"/>
            <w:shd w:val="clear" w:color="auto" w:fill="DDE7F7"/>
          </w:tcPr>
          <w:p>
            <w:r>
              <w:t>Famille / Lot</w:t>
            </w:r>
          </w:p>
        </w:tc>
        <w:tc>
          <w:tcPr>
            <w:tcW w:type="dxa" w:w="4901"/>
          </w:tcPr>
          <w:p>
            <w:r>
              <w:t>______________________________________________</w:t>
            </w:r>
          </w:p>
        </w:tc>
      </w:tr>
      <w:tr>
        <w:tc>
          <w:tcPr>
            <w:tcW w:type="dxa" w:w="4901"/>
            <w:shd w:val="clear" w:color="auto" w:fill="DDE7F7"/>
          </w:tcPr>
          <w:p>
            <w:r>
              <w:t>Désignation</w:t>
            </w:r>
          </w:p>
        </w:tc>
        <w:tc>
          <w:tcPr>
            <w:tcW w:type="dxa" w:w="4901"/>
          </w:tcPr>
          <w:p>
            <w:r>
              <w:t>______________________________________________</w:t>
            </w:r>
          </w:p>
        </w:tc>
      </w:tr>
      <w:tr>
        <w:tc>
          <w:tcPr>
            <w:tcW w:type="dxa" w:w="4901"/>
            <w:shd w:val="clear" w:color="auto" w:fill="DDE7F7"/>
          </w:tcPr>
          <w:p>
            <w:r>
              <w:t>Marque / Modèle</w:t>
            </w:r>
          </w:p>
        </w:tc>
        <w:tc>
          <w:tcPr>
            <w:tcW w:type="dxa" w:w="4901"/>
          </w:tcPr>
          <w:p>
            <w:r>
              <w:t>_________________ / ______________</w:t>
            </w:r>
          </w:p>
        </w:tc>
      </w:tr>
      <w:tr>
        <w:tc>
          <w:tcPr>
            <w:tcW w:type="dxa" w:w="4901"/>
            <w:shd w:val="clear" w:color="auto" w:fill="DDE7F7"/>
          </w:tcPr>
          <w:p>
            <w:r>
              <w:t>Quantité posée</w:t>
            </w:r>
          </w:p>
        </w:tc>
        <w:tc>
          <w:tcPr>
            <w:tcW w:type="dxa" w:w="4901"/>
          </w:tcPr>
          <w:p>
            <w:r>
              <w:t>_________________</w:t>
            </w:r>
          </w:p>
        </w:tc>
      </w:tr>
      <w:tr>
        <w:tc>
          <w:tcPr>
            <w:tcW w:type="dxa" w:w="4901"/>
            <w:shd w:val="clear" w:color="auto" w:fill="DDE7F7"/>
          </w:tcPr>
          <w:p>
            <w:r>
              <w:t>Garantie (durée/départ)</w:t>
            </w:r>
          </w:p>
        </w:tc>
        <w:tc>
          <w:tcPr>
            <w:tcW w:type="dxa" w:w="4901"/>
          </w:tcPr>
          <w:p>
            <w:r>
              <w:t>____________ / __/__/____</w:t>
            </w:r>
          </w:p>
        </w:tc>
      </w:tr>
    </w:tbl>
    <w:p>
      <w:pPr>
        <w:pStyle w:val="Heading1"/>
      </w:pPr>
      <w:r>
        <w:t>7. Consignes d’exploitation &amp; maintenance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01"/>
        <w:gridCol w:w="4901"/>
      </w:tblGrid>
      <w:tr>
        <w:tc>
          <w:tcPr>
            <w:tcW w:type="dxa" w:w="4901"/>
            <w:shd w:val="clear" w:color="auto" w:fill="E9EFFA"/>
          </w:tcPr>
          <w:p>
            <w:r>
              <w:t>Procédures d’exploitation</w:t>
            </w:r>
          </w:p>
        </w:tc>
        <w:tc>
          <w:tcPr>
            <w:tcW w:type="dxa" w:w="4901"/>
          </w:tcPr>
          <w:p>
            <w:r>
              <w:t>________________________________________________________</w:t>
            </w:r>
          </w:p>
        </w:tc>
      </w:tr>
      <w:tr>
        <w:tc>
          <w:tcPr>
            <w:tcW w:type="dxa" w:w="4901"/>
            <w:shd w:val="clear" w:color="auto" w:fill="E9EFFA"/>
          </w:tcPr>
          <w:p>
            <w:r>
              <w:t>Plan de maintenance (fréquences)</w:t>
            </w:r>
          </w:p>
        </w:tc>
        <w:tc>
          <w:tcPr>
            <w:tcW w:type="dxa" w:w="4901"/>
          </w:tcPr>
          <w:p>
            <w:r>
              <w:t>________________________________________________________</w:t>
            </w:r>
          </w:p>
        </w:tc>
      </w:tr>
      <w:tr>
        <w:tc>
          <w:tcPr>
            <w:tcW w:type="dxa" w:w="4901"/>
            <w:shd w:val="clear" w:color="auto" w:fill="E9EFFA"/>
          </w:tcPr>
          <w:p>
            <w:r>
              <w:t>Consommables / Pièces</w:t>
            </w:r>
          </w:p>
        </w:tc>
        <w:tc>
          <w:tcPr>
            <w:tcW w:type="dxa" w:w="4901"/>
          </w:tcPr>
          <w:p>
            <w:r>
              <w:t>________________________________________________________</w:t>
            </w:r>
          </w:p>
        </w:tc>
      </w:tr>
      <w:tr>
        <w:tc>
          <w:tcPr>
            <w:tcW w:type="dxa" w:w="4901"/>
            <w:shd w:val="clear" w:color="auto" w:fill="E9EFFA"/>
          </w:tcPr>
          <w:p>
            <w:r>
              <w:t>Sécurité / consignation</w:t>
            </w:r>
          </w:p>
        </w:tc>
        <w:tc>
          <w:tcPr>
            <w:tcW w:type="dxa" w:w="4901"/>
          </w:tcPr>
          <w:p>
            <w:r>
              <w:t>________________________________________________________</w:t>
            </w:r>
          </w:p>
        </w:tc>
      </w:tr>
    </w:tbl>
    <w:p>
      <w:pPr>
        <w:pStyle w:val="Heading1"/>
      </w:pPr>
      <w:r>
        <w:t>8. Conformité &amp; attestations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01"/>
        <w:gridCol w:w="4901"/>
      </w:tblGrid>
      <w:tr>
        <w:tc>
          <w:tcPr>
            <w:tcW w:type="dxa" w:w="4901"/>
            <w:shd w:val="clear" w:color="auto" w:fill="E9EFFA"/>
          </w:tcPr>
          <w:p>
            <w:r>
              <w:t>Attestations réglementaires</w:t>
            </w:r>
          </w:p>
        </w:tc>
        <w:tc>
          <w:tcPr>
            <w:tcW w:type="dxa" w:w="4901"/>
          </w:tcPr>
          <w:p>
            <w:r>
              <w:t>Élec ☐  Gaz ☐  SSI ☐  Désenfumage ☐  Amiante ☐  Plomb ☐  Autre : ______</w:t>
            </w:r>
          </w:p>
        </w:tc>
      </w:tr>
      <w:tr>
        <w:tc>
          <w:tcPr>
            <w:tcW w:type="dxa" w:w="4901"/>
            <w:shd w:val="clear" w:color="auto" w:fill="E9EFFA"/>
          </w:tcPr>
          <w:p>
            <w:r>
              <w:t>Marquage CE / DoP</w:t>
            </w:r>
          </w:p>
        </w:tc>
        <w:tc>
          <w:tcPr>
            <w:tcW w:type="dxa" w:w="4901"/>
          </w:tcPr>
          <w:p>
            <w:r>
              <w:t>Oui ☐  Non ☐  Réfs : __________________</w:t>
            </w:r>
          </w:p>
        </w:tc>
      </w:tr>
      <w:tr>
        <w:tc>
          <w:tcPr>
            <w:tcW w:type="dxa" w:w="4901"/>
            <w:shd w:val="clear" w:color="auto" w:fill="E9EFFA"/>
          </w:tcPr>
          <w:p>
            <w:r>
              <w:t>Visa MOE / MOA</w:t>
            </w:r>
          </w:p>
        </w:tc>
        <w:tc>
          <w:tcPr>
            <w:tcW w:type="dxa" w:w="4901"/>
          </w:tcPr>
          <w:p>
            <w:r>
              <w:t>MOE : ________  Date : __/__/__   |   MOA : ________  Date : __/__/__</w:t>
            </w:r>
          </w:p>
        </w:tc>
      </w:tr>
    </w:tbl>
    <w:p>
      <w:pPr>
        <w:pStyle w:val="Heading1"/>
      </w:pPr>
      <w:r>
        <w:t>9. Réserves &amp; levée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9803"/>
      </w:tblGrid>
      <w:tr>
        <w:tc>
          <w:tcPr>
            <w:tcW w:type="dxa" w:w="9803"/>
          </w:tcPr>
          <w:p>
            <w:r>
              <w:rPr>
                <w:b/>
              </w:rPr>
              <w:t>Entrée type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01"/>
        <w:gridCol w:w="4901"/>
      </w:tblGrid>
      <w:tr>
        <w:tc>
          <w:tcPr>
            <w:tcW w:type="dxa" w:w="4901"/>
            <w:shd w:val="clear" w:color="auto" w:fill="DDE7F7"/>
          </w:tcPr>
          <w:p>
            <w:r>
              <w:t>Réserve</w:t>
            </w:r>
          </w:p>
        </w:tc>
        <w:tc>
          <w:tcPr>
            <w:tcW w:type="dxa" w:w="4901"/>
          </w:tcPr>
          <w:p>
            <w:r>
              <w:t>________________________________________________________</w:t>
            </w:r>
          </w:p>
        </w:tc>
      </w:tr>
      <w:tr>
        <w:tc>
          <w:tcPr>
            <w:tcW w:type="dxa" w:w="4901"/>
            <w:shd w:val="clear" w:color="auto" w:fill="DDE7F7"/>
          </w:tcPr>
          <w:p>
            <w:r>
              <w:t>Localisation</w:t>
            </w:r>
          </w:p>
        </w:tc>
        <w:tc>
          <w:tcPr>
            <w:tcW w:type="dxa" w:w="4901"/>
          </w:tcPr>
          <w:p>
            <w:r>
              <w:t>________________________________________________________</w:t>
            </w:r>
          </w:p>
        </w:tc>
      </w:tr>
      <w:tr>
        <w:tc>
          <w:tcPr>
            <w:tcW w:type="dxa" w:w="4901"/>
            <w:shd w:val="clear" w:color="auto" w:fill="DDE7F7"/>
          </w:tcPr>
          <w:p>
            <w:r>
              <w:t>Action / Responsable</w:t>
            </w:r>
          </w:p>
        </w:tc>
        <w:tc>
          <w:tcPr>
            <w:tcW w:type="dxa" w:w="4901"/>
          </w:tcPr>
          <w:p>
            <w:r>
              <w:t>________________________________________________________</w:t>
            </w:r>
          </w:p>
        </w:tc>
      </w:tr>
      <w:tr>
        <w:tc>
          <w:tcPr>
            <w:tcW w:type="dxa" w:w="4901"/>
            <w:shd w:val="clear" w:color="auto" w:fill="DDE7F7"/>
          </w:tcPr>
          <w:p>
            <w:r>
              <w:t>Échéance / Levée</w:t>
            </w:r>
          </w:p>
        </w:tc>
        <w:tc>
          <w:tcPr>
            <w:tcW w:type="dxa" w:w="4901"/>
          </w:tcPr>
          <w:p>
            <w:r>
              <w:t>__/__/__  /  OK ☐  NOK ☐</w:t>
            </w:r>
          </w:p>
        </w:tc>
      </w:tr>
    </w:tbl>
    <w:p>
      <w:pPr>
        <w:pStyle w:val="Heading1"/>
      </w:pPr>
      <w:r>
        <w:t>10. Garanties &amp; assurances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01"/>
        <w:gridCol w:w="4901"/>
      </w:tblGrid>
      <w:tr>
        <w:tc>
          <w:tcPr>
            <w:tcW w:type="dxa" w:w="4901"/>
            <w:shd w:val="clear" w:color="auto" w:fill="E9EFFA"/>
          </w:tcPr>
          <w:p>
            <w:r>
              <w:t>Parfait achèvement (1 an)</w:t>
            </w:r>
          </w:p>
        </w:tc>
        <w:tc>
          <w:tcPr>
            <w:tcW w:type="dxa" w:w="4901"/>
          </w:tcPr>
          <w:p>
            <w:r>
              <w:t>Date départ : __/__/____   Observations : __________________</w:t>
            </w:r>
          </w:p>
        </w:tc>
      </w:tr>
      <w:tr>
        <w:tc>
          <w:tcPr>
            <w:tcW w:type="dxa" w:w="4901"/>
            <w:shd w:val="clear" w:color="auto" w:fill="E9EFFA"/>
          </w:tcPr>
          <w:p>
            <w:r>
              <w:t>Biennale (2 ans) / Décennale (10 ans)</w:t>
            </w:r>
          </w:p>
        </w:tc>
        <w:tc>
          <w:tcPr>
            <w:tcW w:type="dxa" w:w="4901"/>
          </w:tcPr>
          <w:p>
            <w:r>
              <w:t>Date départ : __/__/____   Réfs : __________________</w:t>
            </w:r>
          </w:p>
        </w:tc>
      </w:tr>
      <w:tr>
        <w:tc>
          <w:tcPr>
            <w:tcW w:type="dxa" w:w="4901"/>
            <w:shd w:val="clear" w:color="auto" w:fill="E9EFFA"/>
          </w:tcPr>
          <w:p>
            <w:r>
              <w:t>Assurances (RC, DO, Décennale)</w:t>
            </w:r>
          </w:p>
        </w:tc>
        <w:tc>
          <w:tcPr>
            <w:tcW w:type="dxa" w:w="4901"/>
          </w:tcPr>
          <w:p>
            <w:r>
              <w:t>Compagnie / Police : __________________ / ______________</w:t>
            </w:r>
          </w:p>
        </w:tc>
      </w:tr>
    </w:tbl>
    <w:p>
      <w:pPr>
        <w:pStyle w:val="Heading1"/>
      </w:pPr>
      <w:r>
        <w:t>11. Index documentaire &amp; livrables numériques</w:t>
      </w:r>
    </w:p>
    <w:p>
      <w:r>
        <w:t>Arborescence recommandée pour la remise numérique (USB/Cloud) :</w:t>
      </w:r>
    </w:p>
    <w:p/>
    <w:p>
      <w:pPr>
        <w:ind w:left="283"/>
      </w:pPr>
      <w:r>
        <w:t>- 01_Couverture</w:t>
      </w:r>
    </w:p>
    <w:p>
      <w:pPr>
        <w:ind w:left="283"/>
      </w:pPr>
      <w:r>
        <w:t>- 02_Identite_Chantier</w:t>
      </w:r>
    </w:p>
    <w:p>
      <w:pPr>
        <w:ind w:left="283"/>
      </w:pPr>
      <w:r>
        <w:t>- 03_Plans_Recollement</w:t>
      </w:r>
    </w:p>
    <w:p>
      <w:pPr>
        <w:ind w:left="283"/>
      </w:pPr>
      <w:r>
        <w:t>- 04_Notices_Fiches_Techniques</w:t>
      </w:r>
    </w:p>
    <w:p>
      <w:pPr>
        <w:ind w:left="283"/>
      </w:pPr>
      <w:r>
        <w:t>- 05_Essais_PV</w:t>
      </w:r>
    </w:p>
    <w:p>
      <w:pPr>
        <w:ind w:left="283"/>
      </w:pPr>
      <w:r>
        <w:t>- 06_Nomenclature_Materiaux_Equipements</w:t>
      </w:r>
    </w:p>
    <w:p>
      <w:pPr>
        <w:ind w:left="283"/>
      </w:pPr>
      <w:r>
        <w:t>- 07_Exploitation_Maintenance</w:t>
      </w:r>
    </w:p>
    <w:p>
      <w:pPr>
        <w:ind w:left="283"/>
      </w:pPr>
      <w:r>
        <w:t>- 08_Conformite_Attestations</w:t>
      </w:r>
    </w:p>
    <w:p>
      <w:pPr>
        <w:ind w:left="283"/>
      </w:pPr>
      <w:r>
        <w:t>- 09_Reserves_Levees</w:t>
      </w:r>
    </w:p>
    <w:p>
      <w:pPr>
        <w:ind w:left="283"/>
      </w:pPr>
      <w:r>
        <w:t>- 10_Garanties_Assurances</w:t>
      </w:r>
    </w:p>
    <w:p>
      <w:pPr>
        <w:ind w:left="283"/>
      </w:pPr>
      <w:r>
        <w:t>- ZZ_Annexes</w:t>
      </w:r>
    </w:p>
    <w:p>
      <w:pPr>
        <w:pStyle w:val="Heading1"/>
      </w:pPr>
      <w:r>
        <w:t>12. Signatures &amp; visas de réception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01"/>
        <w:gridCol w:w="4901"/>
      </w:tblGrid>
      <w:tr>
        <w:tc>
          <w:tcPr>
            <w:tcW w:type="dxa" w:w="4901"/>
            <w:shd w:val="clear" w:color="auto" w:fill="E9EFFA"/>
          </w:tcPr>
          <w:p>
            <w:r>
              <w:t>Entreprise (Nom / Qualité)</w:t>
            </w:r>
          </w:p>
        </w:tc>
        <w:tc>
          <w:tcPr>
            <w:tcW w:type="dxa" w:w="4901"/>
          </w:tcPr>
          <w:p>
            <w:r>
              <w:t>____________________________ / __________________</w:t>
            </w:r>
          </w:p>
        </w:tc>
      </w:tr>
      <w:tr>
        <w:tc>
          <w:tcPr>
            <w:tcW w:type="dxa" w:w="4901"/>
            <w:shd w:val="clear" w:color="auto" w:fill="E9EFFA"/>
          </w:tcPr>
          <w:p>
            <w:r>
              <w:t>MOE (Nom / Qualité)</w:t>
            </w:r>
          </w:p>
        </w:tc>
        <w:tc>
          <w:tcPr>
            <w:tcW w:type="dxa" w:w="4901"/>
          </w:tcPr>
          <w:p>
            <w:r>
              <w:t>____________________________ / __________________</w:t>
            </w:r>
          </w:p>
        </w:tc>
      </w:tr>
      <w:tr>
        <w:tc>
          <w:tcPr>
            <w:tcW w:type="dxa" w:w="4901"/>
            <w:shd w:val="clear" w:color="auto" w:fill="E9EFFA"/>
          </w:tcPr>
          <w:p>
            <w:r>
              <w:t>MOA (Nom / Qualité)</w:t>
            </w:r>
          </w:p>
        </w:tc>
        <w:tc>
          <w:tcPr>
            <w:tcW w:type="dxa" w:w="4901"/>
          </w:tcPr>
          <w:p>
            <w:r>
              <w:t>____________________________ / __________________</w:t>
            </w:r>
          </w:p>
        </w:tc>
      </w:tr>
      <w:tr>
        <w:tc>
          <w:tcPr>
            <w:tcW w:type="dxa" w:w="4901"/>
            <w:shd w:val="clear" w:color="auto" w:fill="E9EFFA"/>
          </w:tcPr>
          <w:p>
            <w:r>
              <w:t>Date / Lieu</w:t>
            </w:r>
          </w:p>
        </w:tc>
        <w:tc>
          <w:tcPr>
            <w:tcW w:type="dxa" w:w="4901"/>
          </w:tcPr>
          <w:p>
            <w:r>
              <w:t>__/__/____  /  __________________</w:t>
            </w:r>
          </w:p>
        </w:tc>
      </w:tr>
    </w:tbl>
    <w:sectPr w:rsidR="00FC693F" w:rsidRPr="0006063C" w:rsidSect="00034616">
      <w:headerReference w:type="default" r:id="rId9"/>
      <w:footerReference w:type="default" r:id="rId10"/>
      <w:pgSz w:w="12240" w:h="15840"/>
      <w:pgMar w:top="1020" w:right="1020" w:bottom="1020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fldSimple w:instr="PAGE \* MERGEFORMAT"/>
    <w:r>
      <w:t xml:space="preserve"> / </w:t>
    </w:r>
    <w:fldSimple w:instr="NUMPAGES \* MERGEFORMAT"/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  <w:r>
      <w:rPr>
        <w:color w:val="666666"/>
        <w:sz w:val="18"/>
      </w:rPr>
      <w:t>DOE TRAVAUX — Projet : _______________________   |   Chantier : _______________________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TitreDOE">
    <w:name w:val="TitreDOE"/>
    <w:rPr>
      <w:rFonts w:ascii="Calibri" w:hAnsi="Calibri"/>
      <w:b/>
      <w:color w:val="0F4C81"/>
      <w:sz w:val="4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