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fill="EAF3E0" w:val="clear"/>
          </w:tcPr>
          <w:p>
            <w:pPr>
              <w:jc w:val="center"/>
            </w:pPr>
            <w:r>
              <w:rPr>
                <w:b/>
                <w:sz w:val="40"/>
              </w:rPr>
              <w:t>COMPLIANCE MATRIX — Version simplifiée</w:t>
            </w:r>
          </w:p>
        </w:tc>
      </w:tr>
    </w:tbl>
    <w:p>
      <w:pPr>
        <w:spacing w:after="120"/>
      </w:pPr>
      <w:r>
        <w:t>Projet : __________________ | Acheteur : __________________ | Date : 2025-09-24 | Version : v1.0</w:t>
      </w:r>
    </w:p>
    <w:p>
      <w:pPr>
        <w:spacing w:after="0"/>
      </w:pPr>
      <w:r>
        <w:t>• Alignez l’ordre des lignes sur le RC/CCTP (FR) ou le SOW (CA).</w:t>
      </w:r>
    </w:p>
    <w:p>
      <w:pPr>
        <w:spacing w:after="0"/>
      </w:pPr>
      <w:r>
        <w:t>• Cochez **Type** : M (Mandatory) ou R (Rated). Cochez **Conformité** : ☐ Non / ◐ Partiel / ☑ Oui.</w:t>
      </w:r>
    </w:p>
    <w:p>
      <w:pPr>
        <w:spacing w:after="0"/>
      </w:pPr>
      <w:r>
        <w:t>• Dans **Preuve**, citez un élément vérifiable (doc/page/annexe).</w:t>
      </w:r>
    </w:p>
    <w:p>
      <w:pPr>
        <w:spacing w:after="120"/>
      </w:pP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261"/>
        <w:gridCol w:w="1261"/>
        <w:gridCol w:w="1261"/>
        <w:gridCol w:w="1261"/>
        <w:gridCol w:w="1261"/>
        <w:gridCol w:w="1261"/>
        <w:gridCol w:w="1261"/>
        <w:gridCol w:w="1261"/>
      </w:tblGrid>
      <w:tr>
        <w:tc>
          <w:tcPr>
            <w:tcW w:type="dxa" w:w="850"/>
            <w:shd w:fill="DCE6D6" w:val="clear"/>
            <w:vAlign w:val="center"/>
          </w:tcPr>
          <w:p>
            <w:pPr>
              <w:jc w:val="center"/>
            </w:pPr>
            <w:r>
              <w:rPr>
                <w:b/>
                <w:sz w:val="18"/>
              </w:rPr>
              <w:t>ID</w:t>
            </w:r>
          </w:p>
        </w:tc>
        <w:tc>
          <w:tcPr>
            <w:tcW w:type="dxa" w:w="3969"/>
            <w:shd w:fill="DCE6D6" w:val="clear"/>
            <w:vAlign w:val="center"/>
          </w:tcPr>
          <w:p>
            <w:pPr>
              <w:jc w:val="center"/>
            </w:pPr>
            <w:r>
              <w:rPr>
                <w:b/>
                <w:sz w:val="18"/>
              </w:rPr>
              <w:t>Exigence (réf. + texte bref)</w:t>
            </w:r>
          </w:p>
        </w:tc>
        <w:tc>
          <w:tcPr>
            <w:tcW w:type="dxa" w:w="850"/>
            <w:shd w:fill="DCE6D6" w:val="clear"/>
            <w:vAlign w:val="center"/>
          </w:tcPr>
          <w:p>
            <w:pPr>
              <w:jc w:val="center"/>
            </w:pPr>
            <w:r>
              <w:rPr>
                <w:b/>
                <w:sz w:val="18"/>
              </w:rPr>
              <w:t>Type</w:t>
              <w:br/>
              <w:t>(M / R)</w:t>
            </w:r>
          </w:p>
        </w:tc>
        <w:tc>
          <w:tcPr>
            <w:tcW w:type="dxa" w:w="3402"/>
            <w:shd w:fill="DCE6D6" w:val="clear"/>
            <w:vAlign w:val="center"/>
          </w:tcPr>
          <w:p>
            <w:pPr>
              <w:jc w:val="center"/>
            </w:pPr>
            <w:r>
              <w:rPr>
                <w:b/>
                <w:sz w:val="18"/>
              </w:rPr>
              <w:t>Réponse / Commentaire</w:t>
            </w:r>
          </w:p>
        </w:tc>
        <w:tc>
          <w:tcPr>
            <w:tcW w:type="dxa" w:w="1247"/>
            <w:shd w:fill="DCE6D6" w:val="clear"/>
            <w:vAlign w:val="center"/>
          </w:tcPr>
          <w:p>
            <w:pPr>
              <w:jc w:val="center"/>
            </w:pPr>
            <w:r>
              <w:rPr>
                <w:b/>
                <w:sz w:val="18"/>
              </w:rPr>
              <w:t>Conformité</w:t>
              <w:br/>
              <w:t>(☐ / ◐ / ☑)</w:t>
            </w:r>
          </w:p>
        </w:tc>
        <w:tc>
          <w:tcPr>
            <w:tcW w:type="dxa" w:w="1701"/>
            <w:shd w:fill="DCE6D6" w:val="clear"/>
            <w:vAlign w:val="center"/>
          </w:tcPr>
          <w:p>
            <w:pPr>
              <w:jc w:val="center"/>
            </w:pPr>
            <w:r>
              <w:rPr>
                <w:b/>
                <w:sz w:val="18"/>
              </w:rPr>
              <w:t>Preuve</w:t>
              <w:br/>
              <w:t>(doc/page)</w:t>
            </w:r>
          </w:p>
        </w:tc>
        <w:tc>
          <w:tcPr>
            <w:tcW w:type="dxa" w:w="1587"/>
            <w:shd w:fill="DCE6D6" w:val="clear"/>
            <w:vAlign w:val="center"/>
          </w:tcPr>
          <w:p>
            <w:pPr>
              <w:jc w:val="center"/>
            </w:pPr>
            <w:r>
              <w:rPr>
                <w:b/>
                <w:sz w:val="18"/>
              </w:rPr>
              <w:t>Owner</w:t>
            </w:r>
          </w:p>
        </w:tc>
        <w:tc>
          <w:tcPr>
            <w:tcW w:type="dxa" w:w="1417"/>
            <w:shd w:fill="DCE6D6" w:val="clear"/>
            <w:vAlign w:val="center"/>
          </w:tcPr>
          <w:p>
            <w:pPr>
              <w:jc w:val="center"/>
            </w:pPr>
            <w:r>
              <w:rPr>
                <w:b/>
                <w:sz w:val="18"/>
              </w:rPr>
              <w:t>Statut</w:t>
            </w:r>
          </w:p>
        </w:tc>
      </w:tr>
      <w:tr>
        <w:tc>
          <w:tcPr>
            <w:tcW w:type="dxa" w:w="850"/>
          </w:tcPr>
          <w:p>
            <w:r>
              <w:t>R001</w:t>
            </w:r>
          </w:p>
        </w:tc>
        <w:tc>
          <w:tcPr>
            <w:tcW w:type="dxa" w:w="3969"/>
          </w:tcPr>
          <w:p>
            <w:r>
              <w:t>RC §__ / CCTP §__ / SOW §__ — Exigence (résumé)</w:t>
            </w:r>
          </w:p>
        </w:tc>
        <w:tc>
          <w:tcPr>
            <w:tcW w:type="dxa" w:w="850"/>
          </w:tcPr>
          <w:p>
            <w:r>
              <w:t>M / R</w:t>
            </w:r>
          </w:p>
        </w:tc>
        <w:tc>
          <w:tcPr>
            <w:tcW w:type="dxa" w:w="3402"/>
          </w:tcPr>
          <w:p>
            <w:r>
              <w:t>Section X.Y — Réponse synthétique</w:t>
            </w:r>
          </w:p>
        </w:tc>
        <w:tc>
          <w:tcPr>
            <w:tcW w:type="dxa" w:w="1247"/>
          </w:tcPr>
          <w:p>
            <w:r>
              <w:t>☐ / ◐ / ☑</w:t>
            </w:r>
          </w:p>
        </w:tc>
        <w:tc>
          <w:tcPr>
            <w:tcW w:type="dxa" w:w="1701"/>
          </w:tcPr>
          <w:p>
            <w:r>
              <w:t>Annexe A p.__</w:t>
            </w:r>
          </w:p>
        </w:tc>
        <w:tc>
          <w:tcPr>
            <w:tcW w:type="dxa" w:w="1587"/>
          </w:tcPr>
          <w:p>
            <w:r>
              <w:t>Nom Prénom</w:t>
            </w:r>
          </w:p>
        </w:tc>
        <w:tc>
          <w:tcPr>
            <w:tcW w:type="dxa" w:w="1417"/>
          </w:tcPr>
          <w:p>
            <w:r>
              <w:t>Ouvert / Fermé</w:t>
            </w:r>
          </w:p>
        </w:tc>
      </w:tr>
      <w:tr>
        <w:tc>
          <w:tcPr>
            <w:tcW w:type="dxa" w:w="850"/>
            <w:shd w:fill="F7FBF4" w:val="clear"/>
          </w:tcPr>
          <w:p>
            <w:r>
              <w:t>R002</w:t>
            </w:r>
          </w:p>
        </w:tc>
        <w:tc>
          <w:tcPr>
            <w:tcW w:type="dxa" w:w="3969"/>
            <w:shd w:fill="F7FBF4" w:val="clear"/>
          </w:tcPr>
          <w:p>
            <w:r>
              <w:t>RC §__ / CCTP §__ / SOW §__ — Exigence (résumé)</w:t>
            </w:r>
          </w:p>
        </w:tc>
        <w:tc>
          <w:tcPr>
            <w:tcW w:type="dxa" w:w="850"/>
            <w:shd w:fill="F7FBF4" w:val="clear"/>
          </w:tcPr>
          <w:p>
            <w:r>
              <w:t>M / R</w:t>
            </w:r>
          </w:p>
        </w:tc>
        <w:tc>
          <w:tcPr>
            <w:tcW w:type="dxa" w:w="3402"/>
            <w:shd w:fill="F7FBF4" w:val="clear"/>
          </w:tcPr>
          <w:p>
            <w:r>
              <w:t>Section X.Y — Réponse synthétique</w:t>
            </w:r>
          </w:p>
        </w:tc>
        <w:tc>
          <w:tcPr>
            <w:tcW w:type="dxa" w:w="1247"/>
            <w:shd w:fill="F7FBF4" w:val="clear"/>
          </w:tcPr>
          <w:p>
            <w:r>
              <w:t>☐ / ◐ / ☑</w:t>
            </w:r>
          </w:p>
        </w:tc>
        <w:tc>
          <w:tcPr>
            <w:tcW w:type="dxa" w:w="1701"/>
            <w:shd w:fill="F7FBF4" w:val="clear"/>
          </w:tcPr>
          <w:p>
            <w:r>
              <w:t>Annexe A p.__</w:t>
            </w:r>
          </w:p>
        </w:tc>
        <w:tc>
          <w:tcPr>
            <w:tcW w:type="dxa" w:w="1587"/>
            <w:shd w:fill="F7FBF4" w:val="clear"/>
          </w:tcPr>
          <w:p>
            <w:r>
              <w:t>Nom Prénom</w:t>
            </w:r>
          </w:p>
        </w:tc>
        <w:tc>
          <w:tcPr>
            <w:tcW w:type="dxa" w:w="1417"/>
            <w:shd w:fill="F7FBF4" w:val="clear"/>
          </w:tcPr>
          <w:p>
            <w:r>
              <w:t>Ouvert / Fermé</w:t>
            </w:r>
          </w:p>
        </w:tc>
      </w:tr>
      <w:tr>
        <w:tc>
          <w:tcPr>
            <w:tcW w:type="dxa" w:w="850"/>
          </w:tcPr>
          <w:p>
            <w:r>
              <w:t>R003</w:t>
            </w:r>
          </w:p>
        </w:tc>
        <w:tc>
          <w:tcPr>
            <w:tcW w:type="dxa" w:w="3969"/>
          </w:tcPr>
          <w:p>
            <w:r>
              <w:t>RC §__ / CCTP §__ / SOW §__ — Exigence (résumé)</w:t>
            </w:r>
          </w:p>
        </w:tc>
        <w:tc>
          <w:tcPr>
            <w:tcW w:type="dxa" w:w="850"/>
          </w:tcPr>
          <w:p>
            <w:r>
              <w:t>M / R</w:t>
            </w:r>
          </w:p>
        </w:tc>
        <w:tc>
          <w:tcPr>
            <w:tcW w:type="dxa" w:w="3402"/>
          </w:tcPr>
          <w:p>
            <w:r>
              <w:t>Section X.Y — Réponse synthétique</w:t>
            </w:r>
          </w:p>
        </w:tc>
        <w:tc>
          <w:tcPr>
            <w:tcW w:type="dxa" w:w="1247"/>
          </w:tcPr>
          <w:p>
            <w:r>
              <w:t>☐ / ◐ / ☑</w:t>
            </w:r>
          </w:p>
        </w:tc>
        <w:tc>
          <w:tcPr>
            <w:tcW w:type="dxa" w:w="1701"/>
          </w:tcPr>
          <w:p>
            <w:r>
              <w:t>Annexe A p.__</w:t>
            </w:r>
          </w:p>
        </w:tc>
        <w:tc>
          <w:tcPr>
            <w:tcW w:type="dxa" w:w="1587"/>
          </w:tcPr>
          <w:p>
            <w:r>
              <w:t>Nom Prénom</w:t>
            </w:r>
          </w:p>
        </w:tc>
        <w:tc>
          <w:tcPr>
            <w:tcW w:type="dxa" w:w="1417"/>
          </w:tcPr>
          <w:p>
            <w:r>
              <w:t>Ouvert / Fermé</w:t>
            </w:r>
          </w:p>
        </w:tc>
      </w:tr>
      <w:tr>
        <w:tc>
          <w:tcPr>
            <w:tcW w:type="dxa" w:w="850"/>
            <w:shd w:fill="F7FBF4" w:val="clear"/>
          </w:tcPr>
          <w:p>
            <w:r>
              <w:t>R004</w:t>
            </w:r>
          </w:p>
        </w:tc>
        <w:tc>
          <w:tcPr>
            <w:tcW w:type="dxa" w:w="3969"/>
            <w:shd w:fill="F7FBF4" w:val="clear"/>
          </w:tcPr>
          <w:p>
            <w:r>
              <w:t>RC §__ / CCTP §__ / SOW §__ — Exigence (résumé)</w:t>
            </w:r>
          </w:p>
        </w:tc>
        <w:tc>
          <w:tcPr>
            <w:tcW w:type="dxa" w:w="850"/>
            <w:shd w:fill="F7FBF4" w:val="clear"/>
          </w:tcPr>
          <w:p>
            <w:r>
              <w:t>M / R</w:t>
            </w:r>
          </w:p>
        </w:tc>
        <w:tc>
          <w:tcPr>
            <w:tcW w:type="dxa" w:w="3402"/>
            <w:shd w:fill="F7FBF4" w:val="clear"/>
          </w:tcPr>
          <w:p>
            <w:r>
              <w:t>Section X.Y — Réponse synthétique</w:t>
            </w:r>
          </w:p>
        </w:tc>
        <w:tc>
          <w:tcPr>
            <w:tcW w:type="dxa" w:w="1247"/>
            <w:shd w:fill="F7FBF4" w:val="clear"/>
          </w:tcPr>
          <w:p>
            <w:r>
              <w:t>☐ / ◐ / ☑</w:t>
            </w:r>
          </w:p>
        </w:tc>
        <w:tc>
          <w:tcPr>
            <w:tcW w:type="dxa" w:w="1701"/>
            <w:shd w:fill="F7FBF4" w:val="clear"/>
          </w:tcPr>
          <w:p>
            <w:r>
              <w:t>Annexe A p.__</w:t>
            </w:r>
          </w:p>
        </w:tc>
        <w:tc>
          <w:tcPr>
            <w:tcW w:type="dxa" w:w="1587"/>
            <w:shd w:fill="F7FBF4" w:val="clear"/>
          </w:tcPr>
          <w:p>
            <w:r>
              <w:t>Nom Prénom</w:t>
            </w:r>
          </w:p>
        </w:tc>
        <w:tc>
          <w:tcPr>
            <w:tcW w:type="dxa" w:w="1417"/>
            <w:shd w:fill="F7FBF4" w:val="clear"/>
          </w:tcPr>
          <w:p>
            <w:r>
              <w:t>Ouvert / Fermé</w:t>
            </w:r>
          </w:p>
        </w:tc>
      </w:tr>
      <w:tr>
        <w:tc>
          <w:tcPr>
            <w:tcW w:type="dxa" w:w="850"/>
          </w:tcPr>
          <w:p>
            <w:r>
              <w:t>R005</w:t>
            </w:r>
          </w:p>
        </w:tc>
        <w:tc>
          <w:tcPr>
            <w:tcW w:type="dxa" w:w="3969"/>
          </w:tcPr>
          <w:p>
            <w:r>
              <w:t>RC §__ / CCTP §__ / SOW §__ — Exigence (résumé)</w:t>
            </w:r>
          </w:p>
        </w:tc>
        <w:tc>
          <w:tcPr>
            <w:tcW w:type="dxa" w:w="850"/>
          </w:tcPr>
          <w:p>
            <w:r>
              <w:t>M / R</w:t>
            </w:r>
          </w:p>
        </w:tc>
        <w:tc>
          <w:tcPr>
            <w:tcW w:type="dxa" w:w="3402"/>
          </w:tcPr>
          <w:p>
            <w:r>
              <w:t>Section X.Y — Réponse synthétique</w:t>
            </w:r>
          </w:p>
        </w:tc>
        <w:tc>
          <w:tcPr>
            <w:tcW w:type="dxa" w:w="1247"/>
          </w:tcPr>
          <w:p>
            <w:r>
              <w:t>☐ / ◐ / ☑</w:t>
            </w:r>
          </w:p>
        </w:tc>
        <w:tc>
          <w:tcPr>
            <w:tcW w:type="dxa" w:w="1701"/>
          </w:tcPr>
          <w:p>
            <w:r>
              <w:t>Annexe A p.__</w:t>
            </w:r>
          </w:p>
        </w:tc>
        <w:tc>
          <w:tcPr>
            <w:tcW w:type="dxa" w:w="1587"/>
          </w:tcPr>
          <w:p>
            <w:r>
              <w:t>Nom Prénom</w:t>
            </w:r>
          </w:p>
        </w:tc>
        <w:tc>
          <w:tcPr>
            <w:tcW w:type="dxa" w:w="1417"/>
          </w:tcPr>
          <w:p>
            <w:r>
              <w:t>Ouvert / Fermé</w:t>
            </w:r>
          </w:p>
        </w:tc>
      </w:tr>
      <w:tr>
        <w:tc>
          <w:tcPr>
            <w:tcW w:type="dxa" w:w="850"/>
            <w:shd w:fill="F7FBF4" w:val="clear"/>
          </w:tcPr>
          <w:p>
            <w:r>
              <w:t>R006</w:t>
            </w:r>
          </w:p>
        </w:tc>
        <w:tc>
          <w:tcPr>
            <w:tcW w:type="dxa" w:w="3969"/>
            <w:shd w:fill="F7FBF4" w:val="clear"/>
          </w:tcPr>
          <w:p>
            <w:r>
              <w:t>RC §__ / CCTP §__ / SOW §__ — Exigence (résumé)</w:t>
            </w:r>
          </w:p>
        </w:tc>
        <w:tc>
          <w:tcPr>
            <w:tcW w:type="dxa" w:w="850"/>
            <w:shd w:fill="F7FBF4" w:val="clear"/>
          </w:tcPr>
          <w:p>
            <w:r>
              <w:t>M / R</w:t>
            </w:r>
          </w:p>
        </w:tc>
        <w:tc>
          <w:tcPr>
            <w:tcW w:type="dxa" w:w="3402"/>
            <w:shd w:fill="F7FBF4" w:val="clear"/>
          </w:tcPr>
          <w:p>
            <w:r>
              <w:t>Section X.Y — Réponse synthétique</w:t>
            </w:r>
          </w:p>
        </w:tc>
        <w:tc>
          <w:tcPr>
            <w:tcW w:type="dxa" w:w="1247"/>
            <w:shd w:fill="F7FBF4" w:val="clear"/>
          </w:tcPr>
          <w:p>
            <w:r>
              <w:t>☐ / ◐ / ☑</w:t>
            </w:r>
          </w:p>
        </w:tc>
        <w:tc>
          <w:tcPr>
            <w:tcW w:type="dxa" w:w="1701"/>
            <w:shd w:fill="F7FBF4" w:val="clear"/>
          </w:tcPr>
          <w:p>
            <w:r>
              <w:t>Annexe A p.__</w:t>
            </w:r>
          </w:p>
        </w:tc>
        <w:tc>
          <w:tcPr>
            <w:tcW w:type="dxa" w:w="1587"/>
            <w:shd w:fill="F7FBF4" w:val="clear"/>
          </w:tcPr>
          <w:p>
            <w:r>
              <w:t>Nom Prénom</w:t>
            </w:r>
          </w:p>
        </w:tc>
        <w:tc>
          <w:tcPr>
            <w:tcW w:type="dxa" w:w="1417"/>
            <w:shd w:fill="F7FBF4" w:val="clear"/>
          </w:tcPr>
          <w:p>
            <w:r>
              <w:t>Ouvert / Fermé</w:t>
            </w:r>
          </w:p>
        </w:tc>
      </w:tr>
      <w:tr>
        <w:tc>
          <w:tcPr>
            <w:tcW w:type="dxa" w:w="850"/>
          </w:tcPr>
          <w:p>
            <w:r>
              <w:t>R007</w:t>
            </w:r>
          </w:p>
        </w:tc>
        <w:tc>
          <w:tcPr>
            <w:tcW w:type="dxa" w:w="3969"/>
          </w:tcPr>
          <w:p>
            <w:r>
              <w:t>RC §__ / CCTP §__ / SOW §__ — Exigence (résumé)</w:t>
            </w:r>
          </w:p>
        </w:tc>
        <w:tc>
          <w:tcPr>
            <w:tcW w:type="dxa" w:w="850"/>
          </w:tcPr>
          <w:p>
            <w:r>
              <w:t>M / R</w:t>
            </w:r>
          </w:p>
        </w:tc>
        <w:tc>
          <w:tcPr>
            <w:tcW w:type="dxa" w:w="3402"/>
          </w:tcPr>
          <w:p>
            <w:r>
              <w:t>Section X.Y — Réponse synthétique</w:t>
            </w:r>
          </w:p>
        </w:tc>
        <w:tc>
          <w:tcPr>
            <w:tcW w:type="dxa" w:w="1247"/>
          </w:tcPr>
          <w:p>
            <w:r>
              <w:t>☐ / ◐ / ☑</w:t>
            </w:r>
          </w:p>
        </w:tc>
        <w:tc>
          <w:tcPr>
            <w:tcW w:type="dxa" w:w="1701"/>
          </w:tcPr>
          <w:p>
            <w:r>
              <w:t>Annexe A p.__</w:t>
            </w:r>
          </w:p>
        </w:tc>
        <w:tc>
          <w:tcPr>
            <w:tcW w:type="dxa" w:w="1587"/>
          </w:tcPr>
          <w:p>
            <w:r>
              <w:t>Nom Prénom</w:t>
            </w:r>
          </w:p>
        </w:tc>
        <w:tc>
          <w:tcPr>
            <w:tcW w:type="dxa" w:w="1417"/>
          </w:tcPr>
          <w:p>
            <w:r>
              <w:t>Ouvert / Fermé</w:t>
            </w:r>
          </w:p>
        </w:tc>
      </w:tr>
      <w:tr>
        <w:tc>
          <w:tcPr>
            <w:tcW w:type="dxa" w:w="850"/>
            <w:shd w:fill="F7FBF4" w:val="clear"/>
          </w:tcPr>
          <w:p>
            <w:r>
              <w:t>R008</w:t>
            </w:r>
          </w:p>
        </w:tc>
        <w:tc>
          <w:tcPr>
            <w:tcW w:type="dxa" w:w="3969"/>
            <w:shd w:fill="F7FBF4" w:val="clear"/>
          </w:tcPr>
          <w:p>
            <w:r>
              <w:t>RC §__ / CCTP §__ / SOW §__ — Exigence (résumé)</w:t>
            </w:r>
          </w:p>
        </w:tc>
        <w:tc>
          <w:tcPr>
            <w:tcW w:type="dxa" w:w="850"/>
            <w:shd w:fill="F7FBF4" w:val="clear"/>
          </w:tcPr>
          <w:p>
            <w:r>
              <w:t>M / R</w:t>
            </w:r>
          </w:p>
        </w:tc>
        <w:tc>
          <w:tcPr>
            <w:tcW w:type="dxa" w:w="3402"/>
            <w:shd w:fill="F7FBF4" w:val="clear"/>
          </w:tcPr>
          <w:p>
            <w:r>
              <w:t>Section X.Y — Réponse synthétique</w:t>
            </w:r>
          </w:p>
        </w:tc>
        <w:tc>
          <w:tcPr>
            <w:tcW w:type="dxa" w:w="1247"/>
            <w:shd w:fill="F7FBF4" w:val="clear"/>
          </w:tcPr>
          <w:p>
            <w:r>
              <w:t>☐ / ◐ / ☑</w:t>
            </w:r>
          </w:p>
        </w:tc>
        <w:tc>
          <w:tcPr>
            <w:tcW w:type="dxa" w:w="1701"/>
            <w:shd w:fill="F7FBF4" w:val="clear"/>
          </w:tcPr>
          <w:p>
            <w:r>
              <w:t>Annexe A p.__</w:t>
            </w:r>
          </w:p>
        </w:tc>
        <w:tc>
          <w:tcPr>
            <w:tcW w:type="dxa" w:w="1587"/>
            <w:shd w:fill="F7FBF4" w:val="clear"/>
          </w:tcPr>
          <w:p>
            <w:r>
              <w:t>Nom Prénom</w:t>
            </w:r>
          </w:p>
        </w:tc>
        <w:tc>
          <w:tcPr>
            <w:tcW w:type="dxa" w:w="1417"/>
            <w:shd w:fill="F7FBF4" w:val="clear"/>
          </w:tcPr>
          <w:p>
            <w:r>
              <w:t>Ouvert / Fermé</w:t>
            </w:r>
          </w:p>
        </w:tc>
      </w:tr>
      <w:tr>
        <w:tc>
          <w:tcPr>
            <w:tcW w:type="dxa" w:w="850"/>
          </w:tcPr>
          <w:p>
            <w:r>
              <w:t>R009</w:t>
            </w:r>
          </w:p>
        </w:tc>
        <w:tc>
          <w:tcPr>
            <w:tcW w:type="dxa" w:w="3969"/>
          </w:tcPr>
          <w:p>
            <w:r>
              <w:t>RC §__ / CCTP §__ / SOW §__ — Exigence (résumé)</w:t>
            </w:r>
          </w:p>
        </w:tc>
        <w:tc>
          <w:tcPr>
            <w:tcW w:type="dxa" w:w="850"/>
          </w:tcPr>
          <w:p>
            <w:r>
              <w:t>M / R</w:t>
            </w:r>
          </w:p>
        </w:tc>
        <w:tc>
          <w:tcPr>
            <w:tcW w:type="dxa" w:w="3402"/>
          </w:tcPr>
          <w:p>
            <w:r>
              <w:t>Section X.Y — Réponse synthétique</w:t>
            </w:r>
          </w:p>
        </w:tc>
        <w:tc>
          <w:tcPr>
            <w:tcW w:type="dxa" w:w="1247"/>
          </w:tcPr>
          <w:p>
            <w:r>
              <w:t>☐ / ◐ / ☑</w:t>
            </w:r>
          </w:p>
        </w:tc>
        <w:tc>
          <w:tcPr>
            <w:tcW w:type="dxa" w:w="1701"/>
          </w:tcPr>
          <w:p>
            <w:r>
              <w:t>Annexe A p.__</w:t>
            </w:r>
          </w:p>
        </w:tc>
        <w:tc>
          <w:tcPr>
            <w:tcW w:type="dxa" w:w="1587"/>
          </w:tcPr>
          <w:p>
            <w:r>
              <w:t>Nom Prénom</w:t>
            </w:r>
          </w:p>
        </w:tc>
        <w:tc>
          <w:tcPr>
            <w:tcW w:type="dxa" w:w="1417"/>
          </w:tcPr>
          <w:p>
            <w:r>
              <w:t>Ouvert / Fermé</w:t>
            </w:r>
          </w:p>
        </w:tc>
      </w:tr>
      <w:tr>
        <w:tc>
          <w:tcPr>
            <w:tcW w:type="dxa" w:w="850"/>
            <w:shd w:fill="F7FBF4" w:val="clear"/>
          </w:tcPr>
          <w:p>
            <w:r>
              <w:t>R010</w:t>
            </w:r>
          </w:p>
        </w:tc>
        <w:tc>
          <w:tcPr>
            <w:tcW w:type="dxa" w:w="3969"/>
            <w:shd w:fill="F7FBF4" w:val="clear"/>
          </w:tcPr>
          <w:p>
            <w:r>
              <w:t>RC §__ / CCTP §__ / SOW §__ — Exigence (résumé)</w:t>
            </w:r>
          </w:p>
        </w:tc>
        <w:tc>
          <w:tcPr>
            <w:tcW w:type="dxa" w:w="850"/>
            <w:shd w:fill="F7FBF4" w:val="clear"/>
          </w:tcPr>
          <w:p>
            <w:r>
              <w:t>M / R</w:t>
            </w:r>
          </w:p>
        </w:tc>
        <w:tc>
          <w:tcPr>
            <w:tcW w:type="dxa" w:w="3402"/>
            <w:shd w:fill="F7FBF4" w:val="clear"/>
          </w:tcPr>
          <w:p>
            <w:r>
              <w:t>Section X.Y — Réponse synthétique</w:t>
            </w:r>
          </w:p>
        </w:tc>
        <w:tc>
          <w:tcPr>
            <w:tcW w:type="dxa" w:w="1247"/>
            <w:shd w:fill="F7FBF4" w:val="clear"/>
          </w:tcPr>
          <w:p>
            <w:r>
              <w:t>☐ / ◐ / ☑</w:t>
            </w:r>
          </w:p>
        </w:tc>
        <w:tc>
          <w:tcPr>
            <w:tcW w:type="dxa" w:w="1701"/>
            <w:shd w:fill="F7FBF4" w:val="clear"/>
          </w:tcPr>
          <w:p>
            <w:r>
              <w:t>Annexe A p.__</w:t>
            </w:r>
          </w:p>
        </w:tc>
        <w:tc>
          <w:tcPr>
            <w:tcW w:type="dxa" w:w="1587"/>
            <w:shd w:fill="F7FBF4" w:val="clear"/>
          </w:tcPr>
          <w:p>
            <w:r>
              <w:t>Nom Prénom</w:t>
            </w:r>
          </w:p>
        </w:tc>
        <w:tc>
          <w:tcPr>
            <w:tcW w:type="dxa" w:w="1417"/>
            <w:shd w:fill="F7FBF4" w:val="clear"/>
          </w:tcPr>
          <w:p>
            <w:r>
              <w:t>Ouvert / Fermé</w:t>
            </w:r>
          </w:p>
        </w:tc>
      </w:tr>
      <w:tr>
        <w:tc>
          <w:tcPr>
            <w:tcW w:type="dxa" w:w="850"/>
          </w:tcPr>
          <w:p>
            <w:r>
              <w:t>R011</w:t>
            </w:r>
          </w:p>
        </w:tc>
        <w:tc>
          <w:tcPr>
            <w:tcW w:type="dxa" w:w="3969"/>
          </w:tcPr>
          <w:p>
            <w:r>
              <w:t>RC §__ / CCTP §__ / SOW §__ — Exigence (résumé)</w:t>
            </w:r>
          </w:p>
        </w:tc>
        <w:tc>
          <w:tcPr>
            <w:tcW w:type="dxa" w:w="850"/>
          </w:tcPr>
          <w:p>
            <w:r>
              <w:t>M / R</w:t>
            </w:r>
          </w:p>
        </w:tc>
        <w:tc>
          <w:tcPr>
            <w:tcW w:type="dxa" w:w="3402"/>
          </w:tcPr>
          <w:p>
            <w:r>
              <w:t>Section X.Y — Réponse synthétique</w:t>
            </w:r>
          </w:p>
        </w:tc>
        <w:tc>
          <w:tcPr>
            <w:tcW w:type="dxa" w:w="1247"/>
          </w:tcPr>
          <w:p>
            <w:r>
              <w:t>☐ / ◐ / ☑</w:t>
            </w:r>
          </w:p>
        </w:tc>
        <w:tc>
          <w:tcPr>
            <w:tcW w:type="dxa" w:w="1701"/>
          </w:tcPr>
          <w:p>
            <w:r>
              <w:t>Annexe A p.__</w:t>
            </w:r>
          </w:p>
        </w:tc>
        <w:tc>
          <w:tcPr>
            <w:tcW w:type="dxa" w:w="1587"/>
          </w:tcPr>
          <w:p>
            <w:r>
              <w:t>Nom Prénom</w:t>
            </w:r>
          </w:p>
        </w:tc>
        <w:tc>
          <w:tcPr>
            <w:tcW w:type="dxa" w:w="1417"/>
          </w:tcPr>
          <w:p>
            <w:r>
              <w:t>Ouvert / Fermé</w:t>
            </w:r>
          </w:p>
        </w:tc>
      </w:tr>
      <w:tr>
        <w:tc>
          <w:tcPr>
            <w:tcW w:type="dxa" w:w="850"/>
            <w:shd w:fill="F7FBF4" w:val="clear"/>
          </w:tcPr>
          <w:p>
            <w:r>
              <w:t>R012</w:t>
            </w:r>
          </w:p>
        </w:tc>
        <w:tc>
          <w:tcPr>
            <w:tcW w:type="dxa" w:w="3969"/>
            <w:shd w:fill="F7FBF4" w:val="clear"/>
          </w:tcPr>
          <w:p>
            <w:r>
              <w:t>RC §__ / CCTP §__ / SOW §__ — Exigence (résumé)</w:t>
            </w:r>
          </w:p>
        </w:tc>
        <w:tc>
          <w:tcPr>
            <w:tcW w:type="dxa" w:w="850"/>
            <w:shd w:fill="F7FBF4" w:val="clear"/>
          </w:tcPr>
          <w:p>
            <w:r>
              <w:t>M / R</w:t>
            </w:r>
          </w:p>
        </w:tc>
        <w:tc>
          <w:tcPr>
            <w:tcW w:type="dxa" w:w="3402"/>
            <w:shd w:fill="F7FBF4" w:val="clear"/>
          </w:tcPr>
          <w:p>
            <w:r>
              <w:t>Section X.Y — Réponse synthétique</w:t>
            </w:r>
          </w:p>
        </w:tc>
        <w:tc>
          <w:tcPr>
            <w:tcW w:type="dxa" w:w="1247"/>
            <w:shd w:fill="F7FBF4" w:val="clear"/>
          </w:tcPr>
          <w:p>
            <w:r>
              <w:t>☐ / ◐ / ☑</w:t>
            </w:r>
          </w:p>
        </w:tc>
        <w:tc>
          <w:tcPr>
            <w:tcW w:type="dxa" w:w="1701"/>
            <w:shd w:fill="F7FBF4" w:val="clear"/>
          </w:tcPr>
          <w:p>
            <w:r>
              <w:t>Annexe A p.__</w:t>
            </w:r>
          </w:p>
        </w:tc>
        <w:tc>
          <w:tcPr>
            <w:tcW w:type="dxa" w:w="1587"/>
            <w:shd w:fill="F7FBF4" w:val="clear"/>
          </w:tcPr>
          <w:p>
            <w:r>
              <w:t>Nom Prénom</w:t>
            </w:r>
          </w:p>
        </w:tc>
        <w:tc>
          <w:tcPr>
            <w:tcW w:type="dxa" w:w="1417"/>
            <w:shd w:fill="F7FBF4" w:val="clear"/>
          </w:tcPr>
          <w:p>
            <w:r>
              <w:t>Ouvert / Fermé</w:t>
            </w:r>
          </w:p>
        </w:tc>
      </w:tr>
    </w:tbl>
    <w:p>
      <w:pPr>
        <w:spacing w:after="120"/>
      </w:pP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364"/>
        <w:gridCol w:w="3364"/>
        <w:gridCol w:w="3364"/>
      </w:tblGrid>
      <w:tr>
        <w:tc>
          <w:tcPr>
            <w:tcW w:type="dxa" w:w="3364"/>
            <w:shd w:fill="EEF5EA" w:val="clear"/>
          </w:tcPr>
          <w:p>
            <w:r>
              <w:rPr>
                <w:b/>
                <w:sz w:val="18"/>
              </w:rPr>
              <w:t>Mandatory conformes (☑) : ____</w:t>
            </w:r>
          </w:p>
        </w:tc>
        <w:tc>
          <w:tcPr>
            <w:tcW w:type="dxa" w:w="3364"/>
            <w:shd w:fill="EEF5EA" w:val="clear"/>
          </w:tcPr>
          <w:p>
            <w:r>
              <w:rPr>
                <w:b/>
                <w:sz w:val="18"/>
              </w:rPr>
              <w:t>Rated — points visés : ____</w:t>
            </w:r>
          </w:p>
        </w:tc>
        <w:tc>
          <w:tcPr>
            <w:tcW w:type="dxa" w:w="3364"/>
            <w:shd w:fill="EEF5EA" w:val="clear"/>
          </w:tcPr>
          <w:p>
            <w:r>
              <w:rPr>
                <w:b/>
                <w:sz w:val="18"/>
              </w:rPr>
              <w:t>Écarts ouverts : ____</w:t>
            </w:r>
          </w:p>
        </w:tc>
      </w:tr>
    </w:tbl>
    <w:p>
      <w:pPr>
        <w:spacing w:after="80"/>
      </w:pPr>
    </w:p>
    <w:p>
      <w:r>
        <w:rPr>
          <w:b/>
        </w:rPr>
        <w:t>Journal des clarifications (optionnel)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364"/>
        <w:gridCol w:w="3364"/>
        <w:gridCol w:w="3364"/>
      </w:tblGrid>
      <w:tr>
        <w:tc>
          <w:tcPr>
            <w:tcW w:type="dxa" w:w="3364"/>
            <w:shd w:fill="DCE6D6" w:val="clear"/>
          </w:tcPr>
          <w:p>
            <w:r>
              <w:rPr>
                <w:b/>
                <w:sz w:val="18"/>
              </w:rPr>
              <w:t>Question (copie)</w:t>
            </w:r>
          </w:p>
        </w:tc>
        <w:tc>
          <w:tcPr>
            <w:tcW w:type="dxa" w:w="3364"/>
            <w:shd w:fill="DCE6D6" w:val="clear"/>
          </w:tcPr>
          <w:p>
            <w:r>
              <w:rPr>
                <w:b/>
                <w:sz w:val="18"/>
              </w:rPr>
              <w:t>Réponse officielle (copie)</w:t>
            </w:r>
          </w:p>
        </w:tc>
        <w:tc>
          <w:tcPr>
            <w:tcW w:type="dxa" w:w="3364"/>
            <w:shd w:fill="DCE6D6" w:val="clear"/>
          </w:tcPr>
          <w:p>
            <w:r>
              <w:rPr>
                <w:b/>
                <w:sz w:val="18"/>
              </w:rPr>
              <w:t>Impact &amp; décision</w:t>
            </w:r>
          </w:p>
        </w:tc>
      </w:tr>
      <w:tr>
        <w:tc>
          <w:tcPr>
            <w:tcW w:type="dxa" w:w="3364"/>
          </w:tcPr>
          <w:p>
            <w:r>
              <w:t>—</w:t>
            </w:r>
          </w:p>
        </w:tc>
        <w:tc>
          <w:tcPr>
            <w:tcW w:type="dxa" w:w="3364"/>
          </w:tcPr>
          <w:p>
            <w:r>
              <w:t>—</w:t>
            </w:r>
          </w:p>
        </w:tc>
        <w:tc>
          <w:tcPr>
            <w:tcW w:type="dxa" w:w="3364"/>
          </w:tcPr>
          <w:p>
            <w:r>
              <w:t>—</w:t>
            </w:r>
          </w:p>
        </w:tc>
      </w:tr>
      <w:tr>
        <w:tc>
          <w:tcPr>
            <w:tcW w:type="dxa" w:w="3364"/>
          </w:tcPr>
          <w:p>
            <w:r>
              <w:t>—</w:t>
            </w:r>
          </w:p>
        </w:tc>
        <w:tc>
          <w:tcPr>
            <w:tcW w:type="dxa" w:w="3364"/>
          </w:tcPr>
          <w:p>
            <w:r>
              <w:t>—</w:t>
            </w:r>
          </w:p>
        </w:tc>
        <w:tc>
          <w:tcPr>
            <w:tcW w:type="dxa" w:w="3364"/>
          </w:tcPr>
          <w:p>
            <w:r>
              <w:t>—</w:t>
            </w:r>
          </w:p>
        </w:tc>
      </w:tr>
      <w:tr>
        <w:tc>
          <w:tcPr>
            <w:tcW w:type="dxa" w:w="3364"/>
          </w:tcPr>
          <w:p>
            <w:r>
              <w:t>—</w:t>
            </w:r>
          </w:p>
        </w:tc>
        <w:tc>
          <w:tcPr>
            <w:tcW w:type="dxa" w:w="3364"/>
          </w:tcPr>
          <w:p>
            <w:r>
              <w:t>—</w:t>
            </w:r>
          </w:p>
        </w:tc>
        <w:tc>
          <w:tcPr>
            <w:tcW w:type="dxa" w:w="3364"/>
          </w:tcPr>
          <w:p>
            <w:r>
              <w:t>—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1020" w:right="907" w:bottom="1020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Compliance Matrix (version simplifiée)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