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6"/>
        </w:rPr>
        <w:t>LETTRE DE VOITURE INTERNATIONALE — CMR (24 cases) — v3</w:t>
      </w:r>
    </w:p>
    <w:p>
      <w:pPr>
        <w:jc w:val="center"/>
      </w:pPr>
      <w:r>
        <w:t>Formulaire administratif — Ajout d’identification TRANSPORTEUR (SIREN/SIRET/ICE/NIF, TVA intracom, licence)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t>Date d’établissement : ____ / ____ / ______</w:t>
            </w:r>
          </w:p>
        </w:tc>
        <w:tc>
          <w:tcPr>
            <w:tcW w:type="dxa" w:w="2636"/>
          </w:tcPr>
          <w:p>
            <w:r>
              <w:t>Heure : ______</w:t>
            </w:r>
          </w:p>
        </w:tc>
        <w:tc>
          <w:tcPr>
            <w:tcW w:type="dxa" w:w="2636"/>
          </w:tcPr>
          <w:p>
            <w:r>
              <w:t>N° CMR : __________________</w:t>
            </w:r>
          </w:p>
        </w:tc>
        <w:tc>
          <w:tcPr>
            <w:tcW w:type="dxa" w:w="2636"/>
          </w:tcPr>
          <w:p>
            <w:r>
              <w:t>Exemplaire : ☐ Exp.  ☐ Transp.  ☐ Dest.</w:t>
            </w:r>
          </w:p>
        </w:tc>
      </w:tr>
    </w:tbl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273"/>
        <w:gridCol w:w="5273"/>
      </w:tblGrid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5273"/>
          </w:tcPr>
          <w:p>
            <w:r>
              <w:rPr>
                <w:b/>
              </w:rPr>
              <w:t>EXPÉDITEUR / CONSIGNOR</w:t>
            </w:r>
          </w:p>
          <w:p>
            <w:r>
              <w:t>Raison sociale :</w:t>
            </w:r>
          </w:p>
          <w:p>
            <w:r>
              <w:t>Adresse :</w:t>
            </w:r>
          </w:p>
          <w:p>
            <w:r>
              <w:t>Pays/CP :</w:t>
            </w:r>
          </w:p>
          <w:p>
            <w:r>
              <w:t>Tél/Email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5273"/>
          </w:tcPr>
          <w:p>
            <w:r>
              <w:rPr>
                <w:b/>
              </w:rPr>
              <w:t>DESTINATAIRE / CONSIGNEE</w:t>
            </w:r>
          </w:p>
          <w:p>
            <w:r>
              <w:t>Raison sociale :</w:t>
            </w:r>
          </w:p>
          <w:p>
            <w:r>
              <w:t>Adresse :</w:t>
            </w:r>
          </w:p>
          <w:p>
            <w:r>
              <w:t>Pays/CP :</w:t>
            </w:r>
          </w:p>
          <w:p>
            <w:r>
              <w:t>Tél/Email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5273"/>
          </w:tcPr>
          <w:p>
            <w:r>
              <w:rPr>
                <w:b/>
              </w:rPr>
              <w:t>LIEU DE LIVRAISON / PLACE OF DELIVERY</w:t>
            </w:r>
          </w:p>
          <w:p>
            <w:r>
              <w:t>Lieu :</w:t>
            </w:r>
          </w:p>
          <w:p>
            <w:r>
              <w:t>Contact :</w:t>
            </w:r>
          </w:p>
          <w:p>
            <w:r>
              <w:t>Consignes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type="dxa" w:w="5273"/>
          </w:tcPr>
          <w:p>
            <w:r>
              <w:rPr>
                <w:b/>
              </w:rPr>
              <w:t>PRISE EN CHARGE / TAKING OVER</w:t>
            </w:r>
          </w:p>
          <w:p>
            <w:r>
              <w:t>Lieu :</w:t>
            </w:r>
          </w:p>
          <w:p>
            <w:r>
              <w:t>Date : ____/____/______   Heure : ______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type="dxa" w:w="5273"/>
          </w:tcPr>
          <w:p>
            <w:r>
              <w:rPr>
                <w:b/>
              </w:rPr>
              <w:t>DOCUMENTS ANNEXÉS / ATTACHED</w:t>
            </w:r>
          </w:p>
          <w:p>
            <w:r>
              <w:t>☐ Facture  ☐ Liste colisage  ☐ Certificat  ☐ Autres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type="dxa" w:w="5273"/>
          </w:tcPr>
          <w:p>
            <w:r>
              <w:rPr>
                <w:b/>
              </w:rPr>
              <w:t>MARQUES &amp; NUMÉROS</w:t>
            </w:r>
          </w:p>
          <w:p/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type="dxa" w:w="5273"/>
          </w:tcPr>
          <w:p>
            <w:r>
              <w:rPr>
                <w:b/>
              </w:rPr>
              <w:t>NOMBRE DE COLIS</w:t>
            </w:r>
          </w:p>
          <w:p/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type="dxa" w:w="5273"/>
          </w:tcPr>
          <w:p>
            <w:r>
              <w:rPr>
                <w:b/>
              </w:rPr>
              <w:t>MODE D’EMBALLAGE</w:t>
            </w:r>
          </w:p>
          <w:p/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9</w:t>
            </w:r>
          </w:p>
        </w:tc>
        <w:tc>
          <w:tcPr>
            <w:tcW w:type="dxa" w:w="5273"/>
          </w:tcPr>
          <w:p>
            <w:r>
              <w:rPr>
                <w:b/>
              </w:rPr>
              <w:t>NATURE DES MARCHANDISES</w:t>
            </w:r>
          </w:p>
          <w:p/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type="dxa" w:w="5273"/>
          </w:tcPr>
          <w:p>
            <w:r>
              <w:rPr>
                <w:b/>
              </w:rPr>
              <w:t>N° STATISTIQUE (si applicable)</w:t>
            </w:r>
          </w:p>
          <w:p/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11</w:t>
            </w:r>
          </w:p>
        </w:tc>
        <w:tc>
          <w:tcPr>
            <w:tcW w:type="dxa" w:w="5273"/>
          </w:tcPr>
          <w:p>
            <w:r>
              <w:rPr>
                <w:b/>
              </w:rPr>
              <w:t>POIDS BRUT (kg)</w:t>
            </w:r>
          </w:p>
          <w:p/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12</w:t>
            </w:r>
          </w:p>
        </w:tc>
        <w:tc>
          <w:tcPr>
            <w:tcW w:type="dxa" w:w="5273"/>
          </w:tcPr>
          <w:p>
            <w:r>
              <w:rPr>
                <w:b/>
              </w:rPr>
              <w:t>VOLUME (m³)</w:t>
            </w:r>
          </w:p>
          <w:p/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13</w:t>
            </w:r>
          </w:p>
        </w:tc>
        <w:tc>
          <w:tcPr>
            <w:tcW w:type="dxa" w:w="5273"/>
          </w:tcPr>
          <w:p>
            <w:r>
              <w:rPr>
                <w:b/>
              </w:rPr>
              <w:t>INSTRUCTIONS DOUANE</w:t>
            </w:r>
          </w:p>
          <w:p>
            <w:r>
              <w:t>Pays départ/transit/destination :</w:t>
            </w:r>
          </w:p>
          <w:p>
            <w:r>
              <w:t>Documents &amp; consignes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14</w:t>
            </w:r>
          </w:p>
        </w:tc>
        <w:tc>
          <w:tcPr>
            <w:tcW w:type="dxa" w:w="5273"/>
          </w:tcPr>
          <w:p>
            <w:r>
              <w:rPr>
                <w:b/>
              </w:rPr>
              <w:t>RÉSERVES TRANSPORTEUR</w:t>
            </w:r>
          </w:p>
          <w:p>
            <w:r>
              <w:t>État apparent :</w:t>
            </w:r>
          </w:p>
          <w:p>
            <w:r>
              <w:t>Réserves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type="dxa" w:w="5273"/>
          </w:tcPr>
          <w:p>
            <w:r>
              <w:rPr>
                <w:b/>
              </w:rPr>
              <w:t>TRANSPORTEURS SUCCESSIFS</w:t>
            </w:r>
          </w:p>
          <w:p>
            <w:r>
              <w:t>Nom — Date — Signature :</w:t>
            </w:r>
          </w:p>
          <w:p>
            <w:r>
              <w:t>Nom — Date — Signature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16</w:t>
            </w:r>
          </w:p>
        </w:tc>
        <w:tc>
          <w:tcPr>
            <w:tcW w:type="dxa" w:w="5273"/>
          </w:tcPr>
          <w:p>
            <w:r>
              <w:rPr>
                <w:b/>
              </w:rPr>
              <w:t>FRAIS — À LA CHARGE DE</w:t>
            </w:r>
          </w:p>
          <w:p>
            <w:r>
              <w:t>☐ Expéditeur  ☐ Destinataire  Détail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17</w:t>
            </w:r>
          </w:p>
        </w:tc>
        <w:tc>
          <w:tcPr>
            <w:tcW w:type="dxa" w:w="5273"/>
          </w:tcPr>
          <w:p>
            <w:r>
              <w:rPr>
                <w:b/>
              </w:rPr>
              <w:t>INSTRUCTIONS DU TRANSPORTEUR</w:t>
            </w:r>
          </w:p>
          <w:p/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18</w:t>
            </w:r>
          </w:p>
        </w:tc>
        <w:tc>
          <w:tcPr>
            <w:tcW w:type="dxa" w:w="5273"/>
          </w:tcPr>
          <w:p>
            <w:r>
              <w:rPr>
                <w:b/>
              </w:rPr>
              <w:t>REMBOURSEMENT À PERCEVOIR (COD)</w:t>
            </w:r>
          </w:p>
          <w:p>
            <w:r>
              <w:t>Montant :</w:t>
            </w:r>
          </w:p>
          <w:p>
            <w:r>
              <w:t>Devise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19</w:t>
            </w:r>
          </w:p>
        </w:tc>
        <w:tc>
          <w:tcPr>
            <w:tcW w:type="dxa" w:w="5273"/>
          </w:tcPr>
          <w:p>
            <w:r>
              <w:rPr>
                <w:b/>
              </w:rPr>
              <w:t>CONVENTIONS SPÉCIALES</w:t>
            </w:r>
          </w:p>
          <w:p>
            <w:r>
              <w:t>Valeur déclarée :</w:t>
            </w:r>
          </w:p>
          <w:p>
            <w:r>
              <w:t>Intérêt spécial :</w:t>
            </w:r>
          </w:p>
          <w:p>
            <w:r>
              <w:t>No transhipment : ☐ Oui ☐ Non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20</w:t>
            </w:r>
          </w:p>
        </w:tc>
        <w:tc>
          <w:tcPr>
            <w:tcW w:type="dxa" w:w="5273"/>
          </w:tcPr>
          <w:p>
            <w:r>
              <w:rPr>
                <w:b/>
              </w:rPr>
              <w:t>SIGNATURE EXPÉDITEUR</w:t>
            </w:r>
          </w:p>
          <w:p>
            <w:r>
              <w:t>Lieu :</w:t>
            </w:r>
          </w:p>
          <w:p>
            <w:r>
              <w:t>Date :</w:t>
            </w:r>
          </w:p>
          <w:p>
            <w:r>
              <w:t>Nom &amp; Qualité :</w:t>
            </w:r>
          </w:p>
          <w:p>
            <w:r>
              <w:t>Signature &amp; cachet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21</w:t>
            </w:r>
          </w:p>
        </w:tc>
        <w:tc>
          <w:tcPr>
            <w:tcW w:type="dxa" w:w="5273"/>
          </w:tcPr>
          <w:p>
            <w:r>
              <w:rPr>
                <w:b/>
              </w:rPr>
              <w:t>PREMIER TRANSPORTEUR — IDENTIFICATION &amp; SIGNATURE</w:t>
            </w:r>
          </w:p>
          <w:p>
            <w:r>
              <w:t>Raison sociale :</w:t>
            </w:r>
          </w:p>
          <w:p>
            <w:r>
              <w:t>Adresse :</w:t>
            </w:r>
          </w:p>
          <w:p>
            <w:r>
              <w:t>Identifiant national (SIREN/SIRET, ICE, NIF…) :</w:t>
            </w:r>
          </w:p>
          <w:p>
            <w:r>
              <w:t>N° TVA intracom (si UE) :</w:t>
            </w:r>
          </w:p>
          <w:p>
            <w:r>
              <w:t>Licence/registre (RCS, licence communautaire…) :</w:t>
            </w:r>
          </w:p>
          <w:p>
            <w:r>
              <w:t>Date :</w:t>
            </w:r>
          </w:p>
          <w:p>
            <w:r>
              <w:t>Nom :</w:t>
            </w:r>
          </w:p>
          <w:p>
            <w:r>
              <w:t>Signature &amp; cachet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22</w:t>
            </w:r>
          </w:p>
        </w:tc>
        <w:tc>
          <w:tcPr>
            <w:tcW w:type="dxa" w:w="5273"/>
          </w:tcPr>
          <w:p>
            <w:r>
              <w:rPr>
                <w:b/>
              </w:rPr>
              <w:t>TRANSPORTEURS SUCCESSIFS — SIGNATURES</w:t>
            </w:r>
          </w:p>
          <w:p>
            <w:r>
              <w:t>2e Transporteur :</w:t>
            </w:r>
          </w:p>
          <w:p>
            <w:r>
              <w:t>3e Transporteur :</w:t>
            </w:r>
          </w:p>
          <w:p>
            <w:r>
              <w:t>4e Transporteur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23</w:t>
            </w:r>
          </w:p>
        </w:tc>
        <w:tc>
          <w:tcPr>
            <w:tcW w:type="dxa" w:w="5273"/>
          </w:tcPr>
          <w:p>
            <w:r>
              <w:rPr>
                <w:b/>
              </w:rPr>
              <w:t>RÉCEPTION DES MARCHANDISES</w:t>
            </w:r>
          </w:p>
          <w:p>
            <w:r>
              <w:t>Nb de colis :</w:t>
            </w:r>
          </w:p>
          <w:p>
            <w:r>
              <w:t>État des marchandises :</w:t>
            </w:r>
          </w:p>
        </w:tc>
      </w:tr>
      <w:tr>
        <w:tc>
          <w:tcPr>
            <w:tcW w:type="dxa" w:w="5273"/>
          </w:tcPr>
          <w:p>
            <w:pPr>
              <w:jc w:val="center"/>
            </w:pPr>
            <w:r>
              <w:rPr>
                <w:b/>
              </w:rPr>
              <w:t>24</w:t>
            </w:r>
          </w:p>
        </w:tc>
        <w:tc>
          <w:tcPr>
            <w:tcW w:type="dxa" w:w="5273"/>
          </w:tcPr>
          <w:p>
            <w:r>
              <w:rPr>
                <w:b/>
              </w:rPr>
              <w:t>LIVRAISON — DATE/HEURE &amp; SIGNATURE DESTINATAIRE</w:t>
            </w:r>
          </w:p>
          <w:p>
            <w:r>
              <w:t>Date : ____/____/______   Heure : ______</w:t>
            </w:r>
          </w:p>
          <w:p>
            <w:r>
              <w:t>Nom :</w:t>
            </w:r>
          </w:p>
          <w:p>
            <w:r>
              <w:t>Signature &amp; cachet :</w:t>
            </w:r>
          </w:p>
        </w:tc>
      </w:tr>
    </w:tbl>
    <w:p>
      <w:r>
        <w:rPr>
          <w:i/>
        </w:rPr>
        <w:br/>
        <w:t>Indication CMR : transport soumis, nonobstant toute clause contraire, au régime de la Convention CMR.</w:t>
      </w:r>
    </w:p>
    <w:sectPr w:rsidR="00FC693F" w:rsidRPr="0006063C" w:rsidSect="00034616">
      <w:pgSz w:w="11906" w:h="16838"/>
      <w:pgMar w:top="567" w:right="680" w:bottom="567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19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