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LETTRE DE VOITURE CMR — FEUILLET ORIGINAL (Blanc) — Carnet à doublon (v2 + ID)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1871"/>
          </w:tcPr>
          <w:p>
            <w:r>
              <w:rPr>
                <w:b/>
              </w:rPr>
              <w:t>SOUCHE / STUB</w:t>
            </w:r>
          </w:p>
          <w:p>
            <w:r>
              <w:t>N° liasse : __________________</w:t>
            </w:r>
          </w:p>
          <w:p>
            <w:r>
              <w:t>N° CMR : _____________________</w:t>
            </w:r>
          </w:p>
          <w:p>
            <w:r>
              <w:t>Date : ____/____/______</w:t>
            </w:r>
          </w:p>
          <w:p>
            <w:r>
              <w:t>Destinataire : _______________</w:t>
            </w:r>
          </w:p>
          <w:p>
            <w:r>
              <w:t>Montant COD : ______________</w:t>
            </w:r>
          </w:p>
          <w:p/>
          <w:p>
            <w:r>
              <w:t>À CONSERVER</w:t>
            </w:r>
          </w:p>
          <w:p>
            <w:r>
              <w:t>(détacher le feuillet)</w:t>
            </w:r>
          </w:p>
        </w:tc>
        <w:tc>
          <w:tcPr>
            <w:tcW w:type="dxa" w:w="9468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156"/>
              <w:gridCol w:w="3156"/>
              <w:gridCol w:w="3156"/>
            </w:tblGrid>
            <w:tr>
              <w:tc>
                <w:tcPr>
                  <w:tcW w:type="dxa" w:w="3156"/>
                </w:tcPr>
                <w:p>
                  <w:r>
                    <w:t>FEUILLET ORIGINAL (Blanc)</w:t>
                  </w:r>
                </w:p>
              </w:tc>
              <w:tc>
                <w:tcPr>
                  <w:tcW w:type="dxa" w:w="3156"/>
                </w:tcPr>
                <w:p>
                  <w:r>
                    <w:t>N° liasse : __________________</w:t>
                  </w:r>
                </w:p>
              </w:tc>
              <w:tc>
                <w:tcPr>
                  <w:tcW w:type="dxa" w:w="3156"/>
                </w:tcPr>
                <w:p>
                  <w:r>
                    <w:t>N° CMR : _____________________</w:t>
                  </w:r>
                </w:p>
              </w:tc>
            </w:tr>
            <w:tr>
              <w:tc>
                <w:tcPr>
                  <w:tcW w:type="dxa" w:w="3156"/>
                </w:tcPr>
                <w:p>
                  <w:r>
                    <w:t>Date d’établissement : ____/____/______</w:t>
                  </w:r>
                </w:p>
              </w:tc>
              <w:tc>
                <w:tcPr>
                  <w:tcW w:type="dxa" w:w="3156"/>
                </w:tcPr>
                <w:p>
                  <w:r>
                    <w:t>Heure : ______</w:t>
                  </w:r>
                </w:p>
              </w:tc>
              <w:tc>
                <w:tcPr>
                  <w:tcW w:type="dxa" w:w="3156"/>
                </w:tcPr>
                <w:p>
                  <w:r>
                    <w:t>Exemplaire : ☐ Exp.  ☐ Transp.  ☐ Dest.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EXPÉDITEUR :</w:t>
                    <w:br/>
                    <w:t>Adresse :</w:t>
                    <w:br/>
                    <w:t>Pays/CP :</w:t>
                    <w:br/>
                    <w:t>Tél/Email :</w:t>
                    <w:br/>
                    <w:t>N° TVA (si UE) :</w:t>
                  </w:r>
                </w:p>
              </w:tc>
              <w:tc>
                <w:tcPr>
                  <w:tcW w:type="dxa" w:w="4734"/>
                </w:tcPr>
                <w:p>
                  <w:r>
                    <w:t>TRANSPORTEUR :</w:t>
                    <w:br/>
                    <w:t>Adresse :</w:t>
                    <w:br/>
                    <w:t>Tél/Email :</w:t>
                    <w:br/>
                    <w:t>Identifiant national (SIREN/SIRET, ICE, NIF…) :</w:t>
                    <w:br/>
                    <w:t>N° TVA intracom (si UE) :</w:t>
                    <w:br/>
                    <w:t>Licence/registre :</w:t>
                  </w:r>
                </w:p>
              </w:tc>
            </w:tr>
            <w:tr>
              <w:tc>
                <w:tcPr>
                  <w:tcW w:type="dxa" w:w="4734"/>
                </w:tcPr>
                <w:p>
                  <w:r>
                    <w:t>DESTINATAIRE :</w:t>
                    <w:br/>
                    <w:t>Adresse :</w:t>
                    <w:br/>
                    <w:t>Pays/CP :</w:t>
                    <w:br/>
                    <w:t>Tél/Email :</w:t>
                  </w:r>
                </w:p>
              </w:tc>
              <w:tc>
                <w:tcPr>
                  <w:tcW w:type="dxa" w:w="4734"/>
                </w:tcPr>
                <w:p>
                  <w:r>
                    <w:t>RÉFÉRENCES :</w:t>
                    <w:br/>
                    <w:t>Réf. transport :</w:t>
                    <w:br/>
                    <w:t>Commande :</w:t>
                    <w:br/>
                    <w:t>Incoterm :</w:t>
                  </w:r>
                </w:p>
              </w:tc>
            </w:tr>
            <w:tr>
              <w:tc>
                <w:tcPr>
                  <w:tcW w:type="dxa" w:w="4734"/>
                </w:tcPr>
                <w:p>
                  <w:r>
                    <w:t>PRISE EN CHARGE :</w:t>
                    <w:br/>
                    <w:t>Lieu :</w:t>
                    <w:br/>
                    <w:t>Date : ____/____/______  Heure : ______</w:t>
                  </w:r>
                </w:p>
              </w:tc>
              <w:tc>
                <w:tcPr>
                  <w:tcW w:type="dxa" w:w="4734"/>
                </w:tcPr>
                <w:p>
                  <w:r>
                    <w:t>LIVRAISON PRÉVUE :</w:t>
                    <w:br/>
                    <w:t>Lieu :</w:t>
                    <w:br/>
                    <w:t>Date : ____/____/______  Heure : 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94"/>
              <w:gridCol w:w="1894"/>
              <w:gridCol w:w="1894"/>
              <w:gridCol w:w="1894"/>
              <w:gridCol w:w="1894"/>
            </w:tblGrid>
            <w:tr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Nature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Emballage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Colis (nbre)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Marques &amp; N°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Poids brut (kg)</w:t>
                  </w:r>
                </w:p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INSTRUCTIONS DOUANE :</w:t>
                    <w:br/>
                    <w:t>Pays départ/transit/destination :</w:t>
                    <w:br/>
                    <w:t>Documents :</w:t>
                  </w:r>
                </w:p>
              </w:tc>
              <w:tc>
                <w:tcPr>
                  <w:tcW w:type="dxa" w:w="4734"/>
                </w:tcPr>
                <w:p>
                  <w:r>
                    <w:t>RÉSERVES TRANSPORTEUR (Art. 8) :</w:t>
                    <w:br/>
                    <w:t>État apparent :</w:t>
                    <w:br/>
                    <w:t>Réserves :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FRAIS (Art. 6 i) :</w:t>
                    <w:br/>
                    <w:t>Prix :</w:t>
                    <w:br/>
                    <w:t>Accessoires :</w:t>
                    <w:br/>
                    <w:t>Droits &amp; taxes :</w:t>
                  </w:r>
                </w:p>
              </w:tc>
              <w:tc>
                <w:tcPr>
                  <w:tcW w:type="dxa" w:w="4734"/>
                </w:tcPr>
                <w:p>
                  <w:r>
                    <w:t>CLAUSES (Art. 6 §2) :</w:t>
                    <w:br/>
                    <w:t>☐ Interdiction de transbordement</w:t>
                    <w:br/>
                    <w:t>☐ COD : ______</w:t>
                    <w:br/>
                    <w:t>☐ Valeur déclarée : ______</w:t>
                    <w:br/>
                    <w:t>☐ Intérêt spécial : ______</w:t>
                    <w:br/>
                    <w:t>☐ Assurance demandée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156"/>
              <w:gridCol w:w="3156"/>
              <w:gridCol w:w="3156"/>
            </w:tblGrid>
            <w:tr>
              <w:tc>
                <w:tcPr>
                  <w:tcW w:type="dxa" w:w="3156"/>
                </w:tcPr>
                <w:p>
                  <w:r>
                    <w:t>EXPÉDITEUR :</w:t>
                    <w:br/>
                    <w:t>Lieu :</w:t>
                    <w:br/>
                    <w:t>Date :</w:t>
                    <w:br/>
                    <w:t>Nom/Fonction :</w:t>
                    <w:br/>
                    <w:t>Signature &amp; tampon :</w:t>
                  </w:r>
                </w:p>
              </w:tc>
              <w:tc>
                <w:tcPr>
                  <w:tcW w:type="dxa" w:w="3156"/>
                </w:tcPr>
                <w:p>
                  <w:r>
                    <w:t>TRANSPORTEUR :</w:t>
                    <w:br/>
                    <w:t>Lieu :</w:t>
                    <w:br/>
                    <w:t>Date :</w:t>
                    <w:br/>
                    <w:t>Nom :</w:t>
                    <w:br/>
                    <w:t>Signature &amp; tampon :</w:t>
                  </w:r>
                </w:p>
              </w:tc>
              <w:tc>
                <w:tcPr>
                  <w:tcW w:type="dxa" w:w="3156"/>
                </w:tcPr>
                <w:p>
                  <w:r>
                    <w:t>DESTINATAIRE :</w:t>
                    <w:br/>
                    <w:t>Lieu :</w:t>
                    <w:br/>
                    <w:t>Date :</w:t>
                    <w:br/>
                    <w:t>Nom :</w:t>
                    <w:br/>
                    <w:t>Signature &amp; tampon :</w:t>
                  </w:r>
                </w:p>
              </w:tc>
            </w:tr>
          </w:tbl>
          <w:p/>
          <w:p>
            <w:r>
              <w:rPr>
                <w:i/>
              </w:rPr>
              <w:br/>
              <w:t>Indication CMR : transport soumis au régime de la Convention CMR.</w:t>
            </w:r>
          </w:p>
        </w:tc>
      </w:tr>
    </w:tbl>
    <w:p>
      <w:r>
        <w:t>····································································</w:t>
      </w:r>
    </w:p>
    <w:p>
      <w:pPr>
        <w:jc w:val="center"/>
      </w:pPr>
      <w:r>
        <w:rPr>
          <w:b/>
        </w:rPr>
        <w:t>LETTRE DE VOITURE CMR — FEUILLET DUPLICATA (Jaune) — Carnet à doublon (v2 + ID)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86"/>
        <w:gridCol w:w="5386"/>
      </w:tblGrid>
      <w:tr>
        <w:tc>
          <w:tcPr>
            <w:tcW w:type="dxa" w:w="1871"/>
          </w:tcPr>
          <w:p>
            <w:r>
              <w:rPr>
                <w:b/>
              </w:rPr>
              <w:t>SOUCHE / STUB</w:t>
            </w:r>
          </w:p>
          <w:p>
            <w:r>
              <w:t>N° liasse : __________________</w:t>
            </w:r>
          </w:p>
          <w:p>
            <w:r>
              <w:t>N° CMR : _____________________</w:t>
            </w:r>
          </w:p>
          <w:p>
            <w:r>
              <w:t>Date : ____/____/______</w:t>
            </w:r>
          </w:p>
          <w:p>
            <w:r>
              <w:t>Destinataire : _______________</w:t>
            </w:r>
          </w:p>
          <w:p>
            <w:r>
              <w:t>Montant COD : ______________</w:t>
            </w:r>
          </w:p>
          <w:p/>
          <w:p>
            <w:r>
              <w:t>À CONSERVER</w:t>
            </w:r>
          </w:p>
          <w:p>
            <w:r>
              <w:t>(détacher le feuillet)</w:t>
            </w:r>
          </w:p>
        </w:tc>
        <w:tc>
          <w:tcPr>
            <w:tcW w:type="dxa" w:w="9468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156"/>
              <w:gridCol w:w="3156"/>
              <w:gridCol w:w="3156"/>
            </w:tblGrid>
            <w:tr>
              <w:tc>
                <w:tcPr>
                  <w:tcW w:type="dxa" w:w="3156"/>
                </w:tcPr>
                <w:p>
                  <w:r>
                    <w:t>FEUILLET DUPLICATA (Jaune)</w:t>
                  </w:r>
                </w:p>
              </w:tc>
              <w:tc>
                <w:tcPr>
                  <w:tcW w:type="dxa" w:w="3156"/>
                </w:tcPr>
                <w:p>
                  <w:r>
                    <w:t>N° liasse : __________________</w:t>
                  </w:r>
                </w:p>
              </w:tc>
              <w:tc>
                <w:tcPr>
                  <w:tcW w:type="dxa" w:w="3156"/>
                </w:tcPr>
                <w:p>
                  <w:r>
                    <w:t>N° CMR : _____________________</w:t>
                  </w:r>
                </w:p>
              </w:tc>
            </w:tr>
            <w:tr>
              <w:tc>
                <w:tcPr>
                  <w:tcW w:type="dxa" w:w="3156"/>
                </w:tcPr>
                <w:p>
                  <w:r>
                    <w:t>Date d’établissement : ____/____/______</w:t>
                  </w:r>
                </w:p>
              </w:tc>
              <w:tc>
                <w:tcPr>
                  <w:tcW w:type="dxa" w:w="3156"/>
                </w:tcPr>
                <w:p>
                  <w:r>
                    <w:t>Heure : ______</w:t>
                  </w:r>
                </w:p>
              </w:tc>
              <w:tc>
                <w:tcPr>
                  <w:tcW w:type="dxa" w:w="3156"/>
                </w:tcPr>
                <w:p>
                  <w:r>
                    <w:t>Exemplaire : ☐ Exp.  ☐ Transp.  ☐ Dest.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EXPÉDITEUR :</w:t>
                    <w:br/>
                    <w:t>Adresse :</w:t>
                    <w:br/>
                    <w:t>Pays/CP :</w:t>
                    <w:br/>
                    <w:t>Tél/Email :</w:t>
                    <w:br/>
                    <w:t>N° TVA (si UE) :</w:t>
                  </w:r>
                </w:p>
              </w:tc>
              <w:tc>
                <w:tcPr>
                  <w:tcW w:type="dxa" w:w="4734"/>
                </w:tcPr>
                <w:p>
                  <w:r>
                    <w:t>TRANSPORTEUR :</w:t>
                    <w:br/>
                    <w:t>Adresse :</w:t>
                    <w:br/>
                    <w:t>Tél/Email :</w:t>
                    <w:br/>
                    <w:t>Identifiant national (SIREN/SIRET, ICE, NIF…) :</w:t>
                    <w:br/>
                    <w:t>N° TVA intracom (si UE) :</w:t>
                    <w:br/>
                    <w:t>Licence/registre :</w:t>
                  </w:r>
                </w:p>
              </w:tc>
            </w:tr>
            <w:tr>
              <w:tc>
                <w:tcPr>
                  <w:tcW w:type="dxa" w:w="4734"/>
                </w:tcPr>
                <w:p>
                  <w:r>
                    <w:t>DESTINATAIRE :</w:t>
                    <w:br/>
                    <w:t>Adresse :</w:t>
                    <w:br/>
                    <w:t>Pays/CP :</w:t>
                    <w:br/>
                    <w:t>Tél/Email :</w:t>
                  </w:r>
                </w:p>
              </w:tc>
              <w:tc>
                <w:tcPr>
                  <w:tcW w:type="dxa" w:w="4734"/>
                </w:tcPr>
                <w:p>
                  <w:r>
                    <w:t>RÉFÉRENCES :</w:t>
                    <w:br/>
                    <w:t>Réf. transport :</w:t>
                    <w:br/>
                    <w:t>Commande :</w:t>
                    <w:br/>
                    <w:t>Incoterm :</w:t>
                  </w:r>
                </w:p>
              </w:tc>
            </w:tr>
            <w:tr>
              <w:tc>
                <w:tcPr>
                  <w:tcW w:type="dxa" w:w="4734"/>
                </w:tcPr>
                <w:p>
                  <w:r>
                    <w:t>PRISE EN CHARGE :</w:t>
                    <w:br/>
                    <w:t>Lieu :</w:t>
                    <w:br/>
                    <w:t>Date : ____/____/______  Heure : ______</w:t>
                  </w:r>
                </w:p>
              </w:tc>
              <w:tc>
                <w:tcPr>
                  <w:tcW w:type="dxa" w:w="4734"/>
                </w:tcPr>
                <w:p>
                  <w:r>
                    <w:t>LIVRAISON PRÉVUE :</w:t>
                    <w:br/>
                    <w:t>Lieu :</w:t>
                    <w:br/>
                    <w:t>Date : ____/____/______  Heure : 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894"/>
              <w:gridCol w:w="1894"/>
              <w:gridCol w:w="1894"/>
              <w:gridCol w:w="1894"/>
              <w:gridCol w:w="1894"/>
            </w:tblGrid>
            <w:tr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Nature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Emballage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Colis (nbre)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Marques &amp; N°</w:t>
                  </w:r>
                </w:p>
              </w:tc>
              <w:tc>
                <w:tcPr>
                  <w:tcW w:type="dxa" w:w="1894"/>
                </w:tcPr>
                <w:p>
                  <w:r>
                    <w:rPr>
                      <w:b/>
                    </w:rPr>
                    <w:t>Poids brut (kg)</w:t>
                  </w:r>
                </w:p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  <w:tr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  <w:tc>
                <w:tcPr>
                  <w:tcW w:type="dxa" w:w="1894"/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INSTRUCTIONS DOUANE :</w:t>
                    <w:br/>
                    <w:t>Pays départ/transit/destination :</w:t>
                    <w:br/>
                    <w:t>Documents :</w:t>
                  </w:r>
                </w:p>
              </w:tc>
              <w:tc>
                <w:tcPr>
                  <w:tcW w:type="dxa" w:w="4734"/>
                </w:tcPr>
                <w:p>
                  <w:r>
                    <w:t>RÉSERVES TRANSPORTEUR (Art. 8) :</w:t>
                    <w:br/>
                    <w:t>État apparent :</w:t>
                    <w:br/>
                    <w:t>Réserves :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734"/>
              <w:gridCol w:w="4734"/>
            </w:tblGrid>
            <w:tr>
              <w:tc>
                <w:tcPr>
                  <w:tcW w:type="dxa" w:w="4734"/>
                </w:tcPr>
                <w:p>
                  <w:r>
                    <w:t>FRAIS (Art. 6 i) :</w:t>
                    <w:br/>
                    <w:t>Prix :</w:t>
                    <w:br/>
                    <w:t>Accessoires :</w:t>
                    <w:br/>
                    <w:t>Droits &amp; taxes :</w:t>
                  </w:r>
                </w:p>
              </w:tc>
              <w:tc>
                <w:tcPr>
                  <w:tcW w:type="dxa" w:w="4734"/>
                </w:tcPr>
                <w:p>
                  <w:r>
                    <w:t>CLAUSES (Art. 6 §2) :</w:t>
                    <w:br/>
                    <w:t>☐ Interdiction de transbordement</w:t>
                    <w:br/>
                    <w:t>☐ COD : ______</w:t>
                    <w:br/>
                    <w:t>☐ Valeur déclarée : ______</w:t>
                    <w:br/>
                    <w:t>☐ Intérêt spécial : ______</w:t>
                    <w:br/>
                    <w:t>☐ Assurance demandée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3156"/>
              <w:gridCol w:w="3156"/>
              <w:gridCol w:w="3156"/>
            </w:tblGrid>
            <w:tr>
              <w:tc>
                <w:tcPr>
                  <w:tcW w:type="dxa" w:w="3156"/>
                </w:tcPr>
                <w:p>
                  <w:r>
                    <w:t>EXPÉDITEUR :</w:t>
                    <w:br/>
                    <w:t>Lieu :</w:t>
                    <w:br/>
                    <w:t>Date :</w:t>
                    <w:br/>
                    <w:t>Nom/Fonction :</w:t>
                    <w:br/>
                    <w:t>Signature &amp; tampon :</w:t>
                  </w:r>
                </w:p>
              </w:tc>
              <w:tc>
                <w:tcPr>
                  <w:tcW w:type="dxa" w:w="3156"/>
                </w:tcPr>
                <w:p>
                  <w:r>
                    <w:t>TRANSPORTEUR :</w:t>
                    <w:br/>
                    <w:t>Lieu :</w:t>
                    <w:br/>
                    <w:t>Date :</w:t>
                    <w:br/>
                    <w:t>Nom :</w:t>
                    <w:br/>
                    <w:t>Signature &amp; tampon :</w:t>
                  </w:r>
                </w:p>
              </w:tc>
              <w:tc>
                <w:tcPr>
                  <w:tcW w:type="dxa" w:w="3156"/>
                </w:tcPr>
                <w:p>
                  <w:r>
                    <w:t>DESTINATAIRE :</w:t>
                    <w:br/>
                    <w:t>Lieu :</w:t>
                    <w:br/>
                    <w:t>Date :</w:t>
                    <w:br/>
                    <w:t>Nom :</w:t>
                    <w:br/>
                    <w:t>Signature &amp; tampon :</w:t>
                  </w:r>
                </w:p>
              </w:tc>
            </w:tr>
          </w:tbl>
          <w:p/>
          <w:p>
            <w:r>
              <w:rPr>
                <w:i/>
              </w:rPr>
              <w:br/>
              <w:t>Indication CMR : transport soumis au régime de la Convention CMR.</w:t>
            </w:r>
          </w:p>
        </w:tc>
      </w:tr>
    </w:tbl>
    <w:sectPr w:rsidR="00FC693F" w:rsidRPr="0006063C" w:rsidSect="00034616">
      <w:pgSz w:w="11906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