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  <w:tblBorders>
          <w:top w:val="single" w:sz="0" w:color="000000"/>
          <w:left w:val="single" w:sz="0" w:color="000000"/>
          <w:bottom w:val="single" w:sz="0" w:color="000000"/>
          <w:right w:val="single" w:sz="0" w:color="000000"/>
          <w:insideH w:val="single" w:sz="0" w:color="000000"/>
          <w:insideV w:val="single" w:sz="0" w:color="000000"/>
        </w:tblBorders>
      </w:tblPr>
      <w:tblGrid>
        <w:gridCol w:w="5103"/>
        <w:gridCol w:w="5103"/>
      </w:tblGrid>
      <w:tr>
        <w:tc>
          <w:tcPr>
            <w:tcW w:type="dxa" w:w="567"/>
            <w:shd w:fill="0EA5E9"/>
          </w:tcPr>
          <w:p/>
        </w:tc>
        <w:tc>
          <w:tcPr>
            <w:tcW w:type="dxa" w:w="5103"/>
          </w:tcPr>
          <w:p>
            <w:r>
              <w:rPr>
                <w:b/>
                <w:sz w:val="36"/>
              </w:rPr>
              <w:t>FACTURE / RECHNUNG — SUISSE (QR‑bill)</w:t>
            </w:r>
          </w:p>
        </w:tc>
      </w:tr>
    </w:tbl>
    <w:p/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single" w:sz="10" w:color="000000"/>
          <w:left w:val="single" w:sz="10" w:color="000000"/>
          <w:bottom w:val="single" w:sz="10" w:color="000000"/>
          <w:right w:val="single" w:sz="10" w:color="000000"/>
          <w:insideH w:val="single" w:sz="10" w:color="000000"/>
          <w:insideV w:val="single" w:sz="10" w:color="000000"/>
        </w:tblBorders>
      </w:tblPr>
      <w:tblGrid>
        <w:gridCol w:w="5103"/>
        <w:gridCol w:w="5103"/>
      </w:tblGrid>
      <w:tr>
        <w:tc>
          <w:tcPr>
            <w:tcW w:type="dxa" w:w="5669"/>
          </w:tcPr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single" w:sz="6" w:color="000000"/>
                <w:left w:val="single" w:sz="6" w:color="000000"/>
                <w:bottom w:val="single" w:sz="6" w:color="000000"/>
                <w:right w:val="single" w:sz="6" w:color="000000"/>
                <w:insideH w:val="single" w:sz="6" w:color="000000"/>
                <w:insideV w:val="single" w:sz="6" w:color="000000"/>
              </w:tblBorders>
            </w:tblPr>
            <w:tblGrid>
              <w:gridCol w:w="2834"/>
              <w:gridCol w:w="2834"/>
            </w:tblGrid>
            <w:tr>
              <w:tc>
                <w:tcPr>
                  <w:tcW w:type="dxa" w:w="2834"/>
                </w:tcPr>
                <w:p>
                  <w:r>
                    <w:t>Créditeur / Zahlbar an</w:t>
                  </w:r>
                </w:p>
              </w:tc>
              <w:tc>
                <w:tcPr>
                  <w:tcW w:type="dxa" w:w="2834"/>
                </w:tcPr>
                <w:p>
                  <w:r/>
                </w:p>
              </w:tc>
            </w:tr>
            <w:tr>
              <w:tc>
                <w:tcPr>
                  <w:tcW w:type="dxa" w:w="2834"/>
                </w:tcPr>
                <w:p>
                  <w:r>
                    <w:t>Adresse</w:t>
                  </w:r>
                </w:p>
              </w:tc>
              <w:tc>
                <w:tcPr>
                  <w:tcW w:type="dxa" w:w="2834"/>
                </w:tcPr>
                <w:p>
                  <w:r/>
                </w:p>
              </w:tc>
            </w:tr>
            <w:tr>
              <w:tc>
                <w:tcPr>
                  <w:tcW w:type="dxa" w:w="2834"/>
                </w:tcPr>
                <w:p>
                  <w:r>
                    <w:t>IBAN / QR‑IBAN</w:t>
                  </w:r>
                </w:p>
              </w:tc>
              <w:tc>
                <w:tcPr>
                  <w:tcW w:type="dxa" w:w="2834"/>
                </w:tcPr>
                <w:p>
                  <w:r/>
                </w:p>
              </w:tc>
            </w:tr>
            <w:tr>
              <w:tc>
                <w:tcPr>
                  <w:tcW w:type="dxa" w:w="2834"/>
                </w:tcPr>
                <w:p>
                  <w:r>
                    <w:t>TVA/MWST no.</w:t>
                  </w:r>
                </w:p>
              </w:tc>
              <w:tc>
                <w:tcPr>
                  <w:tcW w:type="dxa" w:w="2834"/>
                </w:tcPr>
                <w:p>
                  <w:r/>
                </w:p>
              </w:tc>
            </w:tr>
            <w:tr>
              <w:tc>
                <w:tcPr>
                  <w:tcW w:type="dxa" w:w="2834"/>
                </w:tcPr>
                <w:p>
                  <w:r>
                    <w:t>E‑mail</w:t>
                  </w:r>
                </w:p>
              </w:tc>
              <w:tc>
                <w:tcPr>
                  <w:tcW w:type="dxa" w:w="2834"/>
                </w:tcPr>
                <w:p>
                  <w:r/>
                </w:p>
              </w:tc>
            </w:tr>
            <w:tr>
              <w:tc>
                <w:tcPr>
                  <w:tcW w:type="dxa" w:w="2834"/>
                </w:tcPr>
                <w:p>
                  <w:r>
                    <w:t>Téléphone</w:t>
                  </w:r>
                </w:p>
              </w:tc>
              <w:tc>
                <w:tcPr>
                  <w:tcW w:type="dxa" w:w="2834"/>
                </w:tcPr>
                <w:p>
                  <w:r/>
                </w:p>
              </w:tc>
            </w:tr>
          </w:tbl>
          <w:p/>
        </w:tc>
        <w:tc>
          <w:tcPr>
            <w:tcW w:type="dxa" w:w="3969"/>
          </w:tcPr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single" w:sz="6" w:color="000000"/>
                <w:left w:val="single" w:sz="6" w:color="000000"/>
                <w:bottom w:val="single" w:sz="6" w:color="000000"/>
                <w:right w:val="single" w:sz="6" w:color="000000"/>
                <w:insideH w:val="single" w:sz="6" w:color="000000"/>
                <w:insideV w:val="single" w:sz="6" w:color="000000"/>
              </w:tblBorders>
            </w:tblPr>
            <w:tblGrid>
              <w:gridCol w:w="1984"/>
              <w:gridCol w:w="1984"/>
            </w:tblGrid>
            <w:tr>
              <w:tc>
                <w:tcPr>
                  <w:tcW w:type="dxa" w:w="1984"/>
                </w:tcPr>
                <w:p>
                  <w:r>
                    <w:t>N° facture / Rechnungs‑Nr.</w:t>
                  </w:r>
                </w:p>
              </w:tc>
              <w:tc>
                <w:tcPr>
                  <w:tcW w:type="dxa" w:w="1984"/>
                </w:tcPr>
                <w:p>
                  <w:r/>
                </w:p>
              </w:tc>
            </w:tr>
            <w:tr>
              <w:tc>
                <w:tcPr>
                  <w:tcW w:type="dxa" w:w="1984"/>
                </w:tcPr>
                <w:p>
                  <w:r>
                    <w:t>Date / Datum</w:t>
                  </w:r>
                </w:p>
              </w:tc>
              <w:tc>
                <w:tcPr>
                  <w:tcW w:type="dxa" w:w="1984"/>
                </w:tcPr>
                <w:p>
                  <w:r/>
                </w:p>
              </w:tc>
            </w:tr>
            <w:tr>
              <w:tc>
                <w:tcPr>
                  <w:tcW w:type="dxa" w:w="1984"/>
                </w:tcPr>
                <w:p>
                  <w:r>
                    <w:t>Échéance / Fälligkeit</w:t>
                  </w:r>
                </w:p>
              </w:tc>
              <w:tc>
                <w:tcPr>
                  <w:tcW w:type="dxa" w:w="1984"/>
                </w:tcPr>
                <w:p>
                  <w:r/>
                </w:p>
              </w:tc>
            </w:tr>
            <w:tr>
              <w:tc>
                <w:tcPr>
                  <w:tcW w:type="dxa" w:w="1984"/>
                </w:tcPr>
                <w:p>
                  <w:r>
                    <w:t>Devise / Währung</w:t>
                  </w:r>
                </w:p>
              </w:tc>
              <w:tc>
                <w:tcPr>
                  <w:tcW w:type="dxa" w:w="1984"/>
                </w:tcPr>
                <w:p>
                  <w:r/>
                </w:p>
              </w:tc>
            </w:tr>
            <w:tr>
              <w:tc>
                <w:tcPr>
                  <w:tcW w:type="dxa" w:w="1984"/>
                </w:tcPr>
                <w:p>
                  <w:r>
                    <w:t>Référence client / Kundenref.</w:t>
                  </w:r>
                </w:p>
              </w:tc>
              <w:tc>
                <w:tcPr>
                  <w:tcW w:type="dxa" w:w="1984"/>
                </w:tcPr>
                <w:p>
                  <w:r/>
                </w:p>
              </w:tc>
            </w:tr>
            <w:tr>
              <w:tc>
                <w:tcPr>
                  <w:tcW w:type="dxa" w:w="1984"/>
                </w:tcPr>
                <w:p>
                  <w:r>
                    <w:t>PO / Auftrag</w:t>
                  </w:r>
                </w:p>
              </w:tc>
              <w:tc>
                <w:tcPr>
                  <w:tcW w:type="dxa" w:w="1984"/>
                </w:tcPr>
                <w:p>
                  <w:r/>
                </w:p>
              </w:tc>
            </w:tr>
          </w:tbl>
          <w:p/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8" w:color="000000"/>
          <w:left w:val="single" w:sz="8" w:color="000000"/>
          <w:bottom w:val="single" w:sz="8" w:color="000000"/>
          <w:right w:val="single" w:sz="8" w:color="000000"/>
          <w:insideH w:val="single" w:sz="8" w:color="000000"/>
          <w:insideV w:val="single" w:sz="8" w:color="000000"/>
        </w:tblBorders>
      </w:tblPr>
      <w:tblGrid>
        <w:gridCol w:w="5103"/>
        <w:gridCol w:w="5103"/>
      </w:tblGrid>
      <w:tr>
        <w:tc>
          <w:tcPr>
            <w:tcW w:type="dxa" w:w="5103"/>
          </w:tcPr>
          <w:p>
            <w:r>
              <w:t>DÉBITEUR / ZAHLUNGSPFLICHTIGER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t>Adresse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t>E‑mail / Téléphone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t>N° TVA (si applicable)</w:t>
            </w:r>
          </w:p>
        </w:tc>
        <w:tc>
          <w:tcPr>
            <w:tcW w:type="dxa" w:w="5103"/>
          </w:tcPr>
          <w:p>
            <w:r/>
          </w:p>
        </w:tc>
      </w:tr>
    </w:tbl>
    <w:p/>
    <w:p>
      <w:r>
        <w:rPr>
          <w:b/>
        </w:rPr>
        <w:t>LIGNES / POSITIONEN</w:t>
      </w:r>
    </w:p>
    <w:tbl>
      <w:tblPr>
        <w:tblW w:type="auto" w:w="0"/>
        <w:tblLook w:firstColumn="1" w:firstRow="1" w:lastColumn="0" w:lastRow="0" w:noHBand="0" w:noVBand="1" w:val="04A0"/>
        <w:tblBorders>
          <w:top w:val="single" w:sz="10" w:color="000000"/>
          <w:left w:val="single" w:sz="10" w:color="000000"/>
          <w:bottom w:val="single" w:sz="10" w:color="000000"/>
          <w:right w:val="single" w:sz="10" w:color="000000"/>
          <w:insideH w:val="single" w:sz="10" w:color="000000"/>
          <w:insideV w:val="single" w:sz="10" w:color="000000"/>
        </w:tblBorders>
      </w:tblPr>
      <w:tblGrid>
        <w:gridCol w:w="1276"/>
        <w:gridCol w:w="1276"/>
        <w:gridCol w:w="1276"/>
        <w:gridCol w:w="1276"/>
        <w:gridCol w:w="1276"/>
        <w:gridCol w:w="1276"/>
        <w:gridCol w:w="1276"/>
        <w:gridCol w:w="1276"/>
      </w:tblGrid>
      <w:tr>
        <w:tc>
          <w:tcPr>
            <w:tcW w:type="dxa" w:w="1276"/>
            <w:shd w:fill="BAE6FD"/>
          </w:tcPr>
          <w:p>
            <w:r>
              <w:rPr>
                <w:b/>
              </w:rPr>
              <w:t>Pos</w:t>
            </w:r>
          </w:p>
        </w:tc>
        <w:tc>
          <w:tcPr>
            <w:tcW w:type="dxa" w:w="1276"/>
            <w:shd w:fill="BAE6FD"/>
          </w:tcPr>
          <w:p>
            <w:r>
              <w:rPr>
                <w:b/>
              </w:rPr>
              <w:t>Description / Bezeichnung</w:t>
            </w:r>
          </w:p>
        </w:tc>
        <w:tc>
          <w:tcPr>
            <w:tcW w:type="dxa" w:w="1276"/>
            <w:shd w:fill="BAE6FD"/>
          </w:tcPr>
          <w:p>
            <w:r>
              <w:rPr>
                <w:b/>
              </w:rPr>
              <w:t>Qté / Menge</w:t>
            </w:r>
          </w:p>
        </w:tc>
        <w:tc>
          <w:tcPr>
            <w:tcW w:type="dxa" w:w="1276"/>
            <w:shd w:fill="BAE6FD"/>
          </w:tcPr>
          <w:p>
            <w:r>
              <w:rPr>
                <w:b/>
              </w:rPr>
              <w:t>PU HT</w:t>
            </w:r>
          </w:p>
        </w:tc>
        <w:tc>
          <w:tcPr>
            <w:tcW w:type="dxa" w:w="1276"/>
            <w:shd w:fill="BAE6FD"/>
          </w:tcPr>
          <w:p>
            <w:r>
              <w:rPr>
                <w:b/>
              </w:rPr>
              <w:t>TVA/MWST %</w:t>
            </w:r>
          </w:p>
        </w:tc>
        <w:tc>
          <w:tcPr>
            <w:tcW w:type="dxa" w:w="1276"/>
            <w:shd w:fill="BAE6FD"/>
          </w:tcPr>
          <w:p>
            <w:r>
              <w:rPr>
                <w:b/>
              </w:rPr>
              <w:t>Montant TVA</w:t>
            </w:r>
          </w:p>
        </w:tc>
        <w:tc>
          <w:tcPr>
            <w:tcW w:type="dxa" w:w="1276"/>
            <w:shd w:fill="BAE6FD"/>
          </w:tcPr>
          <w:p>
            <w:r>
              <w:rPr>
                <w:b/>
              </w:rPr>
              <w:t>Total HT</w:t>
            </w:r>
          </w:p>
        </w:tc>
        <w:tc>
          <w:tcPr>
            <w:tcW w:type="dxa" w:w="1276"/>
            <w:shd w:fill="BAE6FD"/>
          </w:tcPr>
          <w:p>
            <w:r>
              <w:rPr>
                <w:b/>
              </w:rPr>
              <w:t>Total TTC</w:t>
            </w:r>
          </w:p>
        </w:tc>
      </w:tr>
      <w:tr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</w:tr>
      <w:tr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</w:tr>
      <w:tr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</w:tr>
      <w:tr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</w:tr>
      <w:tr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</w:tr>
      <w:tr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</w:tr>
      <w:tr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</w:tr>
      <w:tr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</w:tr>
      <w:tr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</w:tr>
      <w:tr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10" w:color="000000"/>
          <w:left w:val="single" w:sz="10" w:color="000000"/>
          <w:bottom w:val="single" w:sz="10" w:color="000000"/>
          <w:right w:val="single" w:sz="10" w:color="000000"/>
          <w:insideH w:val="single" w:sz="10" w:color="000000"/>
          <w:insideV w:val="single" w:sz="10" w:color="000000"/>
        </w:tblBorders>
      </w:tblPr>
      <w:tblGrid>
        <w:gridCol w:w="5103"/>
        <w:gridCol w:w="5103"/>
      </w:tblGrid>
      <w:tr>
        <w:tc>
          <w:tcPr>
            <w:tcW w:type="dxa" w:w="5103"/>
          </w:tcPr>
          <w:p>
            <w:r>
              <w:t>Total HT / Netto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t>TVA 7.7 %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t>Autres TVA (2.6 %, 3.7 %…)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t>Arrondi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t>Total TTC / Brutto</w:t>
            </w:r>
          </w:p>
        </w:tc>
        <w:tc>
          <w:tcPr>
            <w:tcW w:type="dxa" w:w="5103"/>
          </w:tcPr>
          <w:p>
            <w:r/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dashed" w:sz="12" w:color="000000"/>
          <w:left w:val="dashed" w:sz="12" w:color="000000"/>
          <w:bottom w:val="dashed" w:sz="12" w:color="000000"/>
          <w:right w:val="dashed" w:sz="12" w:color="000000"/>
          <w:insideH w:val="dashed" w:sz="12" w:color="000000"/>
          <w:insideV w:val="dashed" w:sz="12" w:color="000000"/>
        </w:tblBorders>
      </w:tblPr>
      <w:tblGrid>
        <w:gridCol w:w="10206"/>
      </w:tblGrid>
      <w:tr>
        <w:tc>
          <w:tcPr>
            <w:tcW w:type="dxa" w:w="10206"/>
          </w:tcPr>
          <w:p>
            <w:r>
              <w:t>Ligne de coupe / Perforationslinie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12" w:color="000000"/>
          <w:left w:val="single" w:sz="12" w:color="000000"/>
          <w:bottom w:val="single" w:sz="12" w:color="000000"/>
          <w:right w:val="single" w:sz="12" w:color="000000"/>
          <w:insideH w:val="single" w:sz="12" w:color="000000"/>
          <w:insideV w:val="single" w:sz="12" w:color="000000"/>
        </w:tblBorders>
      </w:tblPr>
      <w:tblGrid>
        <w:gridCol w:w="5103"/>
        <w:gridCol w:w="5103"/>
      </w:tblGrid>
      <w:tr>
        <w:trPr>
          <w:trHeight w:val="5953" w:hRule="exact"/>
        </w:trPr>
        <w:tc>
          <w:tcPr>
            <w:tcW w:type="dxa" w:w="3515"/>
          </w:tcPr>
          <w:p>
            <w:r>
              <w:rPr>
                <w:b/>
              </w:rPr>
              <w:t>RÉCÉPISSÉ / EMPFANGSSCHEIN (62 × 105 mm)</w:t>
              <w:br/>
            </w:r>
          </w:p>
          <w:p>
            <w:r>
              <w:t>Créditeur / Zahlbar an : ____________________________</w:t>
            </w:r>
          </w:p>
          <w:p>
            <w:r>
              <w:t>Montant / Betrag : ____________   Devise : ____</w:t>
            </w:r>
          </w:p>
          <w:p>
            <w:r>
              <w:t>Référence / Referenz : __________________________</w:t>
            </w:r>
          </w:p>
          <w:p>
            <w:r>
              <w:t>Débiteur / Zahlungspflichtiger : ________________</w:t>
            </w:r>
          </w:p>
        </w:tc>
        <w:tc>
          <w:tcPr>
            <w:tcW w:type="dxa" w:w="8391"/>
          </w:tcPr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single" w:sz="10" w:color="000000"/>
                <w:left w:val="single" w:sz="10" w:color="000000"/>
                <w:bottom w:val="single" w:sz="10" w:color="000000"/>
                <w:right w:val="single" w:sz="10" w:color="000000"/>
                <w:insideH w:val="single" w:sz="10" w:color="000000"/>
                <w:insideV w:val="single" w:sz="10" w:color="000000"/>
              </w:tblBorders>
            </w:tblPr>
            <w:tblGrid>
              <w:gridCol w:w="4195"/>
              <w:gridCol w:w="4195"/>
            </w:tblGrid>
            <w:tr>
              <w:tc>
                <w:tcPr>
                  <w:tcW w:type="dxa" w:w="4195"/>
                </w:tcPr>
                <w:p>
                  <w:pPr>
                    <w:jc w:val="center"/>
                  </w:pPr>
                  <w:r>
                    <w:rPr>
                      <w:b/>
                    </w:rPr>
                    <w:t>⟦ ZONE QR 46 × 46 mm ⟧</w:t>
                    <w:br/>
                    <w:t>Quiet zone ≥ 5 mm</w:t>
                  </w:r>
                </w:p>
              </w:tc>
              <w:tc>
                <w:tcPr>
                  <w:tcW w:type="dxa" w:w="4195"/>
                </w:tcPr>
                <w:p/>
                <w:p>
                  <w:r>
                    <w:t>Account / IBAN ou QR‑IBAN : ___________________________</w:t>
                  </w:r>
                </w:p>
                <w:p>
                  <w:r>
                    <w:t>Créditeur (titulaire + adresse) : ______________________</w:t>
                  </w:r>
                </w:p>
                <w:p>
                  <w:r>
                    <w:t>Référence (QR‑Ref ou RF…) : ____________________________</w:t>
                  </w:r>
                </w:p>
                <w:p>
                  <w:r>
                    <w:t>Additional information : ______________________________</w:t>
                  </w:r>
                </w:p>
                <w:p>
                  <w:r>
                    <w:t>Devise : CHF/EUR     Montant : ________________________</w:t>
                  </w:r>
                </w:p>
                <w:p>
                  <w:r>
                    <w:t>Débiteur (nom + adresse) : ____________________________</w:t>
                  </w:r>
                </w:p>
                <w:p>
                  <w:r>
                    <w:t>Ultimate creditor (si applicable) : ___________________</w:t>
                  </w:r>
                </w:p>
                <w:p>
                  <w:r>
                    <w:t>Acceptance point (inscription à droite du reçu)</w:t>
                  </w:r>
                </w:p>
              </w:tc>
            </w:tr>
          </w:tbl>
          <w:p/>
        </w:tc>
      </w:tr>
    </w:tbl>
    <w:sectPr w:rsidR="00FC693F" w:rsidRPr="0006063C" w:rsidSect="00034616">
      <w:footerReference w:type="default" r:id="rId9"/>
      <w:pgSz w:w="11906" w:h="16838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78"/>
        <w:sz w:val="16"/>
      </w:rPr>
      <w:t>lecoursgratuit.com — QR-bill CH — Compact A4 (2025)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