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0A826" w14:textId="77777777" w:rsidR="00136332" w:rsidRDefault="005F5386">
      <w:r>
        <w:rPr>
          <w:b/>
          <w:color w:val="10B981"/>
          <w:sz w:val="40"/>
        </w:rPr>
        <w:t>A3 — PROBLEM SOLVING — Modèle</w:t>
      </w:r>
    </w:p>
    <w:p w14:paraId="444F907F" w14:textId="77777777" w:rsidR="00136332" w:rsidRDefault="005F5386">
      <w:r>
        <w:rPr>
          <w:i/>
          <w:color w:val="065F46"/>
        </w:rPr>
        <w:t>Code : [A3-XXX]    Version : v1.0    Date : [JJ/MM/AAAA]    Équipe : [Nom]    Pilote : [Nom]    Sponsor : [Nom]</w:t>
      </w:r>
    </w:p>
    <w:p w14:paraId="3B67380C" w14:textId="77777777" w:rsidR="00136332" w:rsidRDefault="0013633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08"/>
        <w:gridCol w:w="1456"/>
        <w:gridCol w:w="716"/>
        <w:gridCol w:w="2167"/>
        <w:gridCol w:w="725"/>
        <w:gridCol w:w="1427"/>
        <w:gridCol w:w="1165"/>
        <w:gridCol w:w="2546"/>
        <w:gridCol w:w="1667"/>
        <w:gridCol w:w="2102"/>
        <w:gridCol w:w="2133"/>
        <w:gridCol w:w="681"/>
        <w:gridCol w:w="1414"/>
        <w:gridCol w:w="1364"/>
      </w:tblGrid>
      <w:tr w:rsidR="00136332" w14:paraId="398DDD4F" w14:textId="77777777" w:rsidTr="00685A16">
        <w:tc>
          <w:tcPr>
            <w:tcW w:w="21513" w:type="dxa"/>
            <w:gridSpan w:val="14"/>
            <w:shd w:val="clear" w:color="auto" w:fill="111827"/>
          </w:tcPr>
          <w:p w14:paraId="01DDEB05" w14:textId="77777777" w:rsidR="00136332" w:rsidRDefault="005F5386">
            <w:r>
              <w:rPr>
                <w:b/>
                <w:color w:val="FFFFFF"/>
                <w:sz w:val="24"/>
              </w:rPr>
              <w:t>META &amp; PÉRIMÈTRE</w:t>
            </w:r>
          </w:p>
        </w:tc>
      </w:tr>
      <w:tr w:rsidR="00136332" w14:paraId="6F0C92D3" w14:textId="77777777" w:rsidTr="00685A16">
        <w:tc>
          <w:tcPr>
            <w:tcW w:w="3564" w:type="dxa"/>
            <w:gridSpan w:val="2"/>
            <w:shd w:val="clear" w:color="auto" w:fill="F3F4F6"/>
          </w:tcPr>
          <w:p w14:paraId="126FE5EA" w14:textId="77777777" w:rsidR="00136332" w:rsidRDefault="005F5386">
            <w:r>
              <w:t>Client(s)</w:t>
            </w:r>
          </w:p>
        </w:tc>
        <w:tc>
          <w:tcPr>
            <w:tcW w:w="3608" w:type="dxa"/>
            <w:gridSpan w:val="3"/>
          </w:tcPr>
          <w:p w14:paraId="69D3EDB0" w14:textId="77777777" w:rsidR="00136332" w:rsidRDefault="005F5386">
            <w:r>
              <w:t>[Interne/</w:t>
            </w:r>
            <w:proofErr w:type="spellStart"/>
            <w:r>
              <w:t>Externe</w:t>
            </w:r>
            <w:proofErr w:type="spellEnd"/>
            <w:r>
              <w:t>]</w:t>
            </w:r>
          </w:p>
        </w:tc>
        <w:tc>
          <w:tcPr>
            <w:tcW w:w="2434" w:type="dxa"/>
            <w:gridSpan w:val="2"/>
            <w:shd w:val="clear" w:color="auto" w:fill="F3F4F6"/>
          </w:tcPr>
          <w:p w14:paraId="0252752C" w14:textId="77777777" w:rsidR="00136332" w:rsidRDefault="005F5386">
            <w:r>
              <w:t>Voix du client (VOC)</w:t>
            </w:r>
          </w:p>
        </w:tc>
        <w:tc>
          <w:tcPr>
            <w:tcW w:w="2546" w:type="dxa"/>
          </w:tcPr>
          <w:p w14:paraId="3065D29B" w14:textId="77777777" w:rsidR="00136332" w:rsidRDefault="005F5386">
            <w:r>
              <w:t>[Exigences CTQ…]</w:t>
            </w:r>
          </w:p>
        </w:tc>
        <w:tc>
          <w:tcPr>
            <w:tcW w:w="6583" w:type="dxa"/>
            <w:gridSpan w:val="4"/>
            <w:shd w:val="clear" w:color="auto" w:fill="F3F4F6"/>
          </w:tcPr>
          <w:p w14:paraId="4D4D51F0" w14:textId="77777777" w:rsidR="00136332" w:rsidRDefault="005F5386">
            <w:proofErr w:type="spellStart"/>
            <w:r>
              <w:t>Périmètre</w:t>
            </w:r>
            <w:proofErr w:type="spellEnd"/>
          </w:p>
        </w:tc>
        <w:tc>
          <w:tcPr>
            <w:tcW w:w="2778" w:type="dxa"/>
            <w:gridSpan w:val="2"/>
          </w:tcPr>
          <w:p w14:paraId="2A4D3590" w14:textId="77777777" w:rsidR="00136332" w:rsidRDefault="005F5386">
            <w:r>
              <w:t>[Sites/</w:t>
            </w:r>
            <w:proofErr w:type="spellStart"/>
            <w:r>
              <w:t>Postes</w:t>
            </w:r>
            <w:proofErr w:type="spellEnd"/>
            <w:r>
              <w:t>/</w:t>
            </w:r>
            <w:proofErr w:type="spellStart"/>
            <w:r>
              <w:t>Produits</w:t>
            </w:r>
            <w:proofErr w:type="spellEnd"/>
            <w:r>
              <w:t>]</w:t>
            </w:r>
          </w:p>
        </w:tc>
      </w:tr>
      <w:tr w:rsidR="00136332" w14:paraId="457788F2" w14:textId="77777777" w:rsidTr="00685A16">
        <w:tc>
          <w:tcPr>
            <w:tcW w:w="3564" w:type="dxa"/>
            <w:gridSpan w:val="2"/>
            <w:shd w:val="clear" w:color="auto" w:fill="F3F4F6"/>
          </w:tcPr>
          <w:p w14:paraId="5069ADB9" w14:textId="77777777" w:rsidR="00136332" w:rsidRDefault="005F5386">
            <w:r>
              <w:t xml:space="preserve">Hors </w:t>
            </w:r>
            <w:proofErr w:type="spellStart"/>
            <w:r>
              <w:t>périmètre</w:t>
            </w:r>
            <w:proofErr w:type="spellEnd"/>
          </w:p>
        </w:tc>
        <w:tc>
          <w:tcPr>
            <w:tcW w:w="3608" w:type="dxa"/>
            <w:gridSpan w:val="3"/>
          </w:tcPr>
          <w:p w14:paraId="013A82D4" w14:textId="77777777" w:rsidR="00136332" w:rsidRDefault="005F5386">
            <w:r>
              <w:t>[Exclusions]</w:t>
            </w:r>
          </w:p>
        </w:tc>
        <w:tc>
          <w:tcPr>
            <w:tcW w:w="2434" w:type="dxa"/>
            <w:gridSpan w:val="2"/>
            <w:shd w:val="clear" w:color="auto" w:fill="F3F4F6"/>
          </w:tcPr>
          <w:p w14:paraId="3CB9B2B7" w14:textId="77777777" w:rsidR="00136332" w:rsidRDefault="005F5386">
            <w:proofErr w:type="spellStart"/>
            <w:r>
              <w:t>Processus</w:t>
            </w:r>
            <w:proofErr w:type="spellEnd"/>
            <w:r>
              <w:t>/Zone</w:t>
            </w:r>
          </w:p>
        </w:tc>
        <w:tc>
          <w:tcPr>
            <w:tcW w:w="2546" w:type="dxa"/>
          </w:tcPr>
          <w:p w14:paraId="3B09FD0F" w14:textId="77777777" w:rsidR="00136332" w:rsidRDefault="005F5386">
            <w:r>
              <w:t>[Flux/</w:t>
            </w:r>
            <w:proofErr w:type="spellStart"/>
            <w:r>
              <w:t>Ligne</w:t>
            </w:r>
            <w:proofErr w:type="spellEnd"/>
            <w:r>
              <w:t>]</w:t>
            </w:r>
          </w:p>
        </w:tc>
        <w:tc>
          <w:tcPr>
            <w:tcW w:w="6583" w:type="dxa"/>
            <w:gridSpan w:val="4"/>
            <w:shd w:val="clear" w:color="auto" w:fill="F3F4F6"/>
          </w:tcPr>
          <w:p w14:paraId="093E00F1" w14:textId="77777777" w:rsidR="00136332" w:rsidRDefault="005F5386">
            <w:proofErr w:type="spellStart"/>
            <w:r>
              <w:t>Contrainte</w:t>
            </w:r>
            <w:proofErr w:type="spellEnd"/>
            <w:r>
              <w:t xml:space="preserve"> </w:t>
            </w:r>
            <w:proofErr w:type="spellStart"/>
            <w:r>
              <w:t>clé</w:t>
            </w:r>
            <w:proofErr w:type="spellEnd"/>
          </w:p>
        </w:tc>
        <w:tc>
          <w:tcPr>
            <w:tcW w:w="2778" w:type="dxa"/>
            <w:gridSpan w:val="2"/>
          </w:tcPr>
          <w:p w14:paraId="2AB6E4E2" w14:textId="77777777" w:rsidR="00136332" w:rsidRDefault="005F5386">
            <w:r>
              <w:t>[</w:t>
            </w:r>
            <w:proofErr w:type="spellStart"/>
            <w:r>
              <w:t>Règlementaire</w:t>
            </w:r>
            <w:proofErr w:type="spellEnd"/>
            <w:r>
              <w:t xml:space="preserve">, </w:t>
            </w:r>
            <w:proofErr w:type="spellStart"/>
            <w:r>
              <w:t>délai</w:t>
            </w:r>
            <w:proofErr w:type="spellEnd"/>
            <w:r>
              <w:t>…]</w:t>
            </w:r>
          </w:p>
        </w:tc>
      </w:tr>
      <w:tr w:rsidR="00136332" w14:paraId="4800C211" w14:textId="77777777" w:rsidTr="00685A16">
        <w:tc>
          <w:tcPr>
            <w:tcW w:w="3564" w:type="dxa"/>
            <w:gridSpan w:val="2"/>
          </w:tcPr>
          <w:p w14:paraId="15CD7366" w14:textId="77777777" w:rsidR="00136332" w:rsidRDefault="00136332"/>
        </w:tc>
        <w:tc>
          <w:tcPr>
            <w:tcW w:w="3608" w:type="dxa"/>
            <w:gridSpan w:val="3"/>
          </w:tcPr>
          <w:p w14:paraId="05D0CE79" w14:textId="77777777" w:rsidR="00136332" w:rsidRDefault="00136332"/>
        </w:tc>
        <w:tc>
          <w:tcPr>
            <w:tcW w:w="2434" w:type="dxa"/>
            <w:gridSpan w:val="2"/>
          </w:tcPr>
          <w:p w14:paraId="368DB733" w14:textId="77777777" w:rsidR="00136332" w:rsidRDefault="00136332"/>
        </w:tc>
        <w:tc>
          <w:tcPr>
            <w:tcW w:w="2546" w:type="dxa"/>
          </w:tcPr>
          <w:p w14:paraId="75B9DEB0" w14:textId="77777777" w:rsidR="00136332" w:rsidRDefault="00136332"/>
        </w:tc>
        <w:tc>
          <w:tcPr>
            <w:tcW w:w="6583" w:type="dxa"/>
            <w:gridSpan w:val="4"/>
          </w:tcPr>
          <w:p w14:paraId="76A10ADB" w14:textId="77777777" w:rsidR="00136332" w:rsidRDefault="00136332"/>
        </w:tc>
        <w:tc>
          <w:tcPr>
            <w:tcW w:w="2778" w:type="dxa"/>
            <w:gridSpan w:val="2"/>
          </w:tcPr>
          <w:p w14:paraId="1B2A7CC1" w14:textId="77777777" w:rsidR="00136332" w:rsidRDefault="00136332"/>
        </w:tc>
      </w:tr>
      <w:tr w:rsidR="00136332" w14:paraId="1036D8A2" w14:textId="77777777" w:rsidTr="00685A16">
        <w:tc>
          <w:tcPr>
            <w:tcW w:w="21513" w:type="dxa"/>
            <w:gridSpan w:val="14"/>
            <w:shd w:val="clear" w:color="auto" w:fill="111827"/>
          </w:tcPr>
          <w:p w14:paraId="6021EABA" w14:textId="77777777" w:rsidR="00136332" w:rsidRDefault="005F5386">
            <w:r>
              <w:rPr>
                <w:b/>
                <w:color w:val="FFFFFF"/>
                <w:sz w:val="24"/>
              </w:rPr>
              <w:t>1) CONTEXTE &amp; PROBLÈME</w:t>
            </w:r>
          </w:p>
        </w:tc>
      </w:tr>
      <w:tr w:rsidR="00136332" w14:paraId="58C688AC" w14:textId="77777777" w:rsidTr="00685A16">
        <w:tc>
          <w:tcPr>
            <w:tcW w:w="21513" w:type="dxa"/>
            <w:gridSpan w:val="14"/>
          </w:tcPr>
          <w:p w14:paraId="23218A62" w14:textId="77777777" w:rsidR="00136332" w:rsidRDefault="005F5386">
            <w:proofErr w:type="spellStart"/>
            <w:r>
              <w:t>Contexte</w:t>
            </w:r>
            <w:proofErr w:type="spellEnd"/>
            <w:r>
              <w:t xml:space="preserve"> (facts &amp; chiffres) :</w:t>
            </w:r>
            <w:r>
              <w:br/>
              <w:t xml:space="preserve">- [Situation, </w:t>
            </w:r>
            <w:proofErr w:type="spellStart"/>
            <w:r>
              <w:t>historique</w:t>
            </w:r>
            <w:proofErr w:type="spellEnd"/>
            <w:r>
              <w:t xml:space="preserve">, </w:t>
            </w:r>
            <w:proofErr w:type="spellStart"/>
            <w:r>
              <w:t>enjeux</w:t>
            </w:r>
            <w:proofErr w:type="spellEnd"/>
            <w:r>
              <w:t>]</w:t>
            </w:r>
            <w:r>
              <w:br/>
              <w:t xml:space="preserve">- [Clients </w:t>
            </w:r>
            <w:proofErr w:type="spellStart"/>
            <w:r>
              <w:t>impactés</w:t>
            </w:r>
            <w:proofErr w:type="spellEnd"/>
            <w:r>
              <w:t>]</w:t>
            </w:r>
            <w:r>
              <w:br/>
              <w:t xml:space="preserve">- </w:t>
            </w:r>
            <w:r>
              <w:t xml:space="preserve">[Volumes, </w:t>
            </w:r>
            <w:proofErr w:type="spellStart"/>
            <w:r>
              <w:t>fréquences</w:t>
            </w:r>
            <w:proofErr w:type="spellEnd"/>
            <w:r>
              <w:t>]</w:t>
            </w:r>
          </w:p>
        </w:tc>
      </w:tr>
      <w:tr w:rsidR="00136332" w14:paraId="7512A853" w14:textId="77777777" w:rsidTr="00685A16">
        <w:tc>
          <w:tcPr>
            <w:tcW w:w="21513" w:type="dxa"/>
            <w:gridSpan w:val="14"/>
          </w:tcPr>
          <w:p w14:paraId="53761BBB" w14:textId="77777777" w:rsidR="00136332" w:rsidRDefault="005F5386">
            <w:proofErr w:type="spellStart"/>
            <w:r>
              <w:t>Énoncé</w:t>
            </w:r>
            <w:proofErr w:type="spellEnd"/>
            <w:r>
              <w:t xml:space="preserve"> du </w:t>
            </w:r>
            <w:proofErr w:type="spellStart"/>
            <w:r>
              <w:t>problème</w:t>
            </w:r>
            <w:proofErr w:type="spellEnd"/>
            <w:r>
              <w:t xml:space="preserve"> (SMART, </w:t>
            </w:r>
            <w:proofErr w:type="spellStart"/>
            <w:r>
              <w:t>factuel</w:t>
            </w:r>
            <w:proofErr w:type="spellEnd"/>
            <w:r>
              <w:t>) :</w:t>
            </w:r>
            <w:r>
              <w:br/>
              <w:t>« [</w:t>
            </w:r>
            <w:proofErr w:type="spellStart"/>
            <w:r>
              <w:t>Où</w:t>
            </w:r>
            <w:proofErr w:type="spellEnd"/>
            <w:r>
              <w:t>], [Quoi], [</w:t>
            </w:r>
            <w:proofErr w:type="spellStart"/>
            <w:r>
              <w:t>Combien</w:t>
            </w:r>
            <w:proofErr w:type="spellEnd"/>
            <w:r>
              <w:t>], [</w:t>
            </w:r>
            <w:proofErr w:type="spellStart"/>
            <w:r>
              <w:t>Depuis</w:t>
            </w:r>
            <w:proofErr w:type="spellEnd"/>
            <w:r>
              <w:t xml:space="preserve"> </w:t>
            </w:r>
            <w:proofErr w:type="spellStart"/>
            <w:r>
              <w:t>quand</w:t>
            </w:r>
            <w:proofErr w:type="spellEnd"/>
            <w:r>
              <w:t>], [Impact] »</w:t>
            </w:r>
          </w:p>
        </w:tc>
      </w:tr>
      <w:tr w:rsidR="00136332" w14:paraId="449A61BD" w14:textId="77777777" w:rsidTr="00685A16">
        <w:tc>
          <w:tcPr>
            <w:tcW w:w="21513" w:type="dxa"/>
            <w:gridSpan w:val="14"/>
            <w:shd w:val="clear" w:color="auto" w:fill="111827"/>
          </w:tcPr>
          <w:p w14:paraId="67D07EB9" w14:textId="77777777" w:rsidR="00136332" w:rsidRDefault="005F5386">
            <w:r>
              <w:rPr>
                <w:b/>
                <w:color w:val="FFFFFF"/>
                <w:sz w:val="24"/>
              </w:rPr>
              <w:t>2) SITUATION ACTUELLE (</w:t>
            </w:r>
            <w:proofErr w:type="spellStart"/>
            <w:r>
              <w:rPr>
                <w:b/>
                <w:color w:val="FFFFFF"/>
                <w:sz w:val="24"/>
              </w:rPr>
              <w:t>état</w:t>
            </w:r>
            <w:proofErr w:type="spellEnd"/>
            <w:r>
              <w:rPr>
                <w:b/>
                <w:color w:val="FFFFFF"/>
                <w:sz w:val="24"/>
              </w:rPr>
              <w:t xml:space="preserve"> des </w:t>
            </w:r>
            <w:proofErr w:type="spellStart"/>
            <w:r>
              <w:rPr>
                <w:b/>
                <w:color w:val="FFFFFF"/>
                <w:sz w:val="24"/>
              </w:rPr>
              <w:t>lieux</w:t>
            </w:r>
            <w:proofErr w:type="spellEnd"/>
            <w:r>
              <w:rPr>
                <w:b/>
                <w:color w:val="FFFFFF"/>
                <w:sz w:val="24"/>
              </w:rPr>
              <w:t>)</w:t>
            </w:r>
          </w:p>
        </w:tc>
      </w:tr>
      <w:tr w:rsidR="00136332" w14:paraId="363AB06E" w14:textId="77777777" w:rsidTr="00685A16">
        <w:tc>
          <w:tcPr>
            <w:tcW w:w="9606" w:type="dxa"/>
            <w:gridSpan w:val="7"/>
          </w:tcPr>
          <w:p w14:paraId="71A46407" w14:textId="77777777" w:rsidR="00136332" w:rsidRDefault="005F5386">
            <w:r>
              <w:t xml:space="preserve">Process map / flux </w:t>
            </w:r>
            <w:proofErr w:type="spellStart"/>
            <w:r>
              <w:t>actuel</w:t>
            </w:r>
            <w:proofErr w:type="spellEnd"/>
            <w:r>
              <w:t xml:space="preserve"> (croquis/étapes) :</w:t>
            </w:r>
            <w:r>
              <w:br/>
              <w:t>[ E1 → E2 → E3 … ]</w:t>
            </w:r>
          </w:p>
        </w:tc>
        <w:tc>
          <w:tcPr>
            <w:tcW w:w="11907" w:type="dxa"/>
            <w:gridSpan w:val="7"/>
          </w:tcPr>
          <w:p w14:paraId="4A9E4E9D" w14:textId="77777777" w:rsidR="00136332" w:rsidRDefault="005F5386">
            <w:proofErr w:type="spellStart"/>
            <w:r>
              <w:t>Indicateurs</w:t>
            </w:r>
            <w:proofErr w:type="spellEnd"/>
            <w:r>
              <w:t xml:space="preserve"> de </w:t>
            </w:r>
            <w:proofErr w:type="spellStart"/>
            <w:r>
              <w:t>référence</w:t>
            </w:r>
            <w:proofErr w:type="spellEnd"/>
            <w:r>
              <w:t xml:space="preserve"> </w:t>
            </w:r>
            <w:r>
              <w:t>(baseline) :</w:t>
            </w:r>
            <w:r>
              <w:br/>
              <w:t xml:space="preserve">- </w:t>
            </w:r>
            <w:proofErr w:type="spellStart"/>
            <w:r>
              <w:t>Qualité</w:t>
            </w:r>
            <w:proofErr w:type="spellEnd"/>
            <w:r>
              <w:t xml:space="preserve"> : [PPM / 1ère passe]</w:t>
            </w:r>
            <w:r>
              <w:br/>
              <w:t xml:space="preserve">- </w:t>
            </w:r>
            <w:proofErr w:type="spellStart"/>
            <w:r>
              <w:t>Délai</w:t>
            </w:r>
            <w:proofErr w:type="spellEnd"/>
            <w:r>
              <w:t xml:space="preserve"> : [Lead time]</w:t>
            </w:r>
            <w:r>
              <w:br/>
              <w:t xml:space="preserve">- </w:t>
            </w:r>
            <w:proofErr w:type="spellStart"/>
            <w:r>
              <w:t>Coût</w:t>
            </w:r>
            <w:proofErr w:type="spellEnd"/>
            <w:r>
              <w:t xml:space="preserve"> : [Rebuts/retouches]</w:t>
            </w:r>
            <w:r>
              <w:br/>
              <w:t xml:space="preserve">- </w:t>
            </w:r>
            <w:proofErr w:type="spellStart"/>
            <w:r>
              <w:t>Sécurité</w:t>
            </w:r>
            <w:proofErr w:type="spellEnd"/>
            <w:r>
              <w:t xml:space="preserve"> : [near-miss/incidents]</w:t>
            </w:r>
          </w:p>
        </w:tc>
      </w:tr>
      <w:tr w:rsidR="00136332" w14:paraId="632EDC89" w14:textId="77777777" w:rsidTr="00685A16">
        <w:tc>
          <w:tcPr>
            <w:tcW w:w="9606" w:type="dxa"/>
            <w:gridSpan w:val="7"/>
          </w:tcPr>
          <w:p w14:paraId="048F4C2C" w14:textId="77777777" w:rsidR="00136332" w:rsidRDefault="005F5386">
            <w:r>
              <w:t>Conditions du poste (5M/5S) :</w:t>
            </w:r>
            <w:r>
              <w:br/>
              <w:t xml:space="preserve">[Standard, </w:t>
            </w:r>
            <w:proofErr w:type="spellStart"/>
            <w:r>
              <w:t>réglages</w:t>
            </w:r>
            <w:proofErr w:type="spellEnd"/>
            <w:r>
              <w:t xml:space="preserve">, </w:t>
            </w:r>
            <w:proofErr w:type="spellStart"/>
            <w:r>
              <w:t>ergonomie</w:t>
            </w:r>
            <w:proofErr w:type="spellEnd"/>
            <w:r>
              <w:t xml:space="preserve">, </w:t>
            </w:r>
            <w:proofErr w:type="spellStart"/>
            <w:r>
              <w:t>outils</w:t>
            </w:r>
            <w:proofErr w:type="spellEnd"/>
            <w:r>
              <w:t>…]</w:t>
            </w:r>
          </w:p>
        </w:tc>
        <w:tc>
          <w:tcPr>
            <w:tcW w:w="11907" w:type="dxa"/>
            <w:gridSpan w:val="7"/>
          </w:tcPr>
          <w:p w14:paraId="0869F028" w14:textId="77777777" w:rsidR="00136332" w:rsidRDefault="005F5386">
            <w:proofErr w:type="spellStart"/>
            <w:r>
              <w:t>Contraintes</w:t>
            </w:r>
            <w:proofErr w:type="spellEnd"/>
            <w:r>
              <w:t xml:space="preserve"> / </w:t>
            </w:r>
            <w:proofErr w:type="spellStart"/>
            <w:r>
              <w:t>hypothèses</w:t>
            </w:r>
            <w:proofErr w:type="spellEnd"/>
            <w:r>
              <w:t xml:space="preserve"> :</w:t>
            </w:r>
            <w:r>
              <w:br/>
              <w:t>[</w:t>
            </w:r>
            <w:proofErr w:type="spellStart"/>
            <w:r>
              <w:t>capacité</w:t>
            </w:r>
            <w:proofErr w:type="spellEnd"/>
            <w:r>
              <w:t xml:space="preserve">, </w:t>
            </w:r>
            <w:proofErr w:type="spellStart"/>
            <w:r>
              <w:t>datas</w:t>
            </w:r>
            <w:proofErr w:type="spellEnd"/>
            <w:r>
              <w:t xml:space="preserve">, </w:t>
            </w:r>
            <w:proofErr w:type="spellStart"/>
            <w:r>
              <w:t>saisonnali</w:t>
            </w:r>
            <w:r>
              <w:t>té</w:t>
            </w:r>
            <w:proofErr w:type="spellEnd"/>
            <w:r>
              <w:t>, mix…]</w:t>
            </w:r>
          </w:p>
        </w:tc>
      </w:tr>
      <w:tr w:rsidR="00136332" w14:paraId="09E9486E" w14:textId="77777777" w:rsidTr="00685A16">
        <w:tc>
          <w:tcPr>
            <w:tcW w:w="21513" w:type="dxa"/>
            <w:gridSpan w:val="14"/>
            <w:shd w:val="clear" w:color="auto" w:fill="111827"/>
          </w:tcPr>
          <w:p w14:paraId="17CF61D8" w14:textId="77777777" w:rsidR="00136332" w:rsidRDefault="005F5386">
            <w:r>
              <w:rPr>
                <w:b/>
                <w:color w:val="FFFFFF"/>
                <w:sz w:val="24"/>
              </w:rPr>
              <w:t>3) OBJECTIF CIBLE (TARGET CONDITION)</w:t>
            </w:r>
          </w:p>
        </w:tc>
      </w:tr>
      <w:tr w:rsidR="00136332" w14:paraId="17EF94B0" w14:textId="77777777" w:rsidTr="00685A16">
        <w:tc>
          <w:tcPr>
            <w:tcW w:w="9606" w:type="dxa"/>
            <w:gridSpan w:val="7"/>
          </w:tcPr>
          <w:p w14:paraId="558C56D6" w14:textId="77777777" w:rsidR="00136332" w:rsidRDefault="005F5386">
            <w:r>
              <w:t>Objectif SMART :</w:t>
            </w:r>
            <w:r>
              <w:br/>
              <w:t>« Passer de [baseline] à [</w:t>
            </w:r>
            <w:proofErr w:type="spellStart"/>
            <w:r>
              <w:t>cible</w:t>
            </w:r>
            <w:proofErr w:type="spellEnd"/>
            <w:r>
              <w:t xml:space="preserve">] </w:t>
            </w:r>
            <w:proofErr w:type="spellStart"/>
            <w:r>
              <w:t>avant</w:t>
            </w:r>
            <w:proofErr w:type="spellEnd"/>
            <w:r>
              <w:t xml:space="preserve"> le [date], sur [</w:t>
            </w:r>
            <w:proofErr w:type="spellStart"/>
            <w:r>
              <w:t>périmètre</w:t>
            </w:r>
            <w:proofErr w:type="spellEnd"/>
            <w:r>
              <w:t>] »</w:t>
            </w:r>
          </w:p>
        </w:tc>
        <w:tc>
          <w:tcPr>
            <w:tcW w:w="11907" w:type="dxa"/>
            <w:gridSpan w:val="7"/>
          </w:tcPr>
          <w:p w14:paraId="03EC3666" w14:textId="77777777" w:rsidR="00136332" w:rsidRDefault="005F5386">
            <w:proofErr w:type="spellStart"/>
            <w:r>
              <w:t>Critères</w:t>
            </w:r>
            <w:proofErr w:type="spellEnd"/>
            <w:r>
              <w:t xml:space="preserve"> de succès :</w:t>
            </w:r>
            <w:r>
              <w:br/>
              <w:t xml:space="preserve">- </w:t>
            </w:r>
            <w:proofErr w:type="spellStart"/>
            <w:r>
              <w:t>Valeur</w:t>
            </w:r>
            <w:proofErr w:type="spellEnd"/>
            <w:r>
              <w:t xml:space="preserve"> </w:t>
            </w:r>
            <w:proofErr w:type="spellStart"/>
            <w:r>
              <w:t>atteinte</w:t>
            </w:r>
            <w:proofErr w:type="spellEnd"/>
            <w:r>
              <w:t xml:space="preserve"> &amp; </w:t>
            </w:r>
            <w:proofErr w:type="spellStart"/>
            <w:r>
              <w:t>soutenue</w:t>
            </w:r>
            <w:proofErr w:type="spellEnd"/>
            <w:r>
              <w:t xml:space="preserve"> (≥ 4 </w:t>
            </w:r>
            <w:proofErr w:type="spellStart"/>
            <w:r>
              <w:t>semaines</w:t>
            </w:r>
            <w:proofErr w:type="spellEnd"/>
            <w:r>
              <w:t>)</w:t>
            </w:r>
            <w:r>
              <w:br/>
              <w:t xml:space="preserve">- </w:t>
            </w:r>
            <w:proofErr w:type="spellStart"/>
            <w:r>
              <w:t>Zéro</w:t>
            </w:r>
            <w:proofErr w:type="spellEnd"/>
            <w:r>
              <w:t xml:space="preserve"> </w:t>
            </w:r>
            <w:proofErr w:type="spellStart"/>
            <w:r>
              <w:t>régression</w:t>
            </w:r>
            <w:proofErr w:type="spellEnd"/>
            <w:r>
              <w:t xml:space="preserve"> sur S/Q</w:t>
            </w:r>
            <w:r>
              <w:br/>
              <w:t xml:space="preserve">- </w:t>
            </w:r>
            <w:proofErr w:type="spellStart"/>
            <w:r>
              <w:t>Preuves</w:t>
            </w:r>
            <w:proofErr w:type="spellEnd"/>
            <w:r>
              <w:t xml:space="preserve"> (</w:t>
            </w:r>
            <w:proofErr w:type="spellStart"/>
            <w:r>
              <w:t>graphiques</w:t>
            </w:r>
            <w:proofErr w:type="spellEnd"/>
            <w:r>
              <w:t>, photos)</w:t>
            </w:r>
          </w:p>
        </w:tc>
      </w:tr>
      <w:tr w:rsidR="00136332" w14:paraId="3B6D1071" w14:textId="77777777" w:rsidTr="00685A16">
        <w:tc>
          <w:tcPr>
            <w:tcW w:w="9606" w:type="dxa"/>
            <w:gridSpan w:val="7"/>
          </w:tcPr>
          <w:p w14:paraId="5D27EF2A" w14:textId="77777777" w:rsidR="00136332" w:rsidRDefault="005F5386">
            <w:proofErr w:type="spellStart"/>
            <w:r>
              <w:t>Mesures</w:t>
            </w:r>
            <w:proofErr w:type="spellEnd"/>
            <w:r>
              <w:t xml:space="preserve"> (KPI) </w:t>
            </w:r>
            <w:proofErr w:type="spellStart"/>
            <w:r>
              <w:t>suivies</w:t>
            </w:r>
            <w:proofErr w:type="spellEnd"/>
            <w:r>
              <w:t xml:space="preserve"> :</w:t>
            </w:r>
            <w:r>
              <w:br/>
              <w:t>[1]</w:t>
            </w:r>
            <w:r>
              <w:br/>
              <w:t>[2]</w:t>
            </w:r>
            <w:r>
              <w:br/>
              <w:t>[3]</w:t>
            </w:r>
          </w:p>
        </w:tc>
        <w:tc>
          <w:tcPr>
            <w:tcW w:w="11907" w:type="dxa"/>
            <w:gridSpan w:val="7"/>
          </w:tcPr>
          <w:p w14:paraId="600F062F" w14:textId="77777777" w:rsidR="00136332" w:rsidRDefault="005F5386">
            <w:proofErr w:type="spellStart"/>
            <w:r>
              <w:t>Bénéfices</w:t>
            </w:r>
            <w:proofErr w:type="spellEnd"/>
            <w:r>
              <w:t xml:space="preserve"> </w:t>
            </w:r>
            <w:proofErr w:type="spellStart"/>
            <w:r>
              <w:t>attendus</w:t>
            </w:r>
            <w:proofErr w:type="spellEnd"/>
            <w:r>
              <w:t xml:space="preserve"> :</w:t>
            </w:r>
            <w:r>
              <w:br/>
              <w:t>[</w:t>
            </w:r>
            <w:proofErr w:type="spellStart"/>
            <w:r>
              <w:t>Qualité</w:t>
            </w:r>
            <w:proofErr w:type="spellEnd"/>
            <w:r>
              <w:t>]</w:t>
            </w:r>
            <w:r>
              <w:br/>
              <w:t>[</w:t>
            </w:r>
            <w:proofErr w:type="spellStart"/>
            <w:r>
              <w:t>Délai</w:t>
            </w:r>
            <w:proofErr w:type="spellEnd"/>
            <w:r>
              <w:t>]</w:t>
            </w:r>
            <w:r>
              <w:br/>
              <w:t>[</w:t>
            </w:r>
            <w:proofErr w:type="spellStart"/>
            <w:r>
              <w:t>Coût</w:t>
            </w:r>
            <w:proofErr w:type="spellEnd"/>
            <w:r>
              <w:t>]</w:t>
            </w:r>
            <w:r>
              <w:br/>
              <w:t>[</w:t>
            </w:r>
            <w:proofErr w:type="spellStart"/>
            <w:r>
              <w:t>Sécurité</w:t>
            </w:r>
            <w:proofErr w:type="spellEnd"/>
            <w:r>
              <w:t>]</w:t>
            </w:r>
            <w:r>
              <w:br/>
              <w:t>[Engagement]</w:t>
            </w:r>
          </w:p>
        </w:tc>
      </w:tr>
      <w:tr w:rsidR="00136332" w14:paraId="7CF18235" w14:textId="77777777" w:rsidTr="00685A16">
        <w:trPr>
          <w:trHeight w:val="237"/>
        </w:trPr>
        <w:tc>
          <w:tcPr>
            <w:tcW w:w="21513" w:type="dxa"/>
            <w:gridSpan w:val="14"/>
            <w:shd w:val="clear" w:color="auto" w:fill="111827"/>
          </w:tcPr>
          <w:p w14:paraId="621C90F2" w14:textId="77777777" w:rsidR="00136332" w:rsidRDefault="005F5386">
            <w:r>
              <w:rPr>
                <w:b/>
                <w:color w:val="FFFFFF"/>
                <w:sz w:val="24"/>
              </w:rPr>
              <w:t>4) ANALYSE CAUSES — ISHIKAWA &amp; 5 POURQUOI</w:t>
            </w:r>
          </w:p>
        </w:tc>
      </w:tr>
      <w:tr w:rsidR="00136332" w14:paraId="7503A60A" w14:textId="77777777" w:rsidTr="00685A16">
        <w:tc>
          <w:tcPr>
            <w:tcW w:w="7172" w:type="dxa"/>
            <w:gridSpan w:val="5"/>
            <w:shd w:val="clear" w:color="auto" w:fill="F3F4F6"/>
          </w:tcPr>
          <w:p w14:paraId="581D137A" w14:textId="77777777" w:rsidR="00136332" w:rsidRDefault="005F5386">
            <w:r>
              <w:t xml:space="preserve">Main </w:t>
            </w:r>
            <w:proofErr w:type="spellStart"/>
            <w:r>
              <w:t>d’œuvre</w:t>
            </w:r>
            <w:proofErr w:type="spellEnd"/>
            <w:r>
              <w:t xml:space="preserve"> (Man)</w:t>
            </w:r>
          </w:p>
        </w:tc>
        <w:tc>
          <w:tcPr>
            <w:tcW w:w="4980" w:type="dxa"/>
            <w:gridSpan w:val="3"/>
            <w:shd w:val="clear" w:color="auto" w:fill="F3F4F6"/>
          </w:tcPr>
          <w:p w14:paraId="6E8122A2" w14:textId="77777777" w:rsidR="00136332" w:rsidRDefault="005F5386">
            <w:r>
              <w:t>Méthodes</w:t>
            </w:r>
          </w:p>
        </w:tc>
        <w:tc>
          <w:tcPr>
            <w:tcW w:w="9361" w:type="dxa"/>
            <w:gridSpan w:val="6"/>
            <w:shd w:val="clear" w:color="auto" w:fill="F3F4F6"/>
          </w:tcPr>
          <w:p w14:paraId="6B1A8F98" w14:textId="77777777" w:rsidR="00136332" w:rsidRDefault="005F5386">
            <w:r>
              <w:t>Milieu (Milieu)</w:t>
            </w:r>
          </w:p>
        </w:tc>
      </w:tr>
      <w:tr w:rsidR="00136332" w14:paraId="328EDABF" w14:textId="77777777" w:rsidTr="00685A16">
        <w:tc>
          <w:tcPr>
            <w:tcW w:w="7172" w:type="dxa"/>
            <w:gridSpan w:val="5"/>
            <w:shd w:val="clear" w:color="auto" w:fill="F3F4F6"/>
          </w:tcPr>
          <w:p w14:paraId="2805B629" w14:textId="77777777" w:rsidR="00136332" w:rsidRDefault="005F5386">
            <w:r>
              <w:t>Matières</w:t>
            </w:r>
          </w:p>
        </w:tc>
        <w:tc>
          <w:tcPr>
            <w:tcW w:w="4980" w:type="dxa"/>
            <w:gridSpan w:val="3"/>
            <w:shd w:val="clear" w:color="auto" w:fill="F3F4F6"/>
          </w:tcPr>
          <w:p w14:paraId="7E2A055A" w14:textId="77777777" w:rsidR="00136332" w:rsidRDefault="005F5386">
            <w:r>
              <w:t>Machines</w:t>
            </w:r>
          </w:p>
        </w:tc>
        <w:tc>
          <w:tcPr>
            <w:tcW w:w="9361" w:type="dxa"/>
            <w:gridSpan w:val="6"/>
            <w:shd w:val="clear" w:color="auto" w:fill="F3F4F6"/>
          </w:tcPr>
          <w:p w14:paraId="2D1C5252" w14:textId="77777777" w:rsidR="00136332" w:rsidRDefault="005F5386">
            <w:r>
              <w:t>Mesure</w:t>
            </w:r>
          </w:p>
        </w:tc>
      </w:tr>
      <w:tr w:rsidR="00136332" w14:paraId="7EEC1526" w14:textId="77777777" w:rsidTr="00685A16">
        <w:tc>
          <w:tcPr>
            <w:tcW w:w="7172" w:type="dxa"/>
            <w:gridSpan w:val="5"/>
          </w:tcPr>
          <w:p w14:paraId="2D6AABC0" w14:textId="77777777" w:rsidR="00136332" w:rsidRDefault="005F5386">
            <w:r>
              <w:t>Causes potentielles :</w:t>
            </w:r>
            <w:r>
              <w:br/>
              <w:t>• …</w:t>
            </w:r>
            <w:r>
              <w:br/>
              <w:t>• …</w:t>
            </w:r>
            <w:r>
              <w:br/>
            </w:r>
            <w:r>
              <w:t>Preuves :</w:t>
            </w:r>
            <w:r>
              <w:br/>
              <w:t>• …</w:t>
            </w:r>
          </w:p>
        </w:tc>
        <w:tc>
          <w:tcPr>
            <w:tcW w:w="4980" w:type="dxa"/>
            <w:gridSpan w:val="3"/>
          </w:tcPr>
          <w:p w14:paraId="704BC0D6" w14:textId="77777777" w:rsidR="00136332" w:rsidRDefault="005F5386">
            <w:r>
              <w:t>Causes potentielles :</w:t>
            </w:r>
            <w:r>
              <w:br/>
              <w:t>• …</w:t>
            </w:r>
            <w:r>
              <w:br/>
              <w:t>• …</w:t>
            </w:r>
            <w:r>
              <w:br/>
              <w:t>Preuves :</w:t>
            </w:r>
            <w:r>
              <w:br/>
              <w:t>• …</w:t>
            </w:r>
          </w:p>
        </w:tc>
        <w:tc>
          <w:tcPr>
            <w:tcW w:w="9361" w:type="dxa"/>
            <w:gridSpan w:val="6"/>
          </w:tcPr>
          <w:p w14:paraId="2531B4A6" w14:textId="77777777" w:rsidR="00136332" w:rsidRDefault="005F5386">
            <w:r>
              <w:t>Causes potentielles :</w:t>
            </w:r>
            <w:r>
              <w:br/>
              <w:t>• …</w:t>
            </w:r>
            <w:r>
              <w:br/>
              <w:t>• …</w:t>
            </w:r>
            <w:r>
              <w:br/>
              <w:t>Preuves :</w:t>
            </w:r>
            <w:r>
              <w:br/>
              <w:t>• …</w:t>
            </w:r>
          </w:p>
        </w:tc>
      </w:tr>
      <w:tr w:rsidR="00136332" w14:paraId="4F81AD68" w14:textId="77777777" w:rsidTr="00685A16">
        <w:tc>
          <w:tcPr>
            <w:tcW w:w="7172" w:type="dxa"/>
            <w:gridSpan w:val="5"/>
          </w:tcPr>
          <w:p w14:paraId="41F452A2" w14:textId="77777777" w:rsidR="00136332" w:rsidRDefault="005F5386">
            <w:r>
              <w:t>Causes potentielles :</w:t>
            </w:r>
            <w:r>
              <w:br/>
              <w:t>• …</w:t>
            </w:r>
            <w:r>
              <w:br/>
              <w:t>• …</w:t>
            </w:r>
            <w:r>
              <w:br/>
              <w:t>Preuves :</w:t>
            </w:r>
            <w:r>
              <w:br/>
              <w:t>• …</w:t>
            </w:r>
          </w:p>
        </w:tc>
        <w:tc>
          <w:tcPr>
            <w:tcW w:w="4980" w:type="dxa"/>
            <w:gridSpan w:val="3"/>
          </w:tcPr>
          <w:p w14:paraId="5512E632" w14:textId="77777777" w:rsidR="00136332" w:rsidRDefault="005F5386">
            <w:r>
              <w:t>Causes potentielles :</w:t>
            </w:r>
            <w:r>
              <w:br/>
              <w:t>• …</w:t>
            </w:r>
            <w:r>
              <w:br/>
              <w:t>• …</w:t>
            </w:r>
            <w:r>
              <w:br/>
              <w:t>Preuves :</w:t>
            </w:r>
            <w:r>
              <w:br/>
              <w:t>• …</w:t>
            </w:r>
          </w:p>
        </w:tc>
        <w:tc>
          <w:tcPr>
            <w:tcW w:w="9361" w:type="dxa"/>
            <w:gridSpan w:val="6"/>
          </w:tcPr>
          <w:p w14:paraId="5115E1BB" w14:textId="77777777" w:rsidR="00136332" w:rsidRDefault="005F5386">
            <w:r>
              <w:t>Causes potentielles :</w:t>
            </w:r>
            <w:r>
              <w:br/>
              <w:t>• …</w:t>
            </w:r>
            <w:r>
              <w:br/>
              <w:t>• …</w:t>
            </w:r>
            <w:r>
              <w:br/>
              <w:t>Preuves :</w:t>
            </w:r>
            <w:r>
              <w:br/>
              <w:t>• …</w:t>
            </w:r>
          </w:p>
        </w:tc>
      </w:tr>
      <w:tr w:rsidR="00136332" w14:paraId="018F887C" w14:textId="77777777" w:rsidTr="00685A16">
        <w:tc>
          <w:tcPr>
            <w:tcW w:w="9606" w:type="dxa"/>
            <w:gridSpan w:val="7"/>
            <w:shd w:val="clear" w:color="auto" w:fill="F3F4F6"/>
          </w:tcPr>
          <w:p w14:paraId="3CE64CE4" w14:textId="77777777" w:rsidR="00136332" w:rsidRDefault="005F5386">
            <w:r>
              <w:t xml:space="preserve">Chaîne 5 </w:t>
            </w:r>
            <w:r>
              <w:t>Pourquoi (cause racine)</w:t>
            </w:r>
          </w:p>
        </w:tc>
        <w:tc>
          <w:tcPr>
            <w:tcW w:w="11907" w:type="dxa"/>
            <w:gridSpan w:val="7"/>
          </w:tcPr>
          <w:p w14:paraId="6A20A60F" w14:textId="77777777" w:rsidR="00136332" w:rsidRDefault="00136332"/>
        </w:tc>
      </w:tr>
      <w:tr w:rsidR="00136332" w14:paraId="35B8E569" w14:textId="77777777" w:rsidTr="00685A16">
        <w:tc>
          <w:tcPr>
            <w:tcW w:w="9606" w:type="dxa"/>
            <w:gridSpan w:val="7"/>
            <w:shd w:val="clear" w:color="auto" w:fill="F3F4F6"/>
          </w:tcPr>
          <w:p w14:paraId="7A73BA43" w14:textId="77777777" w:rsidR="00136332" w:rsidRDefault="005F5386">
            <w:r>
              <w:t>Pourquoi 1 ?</w:t>
            </w:r>
          </w:p>
        </w:tc>
        <w:tc>
          <w:tcPr>
            <w:tcW w:w="11907" w:type="dxa"/>
            <w:gridSpan w:val="7"/>
          </w:tcPr>
          <w:p w14:paraId="44BD858A" w14:textId="77777777" w:rsidR="00136332" w:rsidRDefault="00136332"/>
        </w:tc>
      </w:tr>
      <w:tr w:rsidR="00136332" w14:paraId="7103021F" w14:textId="77777777" w:rsidTr="00685A16">
        <w:tc>
          <w:tcPr>
            <w:tcW w:w="9606" w:type="dxa"/>
            <w:gridSpan w:val="7"/>
            <w:shd w:val="clear" w:color="auto" w:fill="F3F4F6"/>
          </w:tcPr>
          <w:p w14:paraId="1145C4AA" w14:textId="77777777" w:rsidR="00136332" w:rsidRDefault="005F5386">
            <w:r>
              <w:t>Pourquoi 2 ?</w:t>
            </w:r>
          </w:p>
        </w:tc>
        <w:tc>
          <w:tcPr>
            <w:tcW w:w="11907" w:type="dxa"/>
            <w:gridSpan w:val="7"/>
          </w:tcPr>
          <w:p w14:paraId="3C96673A" w14:textId="77777777" w:rsidR="00136332" w:rsidRDefault="00136332"/>
        </w:tc>
      </w:tr>
      <w:tr w:rsidR="00136332" w14:paraId="0FFF0213" w14:textId="77777777" w:rsidTr="00685A16">
        <w:tc>
          <w:tcPr>
            <w:tcW w:w="9606" w:type="dxa"/>
            <w:gridSpan w:val="7"/>
            <w:shd w:val="clear" w:color="auto" w:fill="F3F4F6"/>
          </w:tcPr>
          <w:p w14:paraId="1B75483D" w14:textId="77777777" w:rsidR="00136332" w:rsidRDefault="005F5386">
            <w:r>
              <w:t>Pourquoi 3 ?</w:t>
            </w:r>
          </w:p>
        </w:tc>
        <w:tc>
          <w:tcPr>
            <w:tcW w:w="11907" w:type="dxa"/>
            <w:gridSpan w:val="7"/>
          </w:tcPr>
          <w:p w14:paraId="7D611211" w14:textId="77777777" w:rsidR="00136332" w:rsidRDefault="00136332"/>
        </w:tc>
      </w:tr>
      <w:tr w:rsidR="00136332" w14:paraId="6FCE8C8B" w14:textId="77777777" w:rsidTr="00685A16">
        <w:tc>
          <w:tcPr>
            <w:tcW w:w="9606" w:type="dxa"/>
            <w:gridSpan w:val="7"/>
            <w:shd w:val="clear" w:color="auto" w:fill="F3F4F6"/>
          </w:tcPr>
          <w:p w14:paraId="44FF5BF5" w14:textId="77777777" w:rsidR="00136332" w:rsidRDefault="005F5386">
            <w:r>
              <w:t>Pourquoi 4 ?</w:t>
            </w:r>
          </w:p>
        </w:tc>
        <w:tc>
          <w:tcPr>
            <w:tcW w:w="11907" w:type="dxa"/>
            <w:gridSpan w:val="7"/>
          </w:tcPr>
          <w:p w14:paraId="1377A3AB" w14:textId="77777777" w:rsidR="00136332" w:rsidRDefault="00136332"/>
        </w:tc>
      </w:tr>
      <w:tr w:rsidR="00136332" w14:paraId="1F589DDD" w14:textId="77777777" w:rsidTr="00685A16">
        <w:tc>
          <w:tcPr>
            <w:tcW w:w="9606" w:type="dxa"/>
            <w:gridSpan w:val="7"/>
            <w:shd w:val="clear" w:color="auto" w:fill="F3F4F6"/>
          </w:tcPr>
          <w:p w14:paraId="61F29DE4" w14:textId="77777777" w:rsidR="00136332" w:rsidRDefault="005F5386">
            <w:r>
              <w:t>Pourquoi 5 ?</w:t>
            </w:r>
          </w:p>
        </w:tc>
        <w:tc>
          <w:tcPr>
            <w:tcW w:w="11907" w:type="dxa"/>
            <w:gridSpan w:val="7"/>
          </w:tcPr>
          <w:p w14:paraId="33A01529" w14:textId="77777777" w:rsidR="00136332" w:rsidRDefault="00136332"/>
        </w:tc>
      </w:tr>
      <w:tr w:rsidR="00136332" w14:paraId="74BB6C37" w14:textId="77777777" w:rsidTr="00685A16">
        <w:tc>
          <w:tcPr>
            <w:tcW w:w="21513" w:type="dxa"/>
            <w:gridSpan w:val="14"/>
            <w:shd w:val="clear" w:color="auto" w:fill="111827"/>
          </w:tcPr>
          <w:p w14:paraId="25ACE434" w14:textId="77777777" w:rsidR="00136332" w:rsidRDefault="005F5386">
            <w:r>
              <w:rPr>
                <w:b/>
                <w:color w:val="FFFFFF"/>
                <w:sz w:val="24"/>
              </w:rPr>
              <w:t>5) CONTRE‑MESURES &amp; PLAN D’ACTION (PRÉVENTION &gt; DÉTECTION)</w:t>
            </w:r>
          </w:p>
        </w:tc>
      </w:tr>
      <w:tr w:rsidR="00136332" w14:paraId="1AF64F3E" w14:textId="77777777" w:rsidTr="00685A16">
        <w:tc>
          <w:tcPr>
            <w:tcW w:w="2108" w:type="dxa"/>
            <w:shd w:val="clear" w:color="auto" w:fill="111827"/>
          </w:tcPr>
          <w:p w14:paraId="55336534" w14:textId="77777777" w:rsidR="00136332" w:rsidRDefault="005F5386">
            <w:r>
              <w:rPr>
                <w:b/>
                <w:color w:val="FFFFFF"/>
              </w:rPr>
              <w:lastRenderedPageBreak/>
              <w:t>ID</w:t>
            </w:r>
          </w:p>
        </w:tc>
        <w:tc>
          <w:tcPr>
            <w:tcW w:w="2172" w:type="dxa"/>
            <w:gridSpan w:val="2"/>
            <w:shd w:val="clear" w:color="auto" w:fill="111827"/>
          </w:tcPr>
          <w:p w14:paraId="2FBE5309" w14:textId="77777777" w:rsidR="00136332" w:rsidRDefault="005F5386">
            <w:r>
              <w:rPr>
                <w:b/>
                <w:color w:val="FFFFFF"/>
              </w:rPr>
              <w:t>Action / Contre‑mesure</w:t>
            </w:r>
          </w:p>
        </w:tc>
        <w:tc>
          <w:tcPr>
            <w:tcW w:w="2167" w:type="dxa"/>
            <w:shd w:val="clear" w:color="auto" w:fill="111827"/>
          </w:tcPr>
          <w:p w14:paraId="33843D43" w14:textId="77777777" w:rsidR="00136332" w:rsidRDefault="005F5386">
            <w:r>
              <w:rPr>
                <w:b/>
                <w:color w:val="FFFFFF"/>
              </w:rPr>
              <w:t>Type</w:t>
            </w:r>
          </w:p>
        </w:tc>
        <w:tc>
          <w:tcPr>
            <w:tcW w:w="2152" w:type="dxa"/>
            <w:gridSpan w:val="2"/>
            <w:shd w:val="clear" w:color="auto" w:fill="111827"/>
          </w:tcPr>
          <w:p w14:paraId="732F07A2" w14:textId="77777777" w:rsidR="00136332" w:rsidRDefault="005F5386">
            <w:r>
              <w:rPr>
                <w:b/>
                <w:color w:val="FFFFFF"/>
              </w:rPr>
              <w:t>Responsable</w:t>
            </w:r>
          </w:p>
        </w:tc>
        <w:tc>
          <w:tcPr>
            <w:tcW w:w="1007" w:type="dxa"/>
            <w:shd w:val="clear" w:color="auto" w:fill="111827"/>
          </w:tcPr>
          <w:p w14:paraId="6E44B8F3" w14:textId="77777777" w:rsidR="00136332" w:rsidRDefault="005F5386">
            <w:r>
              <w:rPr>
                <w:b/>
                <w:color w:val="FFFFFF"/>
              </w:rPr>
              <w:t>Échéance</w:t>
            </w:r>
          </w:p>
        </w:tc>
        <w:tc>
          <w:tcPr>
            <w:tcW w:w="4213" w:type="dxa"/>
            <w:gridSpan w:val="2"/>
            <w:shd w:val="clear" w:color="auto" w:fill="111827"/>
          </w:tcPr>
          <w:p w14:paraId="5D784015" w14:textId="77777777" w:rsidR="00136332" w:rsidRDefault="005F5386">
            <w:r>
              <w:rPr>
                <w:b/>
                <w:color w:val="FFFFFF"/>
              </w:rPr>
              <w:t>Ressources</w:t>
            </w:r>
          </w:p>
        </w:tc>
        <w:tc>
          <w:tcPr>
            <w:tcW w:w="2102" w:type="dxa"/>
            <w:shd w:val="clear" w:color="auto" w:fill="111827"/>
          </w:tcPr>
          <w:p w14:paraId="693F3E91" w14:textId="77777777" w:rsidR="00136332" w:rsidRDefault="005F5386">
            <w:r>
              <w:rPr>
                <w:b/>
                <w:color w:val="FFFFFF"/>
              </w:rPr>
              <w:t>Risque</w:t>
            </w:r>
          </w:p>
        </w:tc>
        <w:tc>
          <w:tcPr>
            <w:tcW w:w="2133" w:type="dxa"/>
            <w:shd w:val="clear" w:color="auto" w:fill="111827"/>
          </w:tcPr>
          <w:p w14:paraId="3A5031D1" w14:textId="77777777" w:rsidR="00136332" w:rsidRDefault="005F5386">
            <w:r>
              <w:rPr>
                <w:b/>
                <w:color w:val="FFFFFF"/>
              </w:rPr>
              <w:t>Indicateur d’effet</w:t>
            </w:r>
          </w:p>
        </w:tc>
        <w:tc>
          <w:tcPr>
            <w:tcW w:w="2095" w:type="dxa"/>
            <w:gridSpan w:val="2"/>
            <w:shd w:val="clear" w:color="auto" w:fill="111827"/>
          </w:tcPr>
          <w:p w14:paraId="31940368" w14:textId="77777777" w:rsidR="00136332" w:rsidRDefault="005F5386">
            <w:r>
              <w:rPr>
                <w:b/>
                <w:color w:val="FFFFFF"/>
              </w:rPr>
              <w:t>Statut</w:t>
            </w:r>
          </w:p>
        </w:tc>
        <w:tc>
          <w:tcPr>
            <w:tcW w:w="1364" w:type="dxa"/>
            <w:shd w:val="clear" w:color="auto" w:fill="111827"/>
          </w:tcPr>
          <w:p w14:paraId="16537683" w14:textId="77777777" w:rsidR="00136332" w:rsidRDefault="005F5386">
            <w:r>
              <w:rPr>
                <w:b/>
                <w:color w:val="FFFFFF"/>
              </w:rPr>
              <w:t>Preuve (lien)</w:t>
            </w:r>
          </w:p>
        </w:tc>
      </w:tr>
      <w:tr w:rsidR="00136332" w14:paraId="5C4FB70B" w14:textId="77777777" w:rsidTr="00685A16">
        <w:tc>
          <w:tcPr>
            <w:tcW w:w="2108" w:type="dxa"/>
          </w:tcPr>
          <w:p w14:paraId="764AB438" w14:textId="77777777" w:rsidR="00136332" w:rsidRDefault="00136332"/>
        </w:tc>
        <w:tc>
          <w:tcPr>
            <w:tcW w:w="2172" w:type="dxa"/>
            <w:gridSpan w:val="2"/>
          </w:tcPr>
          <w:p w14:paraId="2AF0B91D" w14:textId="77777777" w:rsidR="00136332" w:rsidRDefault="00136332"/>
        </w:tc>
        <w:tc>
          <w:tcPr>
            <w:tcW w:w="2167" w:type="dxa"/>
          </w:tcPr>
          <w:p w14:paraId="6FFA4F3F" w14:textId="77777777" w:rsidR="00136332" w:rsidRDefault="005F5386">
            <w:r>
              <w:t>Prévention / Détection</w:t>
            </w:r>
          </w:p>
        </w:tc>
        <w:tc>
          <w:tcPr>
            <w:tcW w:w="2152" w:type="dxa"/>
            <w:gridSpan w:val="2"/>
          </w:tcPr>
          <w:p w14:paraId="70BF0930" w14:textId="77777777" w:rsidR="00136332" w:rsidRDefault="00136332"/>
        </w:tc>
        <w:tc>
          <w:tcPr>
            <w:tcW w:w="1007" w:type="dxa"/>
          </w:tcPr>
          <w:p w14:paraId="6BD06674" w14:textId="77777777" w:rsidR="00136332" w:rsidRDefault="00136332"/>
        </w:tc>
        <w:tc>
          <w:tcPr>
            <w:tcW w:w="4213" w:type="dxa"/>
            <w:gridSpan w:val="2"/>
          </w:tcPr>
          <w:p w14:paraId="34F75F43" w14:textId="77777777" w:rsidR="00136332" w:rsidRDefault="00136332"/>
        </w:tc>
        <w:tc>
          <w:tcPr>
            <w:tcW w:w="2102" w:type="dxa"/>
          </w:tcPr>
          <w:p w14:paraId="110E4F34" w14:textId="77777777" w:rsidR="00136332" w:rsidRDefault="00136332"/>
        </w:tc>
        <w:tc>
          <w:tcPr>
            <w:tcW w:w="2133" w:type="dxa"/>
          </w:tcPr>
          <w:p w14:paraId="6D014AC4" w14:textId="77777777" w:rsidR="00136332" w:rsidRDefault="00136332"/>
        </w:tc>
        <w:tc>
          <w:tcPr>
            <w:tcW w:w="2095" w:type="dxa"/>
            <w:gridSpan w:val="2"/>
          </w:tcPr>
          <w:p w14:paraId="659E28FA" w14:textId="77777777" w:rsidR="00136332" w:rsidRDefault="005F5386">
            <w:r>
              <w:t>À faire / En cours / Fait</w:t>
            </w:r>
          </w:p>
        </w:tc>
        <w:tc>
          <w:tcPr>
            <w:tcW w:w="1364" w:type="dxa"/>
          </w:tcPr>
          <w:p w14:paraId="7F96EEAF" w14:textId="77777777" w:rsidR="00136332" w:rsidRDefault="00136332"/>
        </w:tc>
      </w:tr>
      <w:tr w:rsidR="00136332" w14:paraId="742A1867" w14:textId="77777777" w:rsidTr="00685A16">
        <w:tc>
          <w:tcPr>
            <w:tcW w:w="2108" w:type="dxa"/>
          </w:tcPr>
          <w:p w14:paraId="792E0A6B" w14:textId="77777777" w:rsidR="00136332" w:rsidRDefault="00136332"/>
        </w:tc>
        <w:tc>
          <w:tcPr>
            <w:tcW w:w="2172" w:type="dxa"/>
            <w:gridSpan w:val="2"/>
          </w:tcPr>
          <w:p w14:paraId="76529A83" w14:textId="77777777" w:rsidR="00136332" w:rsidRDefault="00136332"/>
        </w:tc>
        <w:tc>
          <w:tcPr>
            <w:tcW w:w="2167" w:type="dxa"/>
          </w:tcPr>
          <w:p w14:paraId="59FE864E" w14:textId="77777777" w:rsidR="00136332" w:rsidRDefault="005F5386">
            <w:r>
              <w:t>Prévention / Détection</w:t>
            </w:r>
          </w:p>
        </w:tc>
        <w:tc>
          <w:tcPr>
            <w:tcW w:w="2152" w:type="dxa"/>
            <w:gridSpan w:val="2"/>
          </w:tcPr>
          <w:p w14:paraId="14733BC6" w14:textId="77777777" w:rsidR="00136332" w:rsidRDefault="00136332"/>
        </w:tc>
        <w:tc>
          <w:tcPr>
            <w:tcW w:w="1007" w:type="dxa"/>
          </w:tcPr>
          <w:p w14:paraId="23C8E1D0" w14:textId="77777777" w:rsidR="00136332" w:rsidRDefault="00136332"/>
        </w:tc>
        <w:tc>
          <w:tcPr>
            <w:tcW w:w="4213" w:type="dxa"/>
            <w:gridSpan w:val="2"/>
          </w:tcPr>
          <w:p w14:paraId="6C8BBBF5" w14:textId="77777777" w:rsidR="00136332" w:rsidRDefault="00136332"/>
        </w:tc>
        <w:tc>
          <w:tcPr>
            <w:tcW w:w="2102" w:type="dxa"/>
          </w:tcPr>
          <w:p w14:paraId="47B68636" w14:textId="77777777" w:rsidR="00136332" w:rsidRDefault="00136332"/>
        </w:tc>
        <w:tc>
          <w:tcPr>
            <w:tcW w:w="2133" w:type="dxa"/>
          </w:tcPr>
          <w:p w14:paraId="4047A826" w14:textId="77777777" w:rsidR="00136332" w:rsidRDefault="00136332"/>
        </w:tc>
        <w:tc>
          <w:tcPr>
            <w:tcW w:w="2095" w:type="dxa"/>
            <w:gridSpan w:val="2"/>
          </w:tcPr>
          <w:p w14:paraId="180A8E2D" w14:textId="77777777" w:rsidR="00136332" w:rsidRDefault="005F5386">
            <w:r>
              <w:t>À faire / En cours / Fait</w:t>
            </w:r>
          </w:p>
        </w:tc>
        <w:tc>
          <w:tcPr>
            <w:tcW w:w="1364" w:type="dxa"/>
          </w:tcPr>
          <w:p w14:paraId="67FD1C0D" w14:textId="77777777" w:rsidR="00136332" w:rsidRDefault="00136332"/>
        </w:tc>
      </w:tr>
      <w:tr w:rsidR="00136332" w14:paraId="481578BE" w14:textId="77777777" w:rsidTr="00685A16">
        <w:tc>
          <w:tcPr>
            <w:tcW w:w="2108" w:type="dxa"/>
          </w:tcPr>
          <w:p w14:paraId="0DF72706" w14:textId="77777777" w:rsidR="00136332" w:rsidRDefault="00136332"/>
        </w:tc>
        <w:tc>
          <w:tcPr>
            <w:tcW w:w="2172" w:type="dxa"/>
            <w:gridSpan w:val="2"/>
          </w:tcPr>
          <w:p w14:paraId="5DA0D18B" w14:textId="77777777" w:rsidR="00136332" w:rsidRDefault="00136332"/>
        </w:tc>
        <w:tc>
          <w:tcPr>
            <w:tcW w:w="2167" w:type="dxa"/>
          </w:tcPr>
          <w:p w14:paraId="7D939C75" w14:textId="77777777" w:rsidR="00136332" w:rsidRDefault="005F5386">
            <w:r>
              <w:t>Prévention / Détection</w:t>
            </w:r>
          </w:p>
        </w:tc>
        <w:tc>
          <w:tcPr>
            <w:tcW w:w="2152" w:type="dxa"/>
            <w:gridSpan w:val="2"/>
          </w:tcPr>
          <w:p w14:paraId="22E621FA" w14:textId="77777777" w:rsidR="00136332" w:rsidRDefault="00136332"/>
        </w:tc>
        <w:tc>
          <w:tcPr>
            <w:tcW w:w="1007" w:type="dxa"/>
          </w:tcPr>
          <w:p w14:paraId="71B235D4" w14:textId="77777777" w:rsidR="00136332" w:rsidRDefault="00136332"/>
        </w:tc>
        <w:tc>
          <w:tcPr>
            <w:tcW w:w="4213" w:type="dxa"/>
            <w:gridSpan w:val="2"/>
          </w:tcPr>
          <w:p w14:paraId="5CC80731" w14:textId="77777777" w:rsidR="00136332" w:rsidRDefault="00136332"/>
        </w:tc>
        <w:tc>
          <w:tcPr>
            <w:tcW w:w="2102" w:type="dxa"/>
          </w:tcPr>
          <w:p w14:paraId="00C8C257" w14:textId="77777777" w:rsidR="00136332" w:rsidRDefault="00136332"/>
        </w:tc>
        <w:tc>
          <w:tcPr>
            <w:tcW w:w="2133" w:type="dxa"/>
          </w:tcPr>
          <w:p w14:paraId="30D4276C" w14:textId="77777777" w:rsidR="00136332" w:rsidRDefault="00136332"/>
        </w:tc>
        <w:tc>
          <w:tcPr>
            <w:tcW w:w="2095" w:type="dxa"/>
            <w:gridSpan w:val="2"/>
          </w:tcPr>
          <w:p w14:paraId="55F92D54" w14:textId="77777777" w:rsidR="00136332" w:rsidRDefault="005F5386">
            <w:r>
              <w:t>À faire / En cours / Fait</w:t>
            </w:r>
          </w:p>
        </w:tc>
        <w:tc>
          <w:tcPr>
            <w:tcW w:w="1364" w:type="dxa"/>
          </w:tcPr>
          <w:p w14:paraId="534CE5B7" w14:textId="77777777" w:rsidR="00136332" w:rsidRDefault="00136332"/>
        </w:tc>
      </w:tr>
      <w:tr w:rsidR="00136332" w14:paraId="289A518B" w14:textId="77777777" w:rsidTr="00685A16">
        <w:tc>
          <w:tcPr>
            <w:tcW w:w="2108" w:type="dxa"/>
          </w:tcPr>
          <w:p w14:paraId="7AC5F400" w14:textId="77777777" w:rsidR="00136332" w:rsidRDefault="00136332"/>
        </w:tc>
        <w:tc>
          <w:tcPr>
            <w:tcW w:w="2172" w:type="dxa"/>
            <w:gridSpan w:val="2"/>
          </w:tcPr>
          <w:p w14:paraId="172EA22F" w14:textId="77777777" w:rsidR="00136332" w:rsidRDefault="00136332"/>
        </w:tc>
        <w:tc>
          <w:tcPr>
            <w:tcW w:w="2167" w:type="dxa"/>
          </w:tcPr>
          <w:p w14:paraId="7310940D" w14:textId="77777777" w:rsidR="00136332" w:rsidRDefault="005F5386">
            <w:r>
              <w:t>Prévention / Détection</w:t>
            </w:r>
          </w:p>
        </w:tc>
        <w:tc>
          <w:tcPr>
            <w:tcW w:w="2152" w:type="dxa"/>
            <w:gridSpan w:val="2"/>
          </w:tcPr>
          <w:p w14:paraId="5E0CB2A7" w14:textId="77777777" w:rsidR="00136332" w:rsidRDefault="00136332"/>
        </w:tc>
        <w:tc>
          <w:tcPr>
            <w:tcW w:w="1007" w:type="dxa"/>
          </w:tcPr>
          <w:p w14:paraId="282E9B4B" w14:textId="77777777" w:rsidR="00136332" w:rsidRDefault="00136332"/>
        </w:tc>
        <w:tc>
          <w:tcPr>
            <w:tcW w:w="4213" w:type="dxa"/>
            <w:gridSpan w:val="2"/>
          </w:tcPr>
          <w:p w14:paraId="1F0851EF" w14:textId="77777777" w:rsidR="00136332" w:rsidRDefault="00136332"/>
        </w:tc>
        <w:tc>
          <w:tcPr>
            <w:tcW w:w="2102" w:type="dxa"/>
          </w:tcPr>
          <w:p w14:paraId="1D3BEE75" w14:textId="77777777" w:rsidR="00136332" w:rsidRDefault="00136332"/>
        </w:tc>
        <w:tc>
          <w:tcPr>
            <w:tcW w:w="2133" w:type="dxa"/>
          </w:tcPr>
          <w:p w14:paraId="1F37AD90" w14:textId="77777777" w:rsidR="00136332" w:rsidRDefault="00136332"/>
        </w:tc>
        <w:tc>
          <w:tcPr>
            <w:tcW w:w="2095" w:type="dxa"/>
            <w:gridSpan w:val="2"/>
          </w:tcPr>
          <w:p w14:paraId="360A237D" w14:textId="77777777" w:rsidR="00136332" w:rsidRDefault="005F5386">
            <w:r>
              <w:t>À faire / En cours / Fait</w:t>
            </w:r>
          </w:p>
        </w:tc>
        <w:tc>
          <w:tcPr>
            <w:tcW w:w="1364" w:type="dxa"/>
          </w:tcPr>
          <w:p w14:paraId="3E003266" w14:textId="77777777" w:rsidR="00136332" w:rsidRDefault="00136332"/>
        </w:tc>
      </w:tr>
      <w:tr w:rsidR="00136332" w14:paraId="5F91D11E" w14:textId="77777777" w:rsidTr="00685A16">
        <w:tc>
          <w:tcPr>
            <w:tcW w:w="2108" w:type="dxa"/>
          </w:tcPr>
          <w:p w14:paraId="4336F6D8" w14:textId="77777777" w:rsidR="00136332" w:rsidRDefault="00136332"/>
        </w:tc>
        <w:tc>
          <w:tcPr>
            <w:tcW w:w="2172" w:type="dxa"/>
            <w:gridSpan w:val="2"/>
          </w:tcPr>
          <w:p w14:paraId="2EA8A2E6" w14:textId="77777777" w:rsidR="00136332" w:rsidRDefault="00136332"/>
        </w:tc>
        <w:tc>
          <w:tcPr>
            <w:tcW w:w="2167" w:type="dxa"/>
          </w:tcPr>
          <w:p w14:paraId="167E10A6" w14:textId="77777777" w:rsidR="00136332" w:rsidRDefault="005F5386">
            <w:r>
              <w:t>Prévention / Détection</w:t>
            </w:r>
          </w:p>
        </w:tc>
        <w:tc>
          <w:tcPr>
            <w:tcW w:w="2152" w:type="dxa"/>
            <w:gridSpan w:val="2"/>
          </w:tcPr>
          <w:p w14:paraId="7D516187" w14:textId="77777777" w:rsidR="00136332" w:rsidRDefault="00136332"/>
        </w:tc>
        <w:tc>
          <w:tcPr>
            <w:tcW w:w="1007" w:type="dxa"/>
          </w:tcPr>
          <w:p w14:paraId="36178535" w14:textId="77777777" w:rsidR="00136332" w:rsidRDefault="00136332"/>
        </w:tc>
        <w:tc>
          <w:tcPr>
            <w:tcW w:w="4213" w:type="dxa"/>
            <w:gridSpan w:val="2"/>
          </w:tcPr>
          <w:p w14:paraId="3F5E2430" w14:textId="77777777" w:rsidR="00136332" w:rsidRDefault="00136332"/>
        </w:tc>
        <w:tc>
          <w:tcPr>
            <w:tcW w:w="2102" w:type="dxa"/>
          </w:tcPr>
          <w:p w14:paraId="199F086D" w14:textId="77777777" w:rsidR="00136332" w:rsidRDefault="00136332"/>
        </w:tc>
        <w:tc>
          <w:tcPr>
            <w:tcW w:w="2133" w:type="dxa"/>
          </w:tcPr>
          <w:p w14:paraId="0512FFEA" w14:textId="77777777" w:rsidR="00136332" w:rsidRDefault="00136332"/>
        </w:tc>
        <w:tc>
          <w:tcPr>
            <w:tcW w:w="2095" w:type="dxa"/>
            <w:gridSpan w:val="2"/>
          </w:tcPr>
          <w:p w14:paraId="44F05DF8" w14:textId="77777777" w:rsidR="00136332" w:rsidRDefault="005F5386">
            <w:r>
              <w:t>À faire / En cours / Fait</w:t>
            </w:r>
          </w:p>
        </w:tc>
        <w:tc>
          <w:tcPr>
            <w:tcW w:w="1364" w:type="dxa"/>
          </w:tcPr>
          <w:p w14:paraId="5451C224" w14:textId="77777777" w:rsidR="00136332" w:rsidRDefault="00136332"/>
        </w:tc>
      </w:tr>
      <w:tr w:rsidR="00136332" w14:paraId="42395B72" w14:textId="77777777" w:rsidTr="00685A16">
        <w:tc>
          <w:tcPr>
            <w:tcW w:w="2108" w:type="dxa"/>
          </w:tcPr>
          <w:p w14:paraId="78105745" w14:textId="77777777" w:rsidR="00136332" w:rsidRDefault="00136332"/>
        </w:tc>
        <w:tc>
          <w:tcPr>
            <w:tcW w:w="2172" w:type="dxa"/>
            <w:gridSpan w:val="2"/>
          </w:tcPr>
          <w:p w14:paraId="25F0D712" w14:textId="77777777" w:rsidR="00136332" w:rsidRDefault="00136332"/>
        </w:tc>
        <w:tc>
          <w:tcPr>
            <w:tcW w:w="2167" w:type="dxa"/>
          </w:tcPr>
          <w:p w14:paraId="2377A1B0" w14:textId="77777777" w:rsidR="00136332" w:rsidRDefault="005F5386">
            <w:r>
              <w:t>Prévention / Détection</w:t>
            </w:r>
          </w:p>
        </w:tc>
        <w:tc>
          <w:tcPr>
            <w:tcW w:w="2152" w:type="dxa"/>
            <w:gridSpan w:val="2"/>
          </w:tcPr>
          <w:p w14:paraId="3F828FBD" w14:textId="77777777" w:rsidR="00136332" w:rsidRDefault="00136332"/>
        </w:tc>
        <w:tc>
          <w:tcPr>
            <w:tcW w:w="1007" w:type="dxa"/>
          </w:tcPr>
          <w:p w14:paraId="0ED12559" w14:textId="77777777" w:rsidR="00136332" w:rsidRDefault="00136332"/>
        </w:tc>
        <w:tc>
          <w:tcPr>
            <w:tcW w:w="4213" w:type="dxa"/>
            <w:gridSpan w:val="2"/>
          </w:tcPr>
          <w:p w14:paraId="08927917" w14:textId="77777777" w:rsidR="00136332" w:rsidRDefault="00136332"/>
        </w:tc>
        <w:tc>
          <w:tcPr>
            <w:tcW w:w="2102" w:type="dxa"/>
          </w:tcPr>
          <w:p w14:paraId="763C0BD8" w14:textId="77777777" w:rsidR="00136332" w:rsidRDefault="00136332"/>
        </w:tc>
        <w:tc>
          <w:tcPr>
            <w:tcW w:w="2133" w:type="dxa"/>
          </w:tcPr>
          <w:p w14:paraId="789F48EA" w14:textId="77777777" w:rsidR="00136332" w:rsidRDefault="00136332"/>
        </w:tc>
        <w:tc>
          <w:tcPr>
            <w:tcW w:w="2095" w:type="dxa"/>
            <w:gridSpan w:val="2"/>
          </w:tcPr>
          <w:p w14:paraId="11BD2522" w14:textId="77777777" w:rsidR="00136332" w:rsidRDefault="005F5386">
            <w:r>
              <w:t>À faire / En cours / Fait</w:t>
            </w:r>
          </w:p>
        </w:tc>
        <w:tc>
          <w:tcPr>
            <w:tcW w:w="1364" w:type="dxa"/>
          </w:tcPr>
          <w:p w14:paraId="20464107" w14:textId="77777777" w:rsidR="00136332" w:rsidRDefault="00136332"/>
        </w:tc>
      </w:tr>
      <w:tr w:rsidR="00136332" w14:paraId="227F9719" w14:textId="77777777" w:rsidTr="00685A16">
        <w:tc>
          <w:tcPr>
            <w:tcW w:w="21513" w:type="dxa"/>
            <w:gridSpan w:val="14"/>
            <w:shd w:val="clear" w:color="auto" w:fill="111827"/>
          </w:tcPr>
          <w:p w14:paraId="2D75FD35" w14:textId="77777777" w:rsidR="00136332" w:rsidRDefault="005F5386">
            <w:r>
              <w:rPr>
                <w:b/>
                <w:color w:val="FFFFFF"/>
                <w:sz w:val="24"/>
              </w:rPr>
              <w:t>6) RÉSULTATS — AVANT / APRÈS</w:t>
            </w:r>
          </w:p>
        </w:tc>
      </w:tr>
      <w:tr w:rsidR="00136332" w14:paraId="024DD202" w14:textId="77777777" w:rsidTr="00685A16">
        <w:tc>
          <w:tcPr>
            <w:tcW w:w="3564" w:type="dxa"/>
            <w:gridSpan w:val="2"/>
            <w:shd w:val="clear" w:color="auto" w:fill="111827"/>
          </w:tcPr>
          <w:p w14:paraId="13D46071" w14:textId="77777777" w:rsidR="00136332" w:rsidRDefault="005F5386">
            <w:r>
              <w:rPr>
                <w:b/>
                <w:color w:val="FFFFFF"/>
              </w:rPr>
              <w:t>Indicateur</w:t>
            </w:r>
          </w:p>
        </w:tc>
        <w:tc>
          <w:tcPr>
            <w:tcW w:w="3608" w:type="dxa"/>
            <w:gridSpan w:val="3"/>
            <w:shd w:val="clear" w:color="auto" w:fill="111827"/>
          </w:tcPr>
          <w:p w14:paraId="55849808" w14:textId="77777777" w:rsidR="00136332" w:rsidRDefault="005F5386">
            <w:r>
              <w:rPr>
                <w:b/>
                <w:color w:val="FFFFFF"/>
              </w:rPr>
              <w:t>Baseline</w:t>
            </w:r>
          </w:p>
        </w:tc>
        <w:tc>
          <w:tcPr>
            <w:tcW w:w="2434" w:type="dxa"/>
            <w:gridSpan w:val="2"/>
            <w:shd w:val="clear" w:color="auto" w:fill="111827"/>
          </w:tcPr>
          <w:p w14:paraId="5AC94199" w14:textId="77777777" w:rsidR="00136332" w:rsidRDefault="005F5386">
            <w:r>
              <w:rPr>
                <w:b/>
                <w:color w:val="FFFFFF"/>
              </w:rPr>
              <w:t>Cible</w:t>
            </w:r>
          </w:p>
        </w:tc>
        <w:tc>
          <w:tcPr>
            <w:tcW w:w="2546" w:type="dxa"/>
            <w:shd w:val="clear" w:color="auto" w:fill="111827"/>
          </w:tcPr>
          <w:p w14:paraId="75E66A7D" w14:textId="77777777" w:rsidR="00136332" w:rsidRDefault="005F5386">
            <w:r>
              <w:rPr>
                <w:b/>
                <w:color w:val="FFFFFF"/>
              </w:rPr>
              <w:t>Après (S1)</w:t>
            </w:r>
          </w:p>
        </w:tc>
        <w:tc>
          <w:tcPr>
            <w:tcW w:w="6583" w:type="dxa"/>
            <w:gridSpan w:val="4"/>
            <w:shd w:val="clear" w:color="auto" w:fill="111827"/>
          </w:tcPr>
          <w:p w14:paraId="23902A6F" w14:textId="77777777" w:rsidR="00136332" w:rsidRDefault="005F5386">
            <w:r>
              <w:rPr>
                <w:b/>
                <w:color w:val="FFFFFF"/>
              </w:rPr>
              <w:t>Après (S4)</w:t>
            </w:r>
          </w:p>
        </w:tc>
        <w:tc>
          <w:tcPr>
            <w:tcW w:w="2778" w:type="dxa"/>
            <w:gridSpan w:val="2"/>
            <w:shd w:val="clear" w:color="auto" w:fill="111827"/>
          </w:tcPr>
          <w:p w14:paraId="6CB8A2E3" w14:textId="77777777" w:rsidR="00136332" w:rsidRDefault="005F5386">
            <w:r>
              <w:rPr>
                <w:b/>
                <w:color w:val="FFFFFF"/>
              </w:rPr>
              <w:t>Gain</w:t>
            </w:r>
          </w:p>
        </w:tc>
      </w:tr>
      <w:tr w:rsidR="00136332" w14:paraId="2CDDAC64" w14:textId="77777777" w:rsidTr="00685A16">
        <w:tc>
          <w:tcPr>
            <w:tcW w:w="3564" w:type="dxa"/>
            <w:gridSpan w:val="2"/>
          </w:tcPr>
          <w:p w14:paraId="7E7E4DCC" w14:textId="77777777" w:rsidR="00136332" w:rsidRDefault="00136332"/>
        </w:tc>
        <w:tc>
          <w:tcPr>
            <w:tcW w:w="3608" w:type="dxa"/>
            <w:gridSpan w:val="3"/>
          </w:tcPr>
          <w:p w14:paraId="4E7B785B" w14:textId="77777777" w:rsidR="00136332" w:rsidRDefault="00136332"/>
        </w:tc>
        <w:tc>
          <w:tcPr>
            <w:tcW w:w="2434" w:type="dxa"/>
            <w:gridSpan w:val="2"/>
          </w:tcPr>
          <w:p w14:paraId="71C52587" w14:textId="77777777" w:rsidR="00136332" w:rsidRDefault="00136332"/>
        </w:tc>
        <w:tc>
          <w:tcPr>
            <w:tcW w:w="2546" w:type="dxa"/>
          </w:tcPr>
          <w:p w14:paraId="333DB084" w14:textId="77777777" w:rsidR="00136332" w:rsidRDefault="00136332"/>
        </w:tc>
        <w:tc>
          <w:tcPr>
            <w:tcW w:w="6583" w:type="dxa"/>
            <w:gridSpan w:val="4"/>
          </w:tcPr>
          <w:p w14:paraId="60A9972F" w14:textId="77777777" w:rsidR="00136332" w:rsidRDefault="00136332"/>
        </w:tc>
        <w:tc>
          <w:tcPr>
            <w:tcW w:w="2778" w:type="dxa"/>
            <w:gridSpan w:val="2"/>
          </w:tcPr>
          <w:p w14:paraId="6519E11B" w14:textId="77777777" w:rsidR="00136332" w:rsidRDefault="00136332"/>
        </w:tc>
      </w:tr>
      <w:tr w:rsidR="00136332" w14:paraId="7445A607" w14:textId="77777777" w:rsidTr="00685A16">
        <w:tc>
          <w:tcPr>
            <w:tcW w:w="3564" w:type="dxa"/>
            <w:gridSpan w:val="2"/>
          </w:tcPr>
          <w:p w14:paraId="4F2B3B2A" w14:textId="77777777" w:rsidR="00136332" w:rsidRDefault="00136332"/>
        </w:tc>
        <w:tc>
          <w:tcPr>
            <w:tcW w:w="3608" w:type="dxa"/>
            <w:gridSpan w:val="3"/>
          </w:tcPr>
          <w:p w14:paraId="488994FF" w14:textId="77777777" w:rsidR="00136332" w:rsidRDefault="00136332"/>
        </w:tc>
        <w:tc>
          <w:tcPr>
            <w:tcW w:w="2434" w:type="dxa"/>
            <w:gridSpan w:val="2"/>
          </w:tcPr>
          <w:p w14:paraId="6125D333" w14:textId="77777777" w:rsidR="00136332" w:rsidRDefault="00136332"/>
        </w:tc>
        <w:tc>
          <w:tcPr>
            <w:tcW w:w="2546" w:type="dxa"/>
          </w:tcPr>
          <w:p w14:paraId="03244032" w14:textId="77777777" w:rsidR="00136332" w:rsidRDefault="00136332"/>
        </w:tc>
        <w:tc>
          <w:tcPr>
            <w:tcW w:w="6583" w:type="dxa"/>
            <w:gridSpan w:val="4"/>
          </w:tcPr>
          <w:p w14:paraId="20BF6A86" w14:textId="77777777" w:rsidR="00136332" w:rsidRDefault="00136332"/>
        </w:tc>
        <w:tc>
          <w:tcPr>
            <w:tcW w:w="2778" w:type="dxa"/>
            <w:gridSpan w:val="2"/>
          </w:tcPr>
          <w:p w14:paraId="6A665E89" w14:textId="77777777" w:rsidR="00136332" w:rsidRDefault="00136332"/>
        </w:tc>
      </w:tr>
      <w:tr w:rsidR="00136332" w14:paraId="2D59AFFC" w14:textId="77777777" w:rsidTr="00685A16">
        <w:tc>
          <w:tcPr>
            <w:tcW w:w="3564" w:type="dxa"/>
            <w:gridSpan w:val="2"/>
          </w:tcPr>
          <w:p w14:paraId="2EFF48D7" w14:textId="77777777" w:rsidR="00136332" w:rsidRDefault="00136332"/>
        </w:tc>
        <w:tc>
          <w:tcPr>
            <w:tcW w:w="3608" w:type="dxa"/>
            <w:gridSpan w:val="3"/>
          </w:tcPr>
          <w:p w14:paraId="129A21F8" w14:textId="77777777" w:rsidR="00136332" w:rsidRDefault="00136332"/>
        </w:tc>
        <w:tc>
          <w:tcPr>
            <w:tcW w:w="2434" w:type="dxa"/>
            <w:gridSpan w:val="2"/>
          </w:tcPr>
          <w:p w14:paraId="3E15F3F8" w14:textId="77777777" w:rsidR="00136332" w:rsidRDefault="00136332"/>
        </w:tc>
        <w:tc>
          <w:tcPr>
            <w:tcW w:w="2546" w:type="dxa"/>
          </w:tcPr>
          <w:p w14:paraId="6B3D58DE" w14:textId="77777777" w:rsidR="00136332" w:rsidRDefault="00136332"/>
        </w:tc>
        <w:tc>
          <w:tcPr>
            <w:tcW w:w="6583" w:type="dxa"/>
            <w:gridSpan w:val="4"/>
          </w:tcPr>
          <w:p w14:paraId="2B872C71" w14:textId="77777777" w:rsidR="00136332" w:rsidRDefault="00136332"/>
        </w:tc>
        <w:tc>
          <w:tcPr>
            <w:tcW w:w="2778" w:type="dxa"/>
            <w:gridSpan w:val="2"/>
          </w:tcPr>
          <w:p w14:paraId="7BC0C530" w14:textId="77777777" w:rsidR="00136332" w:rsidRDefault="00136332"/>
        </w:tc>
      </w:tr>
      <w:tr w:rsidR="00136332" w14:paraId="4F480F51" w14:textId="77777777" w:rsidTr="00685A16">
        <w:tc>
          <w:tcPr>
            <w:tcW w:w="3564" w:type="dxa"/>
            <w:gridSpan w:val="2"/>
          </w:tcPr>
          <w:p w14:paraId="64C11F9A" w14:textId="77777777" w:rsidR="00136332" w:rsidRDefault="00136332"/>
        </w:tc>
        <w:tc>
          <w:tcPr>
            <w:tcW w:w="3608" w:type="dxa"/>
            <w:gridSpan w:val="3"/>
          </w:tcPr>
          <w:p w14:paraId="5FE6349B" w14:textId="77777777" w:rsidR="00136332" w:rsidRDefault="00136332"/>
        </w:tc>
        <w:tc>
          <w:tcPr>
            <w:tcW w:w="2434" w:type="dxa"/>
            <w:gridSpan w:val="2"/>
          </w:tcPr>
          <w:p w14:paraId="1D7CFA19" w14:textId="77777777" w:rsidR="00136332" w:rsidRDefault="00136332"/>
        </w:tc>
        <w:tc>
          <w:tcPr>
            <w:tcW w:w="2546" w:type="dxa"/>
          </w:tcPr>
          <w:p w14:paraId="5E93581D" w14:textId="77777777" w:rsidR="00136332" w:rsidRDefault="00136332"/>
        </w:tc>
        <w:tc>
          <w:tcPr>
            <w:tcW w:w="6583" w:type="dxa"/>
            <w:gridSpan w:val="4"/>
          </w:tcPr>
          <w:p w14:paraId="55A831DE" w14:textId="77777777" w:rsidR="00136332" w:rsidRDefault="00136332"/>
        </w:tc>
        <w:tc>
          <w:tcPr>
            <w:tcW w:w="2778" w:type="dxa"/>
            <w:gridSpan w:val="2"/>
          </w:tcPr>
          <w:p w14:paraId="308DE99E" w14:textId="77777777" w:rsidR="00136332" w:rsidRDefault="00136332"/>
        </w:tc>
      </w:tr>
      <w:tr w:rsidR="00136332" w14:paraId="4A7FA7F9" w14:textId="77777777" w:rsidTr="00685A16">
        <w:tc>
          <w:tcPr>
            <w:tcW w:w="21513" w:type="dxa"/>
            <w:gridSpan w:val="14"/>
            <w:shd w:val="clear" w:color="auto" w:fill="111827"/>
          </w:tcPr>
          <w:p w14:paraId="1A8063C1" w14:textId="77777777" w:rsidR="00136332" w:rsidRDefault="005F5386">
            <w:r>
              <w:rPr>
                <w:b/>
                <w:color w:val="FFFFFF"/>
                <w:sz w:val="24"/>
              </w:rPr>
              <w:t xml:space="preserve">7) </w:t>
            </w:r>
            <w:r>
              <w:rPr>
                <w:b/>
                <w:color w:val="FFFFFF"/>
                <w:sz w:val="24"/>
              </w:rPr>
              <w:t>STANDARDISATION &amp; SUIVI</w:t>
            </w:r>
          </w:p>
        </w:tc>
      </w:tr>
      <w:tr w:rsidR="00136332" w14:paraId="27EED398" w14:textId="77777777" w:rsidTr="00685A16">
        <w:tc>
          <w:tcPr>
            <w:tcW w:w="9606" w:type="dxa"/>
            <w:gridSpan w:val="7"/>
            <w:shd w:val="clear" w:color="auto" w:fill="F3F4F6"/>
          </w:tcPr>
          <w:p w14:paraId="1E5BD287" w14:textId="77777777" w:rsidR="00136332" w:rsidRDefault="005F5386">
            <w:r>
              <w:t>Standards mis à jour (SOP/OPL)</w:t>
            </w:r>
          </w:p>
        </w:tc>
        <w:tc>
          <w:tcPr>
            <w:tcW w:w="11907" w:type="dxa"/>
            <w:gridSpan w:val="7"/>
          </w:tcPr>
          <w:p w14:paraId="43A83B11" w14:textId="77777777" w:rsidR="00136332" w:rsidRDefault="005F5386">
            <w:r>
              <w:t>[Codes, liens, versions]</w:t>
            </w:r>
          </w:p>
        </w:tc>
      </w:tr>
      <w:tr w:rsidR="00136332" w14:paraId="37E490D4" w14:textId="77777777" w:rsidTr="00685A16">
        <w:tc>
          <w:tcPr>
            <w:tcW w:w="9606" w:type="dxa"/>
            <w:gridSpan w:val="7"/>
            <w:shd w:val="clear" w:color="auto" w:fill="F3F4F6"/>
          </w:tcPr>
          <w:p w14:paraId="10382E96" w14:textId="77777777" w:rsidR="00136332" w:rsidRDefault="005F5386">
            <w:r>
              <w:t>Plan de vérification (audit/contrôle)</w:t>
            </w:r>
          </w:p>
        </w:tc>
        <w:tc>
          <w:tcPr>
            <w:tcW w:w="11907" w:type="dxa"/>
            <w:gridSpan w:val="7"/>
          </w:tcPr>
          <w:p w14:paraId="565FE517" w14:textId="77777777" w:rsidR="00136332" w:rsidRDefault="005F5386">
            <w:r>
              <w:t>[Qui, quoi, quand, critères]</w:t>
            </w:r>
          </w:p>
        </w:tc>
      </w:tr>
      <w:tr w:rsidR="00136332" w14:paraId="57C2D2B3" w14:textId="77777777" w:rsidTr="00685A16">
        <w:tc>
          <w:tcPr>
            <w:tcW w:w="9606" w:type="dxa"/>
            <w:gridSpan w:val="7"/>
            <w:shd w:val="clear" w:color="auto" w:fill="F3F4F6"/>
          </w:tcPr>
          <w:p w14:paraId="5694D6F4" w14:textId="77777777" w:rsidR="00136332" w:rsidRDefault="005F5386">
            <w:r>
              <w:t>Yokoten (déploiement horizontal)</w:t>
            </w:r>
          </w:p>
        </w:tc>
        <w:tc>
          <w:tcPr>
            <w:tcW w:w="11907" w:type="dxa"/>
            <w:gridSpan w:val="7"/>
          </w:tcPr>
          <w:p w14:paraId="2707227D" w14:textId="77777777" w:rsidR="00136332" w:rsidRDefault="005F5386">
            <w:r>
              <w:t>[Où répliquer, échéances]</w:t>
            </w:r>
          </w:p>
        </w:tc>
      </w:tr>
      <w:tr w:rsidR="00136332" w14:paraId="4A790DC8" w14:textId="77777777" w:rsidTr="00685A16">
        <w:tc>
          <w:tcPr>
            <w:tcW w:w="21513" w:type="dxa"/>
            <w:gridSpan w:val="14"/>
            <w:shd w:val="clear" w:color="auto" w:fill="111827"/>
          </w:tcPr>
          <w:p w14:paraId="681A0D31" w14:textId="77777777" w:rsidR="00136332" w:rsidRDefault="005F5386">
            <w:r>
              <w:rPr>
                <w:b/>
                <w:color w:val="FFFFFF"/>
                <w:sz w:val="24"/>
              </w:rPr>
              <w:t>8) APPRENTISSAGES &amp; PROCHAINES ÉTAPES</w:t>
            </w:r>
          </w:p>
        </w:tc>
      </w:tr>
      <w:tr w:rsidR="00136332" w14:paraId="61D4DFE6" w14:textId="77777777" w:rsidTr="00685A16">
        <w:tc>
          <w:tcPr>
            <w:tcW w:w="9606" w:type="dxa"/>
            <w:gridSpan w:val="7"/>
          </w:tcPr>
          <w:p w14:paraId="21128A99" w14:textId="77777777" w:rsidR="00136332" w:rsidRDefault="005F5386">
            <w:r>
              <w:t>Leçons apprises clés</w:t>
            </w:r>
          </w:p>
        </w:tc>
        <w:tc>
          <w:tcPr>
            <w:tcW w:w="11907" w:type="dxa"/>
            <w:gridSpan w:val="7"/>
          </w:tcPr>
          <w:p w14:paraId="5F5BDA5C" w14:textId="77777777" w:rsidR="00136332" w:rsidRDefault="005F5386">
            <w:r>
              <w:t>Points à consolider / risques résiduels</w:t>
            </w:r>
          </w:p>
        </w:tc>
      </w:tr>
      <w:tr w:rsidR="00136332" w14:paraId="447F3AB4" w14:textId="77777777" w:rsidTr="00685A16">
        <w:tc>
          <w:tcPr>
            <w:tcW w:w="9606" w:type="dxa"/>
            <w:gridSpan w:val="7"/>
          </w:tcPr>
          <w:p w14:paraId="3E9E6AA6" w14:textId="77777777" w:rsidR="00136332" w:rsidRDefault="005F5386">
            <w:r>
              <w:t>Prochaines étapes (30/60/90 jours)</w:t>
            </w:r>
          </w:p>
        </w:tc>
        <w:tc>
          <w:tcPr>
            <w:tcW w:w="11907" w:type="dxa"/>
            <w:gridSpan w:val="7"/>
          </w:tcPr>
          <w:p w14:paraId="5E6E31F4" w14:textId="77777777" w:rsidR="00136332" w:rsidRDefault="005F5386">
            <w:r>
              <w:t>Décisions en attente / escalades</w:t>
            </w:r>
          </w:p>
        </w:tc>
      </w:tr>
    </w:tbl>
    <w:p w14:paraId="5FFBD5CB" w14:textId="77777777" w:rsidR="005F5386" w:rsidRDefault="005F5386"/>
    <w:sectPr w:rsidR="005F5386" w:rsidSect="00034616">
      <w:footerReference w:type="default" r:id="rId8"/>
      <w:pgSz w:w="23811" w:h="16838" w:orient="landscape"/>
      <w:pgMar w:top="680" w:right="850" w:bottom="680" w:left="8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1FC98A" w14:textId="77777777" w:rsidR="005F5386" w:rsidRDefault="005F5386">
      <w:pPr>
        <w:spacing w:after="0" w:line="240" w:lineRule="auto"/>
      </w:pPr>
      <w:r>
        <w:separator/>
      </w:r>
    </w:p>
  </w:endnote>
  <w:endnote w:type="continuationSeparator" w:id="0">
    <w:p w14:paraId="25EED0A3" w14:textId="77777777" w:rsidR="005F5386" w:rsidRDefault="005F53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2C08D" w14:textId="77777777" w:rsidR="00136332" w:rsidRDefault="005F5386">
    <w:pPr>
      <w:pStyle w:val="Pieddepage"/>
    </w:pPr>
    <w:r>
      <w:rPr>
        <w:color w:val="065F46"/>
        <w:sz w:val="16"/>
      </w:rPr>
      <w:t>A3-ProblemSolving – Gemba/Qualité — v1.0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B2584E" w14:textId="77777777" w:rsidR="005F5386" w:rsidRDefault="005F5386">
      <w:pPr>
        <w:spacing w:after="0" w:line="240" w:lineRule="auto"/>
      </w:pPr>
      <w:r>
        <w:separator/>
      </w:r>
    </w:p>
  </w:footnote>
  <w:footnote w:type="continuationSeparator" w:id="0">
    <w:p w14:paraId="3C14B114" w14:textId="77777777" w:rsidR="005F5386" w:rsidRDefault="005F53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36332"/>
    <w:rsid w:val="0015074B"/>
    <w:rsid w:val="0029639D"/>
    <w:rsid w:val="00326F90"/>
    <w:rsid w:val="005F5386"/>
    <w:rsid w:val="00685A16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D389D8"/>
  <w14:defaultImageDpi w14:val="300"/>
  <w15:docId w15:val="{9CF1901A-8443-43D7-A100-F5E97CA48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437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2</cp:revision>
  <dcterms:created xsi:type="dcterms:W3CDTF">2025-08-28T21:40:00Z</dcterms:created>
  <dcterms:modified xsi:type="dcterms:W3CDTF">2025-08-28T21:40:00Z</dcterms:modified>
  <cp:category/>
</cp:coreProperties>
</file>