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40"/>
        </w:rPr>
        <w:t>🌟 Premium Event Feedback Form</w:t>
      </w:r>
    </w:p>
    <w:p>
      <w:r>
        <w:br/>
      </w:r>
    </w:p>
    <w:p>
      <w:pPr>
        <w:jc w:val="left"/>
      </w:pPr>
      <w:r>
        <w:rPr>
          <w:color w:val="505050"/>
          <w:sz w:val="24"/>
        </w:rPr>
        <w:t>Thank you for attending our premium event. Your feedback is highly valued and will directly contribute to enhancing the quality of our future experiences.</w:t>
      </w:r>
    </w:p>
    <w:p>
      <w:r>
        <w:br/>
      </w:r>
    </w:p>
    <w:p>
      <w:pPr>
        <w:pStyle w:val="Heading2"/>
      </w:pPr>
      <w:r>
        <w:t>Event Information</w:t>
      </w:r>
    </w:p>
    <w:tbl>
      <w:tblPr>
        <w:tblStyle w:val="ColorfulList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Event Name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Event Date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Event Location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Event Type</w:t>
            </w:r>
          </w:p>
        </w:tc>
        <w:tc>
          <w:tcPr>
            <w:tcW w:type="dxa" w:w="4320"/>
          </w:tcPr>
          <w:p>
            <w:r/>
          </w:p>
        </w:tc>
      </w:tr>
    </w:tbl>
    <w:p>
      <w:r>
        <w:br/>
      </w:r>
    </w:p>
    <w:p>
      <w:pPr>
        <w:pStyle w:val="Heading2"/>
      </w:pPr>
      <w:r>
        <w:t>Attendee Information</w:t>
      </w:r>
    </w:p>
    <w:tbl>
      <w:tblPr>
        <w:tblStyle w:val="ColorfulList-Accent2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Full Name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Email Address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Organization</w:t>
            </w:r>
          </w:p>
        </w:tc>
        <w:tc>
          <w:tcPr>
            <w:tcW w:type="dxa" w:w="4320"/>
          </w:tcPr>
          <w:p>
            <w:r/>
          </w:p>
        </w:tc>
      </w:tr>
    </w:tbl>
    <w:p>
      <w:r>
        <w:br/>
      </w:r>
    </w:p>
    <w:p>
      <w:pPr>
        <w:pStyle w:val="Heading2"/>
      </w:pPr>
      <w:r>
        <w:t>Session Feedback</w:t>
      </w:r>
    </w:p>
    <w:p>
      <w:r>
        <w:rPr>
          <w:sz w:val="22"/>
        </w:rPr>
        <w:t>Please rate your overall satisfaction with the event (1 = Poor, 5 = Excellent):</w:t>
      </w:r>
    </w:p>
    <w:p>
      <w:r>
        <w:br/>
        <w:br/>
      </w:r>
    </w:p>
    <w:p>
      <w:r>
        <w:rPr>
          <w:sz w:val="22"/>
        </w:rPr>
        <w:t>How would you rate the quality of the keynote speaker(s)?</w:t>
      </w:r>
    </w:p>
    <w:p>
      <w:r>
        <w:br/>
        <w:br/>
      </w:r>
    </w:p>
    <w:p>
      <w:r>
        <w:rPr>
          <w:sz w:val="22"/>
        </w:rPr>
        <w:t>How would you evaluate the event's logistics and organization?</w:t>
      </w:r>
    </w:p>
    <w:p>
      <w:r>
        <w:br/>
        <w:br/>
      </w:r>
    </w:p>
    <w:p>
      <w:r>
        <w:rPr>
          <w:sz w:val="22"/>
        </w:rPr>
        <w:t>Rate the effectiveness of the networking opportunities provided:</w:t>
      </w:r>
    </w:p>
    <w:p>
      <w:r>
        <w:br/>
        <w:br/>
      </w:r>
    </w:p>
    <w:p>
      <w:r>
        <w:rPr>
          <w:sz w:val="22"/>
        </w:rPr>
        <w:t>What was the most valuable takeaway from this event?</w:t>
      </w:r>
    </w:p>
    <w:p>
      <w:r>
        <w:br/>
        <w:br/>
      </w:r>
    </w:p>
    <w:p>
      <w:r>
        <w:rPr>
          <w:sz w:val="22"/>
        </w:rPr>
        <w:t>What improvements would you suggest for future events?</w:t>
      </w:r>
    </w:p>
    <w:p>
      <w:r>
        <w:br/>
        <w:br/>
      </w:r>
    </w:p>
    <w:p>
      <w:r>
        <w:rPr>
          <w:sz w:val="22"/>
        </w:rPr>
        <w:t>Would you attend another event hosted by us in the future? (Yes/No)</w:t>
      </w:r>
    </w:p>
    <w:p>
      <w:r>
        <w:br/>
        <w:br/>
      </w:r>
    </w:p>
    <w:p>
      <w:r>
        <w:br/>
      </w:r>
    </w:p>
    <w:p>
      <w:pPr>
        <w:jc w:val="center"/>
      </w:pPr>
      <w:r>
        <w:rPr>
          <w:i/>
        </w:rPr>
        <w:t>We appreciate your time and insights. Your feedback helps us continue delivering exceptional experiences. Thank you!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